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tcBorders>
              <w:left w:val="single" w:sz="30" w:space="0" w:color="B4567E"/>
            </w:tcBorders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46"/>
                <w:u w:val="none"/>
                <w:rFonts w:ascii="Trebuchet MS" w:hAnsi="Trebuchet MS" w:cs="Trebuchet MS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4567E"/>
                <w:sz w:val="17"/>
                <w:u w:val="none"/>
                <w:rFonts w:ascii="Trebuchet MS" w:hAnsi="Trebuchet MS" w:cs="Trebuchet MS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55C69"/>
                <w:sz w:val="20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shd w:val="clear" w:color="auto" w:fill="F5EEF7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B4567E"/>
                <w:left w:val="double" w:sz="12" w:space="0" w:color="B4567E"/>
                <w:bottom w:val="double" w:sz="12" w:space="0" w:color="B4567E"/>
                <w:right w:val="double" w:sz="12" w:space="0" w:color="B4567E"/>
                <w:insideH w:val="double" w:sz="12" w:space="0" w:color="B4567E"/>
                <w:insideV w:val="double" w:sz="12" w:space="0" w:color="B4567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4A1E52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F5EEF7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5"/>
                <w:u w:val="none"/>
                <w:rFonts w:ascii="Trebuchet MS" w:hAnsi="Trebuchet MS" w:cs="Trebuchet MS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4228"/>
            <w:tcBorders>
              <w:left w:val="single" w:sz="6" w:space="0" w:color="E0D5E3"/>
            </w:tcBorders>
            <w:shd w:val="clear" w:color="auto" w:fill="F5EEF7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5"/>
                <w:u w:val="none"/>
                <w:rFonts w:ascii="Trebuchet MS" w:hAnsi="Trebuchet MS" w:cs="Trebuchet MS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F26"/>
                <w:sz w:val="19"/>
                <w:u w:val="none"/>
                <w:rFonts w:ascii="Candara" w:hAnsi="Candara" w:cs="Candar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69"/>
                <w:sz w:val="17"/>
                <w:u w:val="none"/>
                <w:rFonts w:ascii="Candara" w:hAnsi="Candara" w:cs="Candara"/>
              </w:rPr>
              <w:t xml:space="preserve">Valid until</w:t>
            </w:r>
          </w:p>
        </w:tc>
      </w:tr>
    </w:tbl>
    <w:p>
      <w:pPr>
        <w:keepNext/>
        <w:spacing w:before="160" w:after="80"/>
        <w:ind w:left="0"/>
        <w:shd w:val="clear" w:color="auto" w:fill="4A1E52"/>
        <w:pBdr>
          <w:top w:val="single" w:sz="2" w:space="3" w:color="4A1E52"/>
          <w:left w:val="single" w:sz="2" w:space="6" w:color="4A1E52"/>
          <w:bottom w:val="single" w:sz="2" w:space="3" w:color="4A1E52"/>
          <w:right w:val="single" w:sz="2" w:space="6" w:color="4A1E52"/>
        </w:pBdr>
      </w:pPr>
      <w:r>
        <w:rPr>
          <w:b/>
          <w:i w:val="0"/>
          <w:color w:val="FFFFFF"/>
          <w:sz w:val="20"/>
          <w:u w:val="none"/>
          <w:rFonts w:ascii="Trebuchet MS" w:hAnsi="Trebuchet MS" w:cs="Trebuchet MS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F5EEF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andara" w:hAnsi="Candara" w:cs="Candar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60" w:after="80"/>
        <w:ind w:left="0"/>
        <w:shd w:val="clear" w:color="auto" w:fill="4A1E52"/>
        <w:pBdr>
          <w:top w:val="single" w:sz="2" w:space="3" w:color="4A1E52"/>
          <w:left w:val="single" w:sz="2" w:space="6" w:color="4A1E52"/>
          <w:bottom w:val="single" w:sz="2" w:space="3" w:color="4A1E52"/>
          <w:right w:val="single" w:sz="2" w:space="6" w:color="4A1E52"/>
        </w:pBdr>
      </w:pPr>
      <w:r>
        <w:rPr>
          <w:b/>
          <w:i w:val="0"/>
          <w:color w:val="FFFFFF"/>
          <w:sz w:val="20"/>
          <w:u w:val="none"/>
          <w:rFonts w:ascii="Trebuchet MS" w:hAnsi="Trebuchet MS" w:cs="Trebuchet MS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473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Full Name</w:t>
                  </w:r>
                </w:p>
              </w:tc>
              <w:tc>
                <w:tcPr>
                  <w:tcW w:type="dxa" w:w="7474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Date of Birth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Gender</w:t>
                  </w:r>
                </w:p>
              </w:tc>
              <w:tc>
                <w:tcPr>
                  <w:tcW w:type="dxa" w:w="7474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Mobile No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Nationality</w:t>
                  </w:r>
                </w:p>
              </w:tc>
              <w:tc>
                <w:tcPr>
                  <w:tcW w:type="dxa" w:w="7474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8"/>
                      <w:u w:val="none"/>
                      <w:rFonts w:ascii="Trebuchet MS" w:hAnsi="Trebuchet MS" w:cs="Trebuchet MS"/>
                    </w:rPr>
                    <w:t>Place of Birth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9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4A1E52"/>
        <w:pBdr>
          <w:top w:val="single" w:sz="2" w:space="3" w:color="4A1E52"/>
          <w:left w:val="single" w:sz="2" w:space="6" w:color="4A1E52"/>
          <w:bottom w:val="single" w:sz="2" w:space="3" w:color="4A1E52"/>
          <w:right w:val="single" w:sz="2" w:space="6" w:color="4A1E52"/>
        </w:pBdr>
      </w:pPr>
      <w:r>
        <w:rPr>
          <w:b/>
          <w:i w:val="0"/>
          <w:color w:val="FFFFFF"/>
          <w:sz w:val="20"/>
          <w:u w:val="none"/>
          <w:rFonts w:ascii="Trebuchet MS" w:hAnsi="Trebuchet MS" w:cs="Trebuchet MS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F8EFF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40"/>
              <w:gridCol w:w="2451"/>
              <w:gridCol w:w="2451"/>
              <w:gridCol w:w="2466"/>
            </w:tblGrid>
            <w:tr>
              <w:trPr>
                <w:trHeight w:val="340" w:hRule="atLeast"/>
              </w:trPr>
              <w:tc>
                <w:tcPr>
                  <w:tcW w:type="dxa" w:w="2840"/>
                  <w:shd w:val="clear" w:color="auto" w:fill="F8EF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52"/>
                  <w:shd w:val="clear" w:color="auto" w:fill="F8EF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52"/>
                  <w:shd w:val="clear" w:color="auto" w:fill="F8EF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66"/>
                  <w:shd w:val="clear" w:color="auto" w:fill="F8EF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4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41F26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2452"/>
                  <w:shd w:val="clear" w:color="auto" w:fill="F5EE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245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2466"/>
                  <w:shd w:val="clear" w:color="auto" w:fill="F5EE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4A1E52"/>
        <w:pBdr>
          <w:top w:val="single" w:sz="2" w:space="3" w:color="4A1E52"/>
          <w:left w:val="single" w:sz="2" w:space="6" w:color="4A1E52"/>
          <w:bottom w:val="single" w:sz="2" w:space="3" w:color="4A1E52"/>
          <w:right w:val="single" w:sz="2" w:space="6" w:color="4A1E52"/>
        </w:pBdr>
      </w:pPr>
      <w:r>
        <w:rPr>
          <w:b/>
          <w:i w:val="0"/>
          <w:color w:val="FFFFFF"/>
          <w:sz w:val="20"/>
          <w:u w:val="none"/>
          <w:rFonts w:ascii="Trebuchet MS" w:hAnsi="Trebuchet MS" w:cs="Trebuchet MS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B4567E"/>
                <w:sz w:val="15"/>
                <w:u w:val="none"/>
                <w:rFonts w:ascii="Trebuchet MS" w:hAnsi="Trebuchet MS" w:cs="Trebuchet MS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E0D5E3"/>
              </w:pBdr>
            </w:pPr>
            <w:r>
              <w:rPr>
                <w:b w:val="0"/>
                <w:i w:val="0"/>
                <w:color w:val="241F26"/>
                <w:sz w:val="19"/>
                <w:u w:val="none"/>
                <w:rFonts w:ascii="Candara" w:hAnsi="Candara" w:cs="Candara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B4567E"/>
                <w:sz w:val="15"/>
                <w:u w:val="none"/>
                <w:rFonts w:ascii="Trebuchet MS" w:hAnsi="Trebuchet MS" w:cs="Trebuchet MS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E0D5E3"/>
              </w:pBdr>
            </w:pPr>
            <w:r>
              <w:rPr>
                <w:b w:val="0"/>
                <w:i w:val="0"/>
                <w:color w:val="241F26"/>
                <w:sz w:val="19"/>
                <w:u w:val="none"/>
                <w:rFonts w:ascii="Candara" w:hAnsi="Candara" w:cs="Candara"/>
              </w:rPr>
              <w:t/>
            </w:r>
          </w:p>
        </w:tc>
      </w:tr>
    </w:tbl>
    <w:p>
      <w:pPr>
        <w:keepNext/>
        <w:spacing w:before="160" w:after="80"/>
        <w:ind w:left="0"/>
        <w:shd w:val="clear" w:color="auto" w:fill="4A1E52"/>
        <w:pBdr>
          <w:top w:val="single" w:sz="2" w:space="3" w:color="4A1E52"/>
          <w:left w:val="single" w:sz="2" w:space="6" w:color="4A1E52"/>
          <w:bottom w:val="single" w:sz="2" w:space="3" w:color="4A1E52"/>
          <w:right w:val="single" w:sz="2" w:space="6" w:color="4A1E52"/>
        </w:pBdr>
      </w:pPr>
      <w:r>
        <w:rPr>
          <w:b/>
          <w:i w:val="0"/>
          <w:color w:val="FFFFFF"/>
          <w:sz w:val="20"/>
          <w:u w:val="none"/>
          <w:rFonts w:ascii="Trebuchet MS" w:hAnsi="Trebuchet MS" w:cs="Trebuchet MS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F5EEF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andara" w:hAnsi="Candara" w:cs="Candara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andara" w:hAnsi="Candara" w:cs="Candar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1E52"/>
                <w:sz w:val="20"/>
                <w:u w:val="none"/>
                <w:rFonts w:ascii="Candara" w:hAnsi="Candara" w:cs="Candar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4A1E52"/>
              </w:pBdr>
            </w:pPr>
            <w:r>
              <w:rPr>
                <w:b w:val="0"/>
                <w:i/>
                <w:color w:val="655C69"/>
                <w:sz w:val="18"/>
                <w:u w:val="none"/>
                <w:rFonts w:ascii="Candara" w:hAnsi="Candara" w:cs="Candar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