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A1A1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21212"/>
                <w:sz w:val="48"/>
                <w:u w:val="none"/>
                <w:rFonts w:ascii="Arial" w:hAnsi="Arial" w:cs="Arial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6E6E6E"/>
                <w:sz w:val="17"/>
                <w:u w:val="none"/>
                <w:rFonts w:ascii="Arial" w:hAnsi="Arial" w:cs="Arial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A6A6A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1A1A1A"/>
                <w:left w:val="single" w:sz="18" w:space="0" w:color="1A1A1A"/>
                <w:bottom w:val="single" w:sz="18" w:space="0" w:color="1A1A1A"/>
                <w:right w:val="single" w:sz="18" w:space="0" w:color="1A1A1A"/>
                <w:insideH w:val="single" w:sz="18" w:space="0" w:color="1A1A1A"/>
                <w:insideV w:val="single" w:sz="18" w:space="0" w:color="1A1A1A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6D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shd w:val="clear" w:color="auto" w:fill="F2F2F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5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21212"/>
                <w:sz w:val="18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4182"/>
            <w:tcBorders>
              <w:left w:val="single" w:sz="6" w:space="0" w:color="D6D6D6"/>
            </w:tcBorders>
            <w:shd w:val="clear" w:color="auto" w:fill="F2F2F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5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21212"/>
                <w:sz w:val="19"/>
                <w:u w:val="none"/>
                <w:rFonts w:ascii="Arial" w:hAnsi="Arial" w:cs="Aria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A6A6A"/>
                <w:sz w:val="17"/>
                <w:u w:val="none"/>
                <w:rFonts w:ascii="Arial" w:hAnsi="Arial" w:cs="Arial"/>
              </w:rPr>
              <w:t xml:space="preserve">Valid until</w:t>
            </w:r>
          </w:p>
        </w:tc>
      </w:tr>
    </w:tbl>
    <w:p>
      <w:pPr>
        <w:keepNext/>
        <w:spacing w:before="160" w:after="8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2F2F2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Arial" w:hAnsi="Arial" w:cs="Arial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60" w:after="8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358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735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735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735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8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EDEDED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11"/>
              <w:gridCol w:w="2422"/>
              <w:gridCol w:w="2422"/>
              <w:gridCol w:w="2437"/>
            </w:tblGrid>
            <w:tr>
              <w:trPr>
                <w:trHeight w:val="340" w:hRule="atLeast"/>
              </w:trPr>
              <w:tc>
                <w:tcPr>
                  <w:tcW w:type="dxa" w:w="2812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23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23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37"/>
                  <w:shd w:val="clear" w:color="auto" w:fill="EDEDED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1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21212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423"/>
                  <w:shd w:val="clear" w:color="auto" w:fill="F2F2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42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437"/>
                  <w:shd w:val="clear" w:color="auto" w:fill="F2F2F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6E6E6E"/>
                <w:sz w:val="15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6D6D6"/>
              </w:pBdr>
            </w:pPr>
            <w:r>
              <w:rPr>
                <w:b w:val="0"/>
                <w:i w:val="0"/>
                <w:color w:val="121212"/>
                <w:sz w:val="19"/>
                <w:u w:val="none"/>
                <w:rFonts w:ascii="Arial" w:hAnsi="Arial" w:cs="Arial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6E6E6E"/>
                <w:sz w:val="15"/>
                <w:u w:val="none"/>
                <w:rFonts w:ascii="Arial" w:hAnsi="Arial" w:cs="Arial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6D6D6"/>
              </w:pBdr>
            </w:pPr>
            <w:r>
              <w:rPr>
                <w:b w:val="0"/>
                <w:i w:val="0"/>
                <w:color w:val="121212"/>
                <w:sz w:val="19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160" w:after="8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0"/>
          <w:u w:val="none"/>
          <w:rFonts w:ascii="Arial" w:hAnsi="Arial" w:cs="Arial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2F2F2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Arial" w:hAnsi="Arial" w:cs="Arial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21212"/>
                <w:sz w:val="20"/>
                <w:u w:val="none"/>
                <w:rFonts w:ascii="Arial" w:hAnsi="Arial" w:cs="Aria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A1A1A"/>
                <w:sz w:val="20"/>
                <w:u w:val="none"/>
                <w:rFonts w:ascii="Arial" w:hAnsi="Arial" w:cs="Aria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6D6"/>
              </w:pBdr>
            </w:pPr>
            <w:r>
              <w:rPr>
                <w:b w:val="0"/>
                <w:i/>
                <w:color w:val="6A6A6A"/>
                <w:sz w:val="18"/>
                <w:u w:val="none"/>
                <w:rFonts w:ascii="Arial" w:hAnsi="Arial" w:cs="Aria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