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1B3FA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9C8EC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9C8EC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2E9BD6"/>
                <w:left w:val="dotted" w:sz="8" w:space="0" w:color="2E9BD6"/>
                <w:bottom w:val="dotted" w:sz="8" w:space="0" w:color="2E9BD6"/>
                <w:right w:val="dotted" w:sz="8" w:space="0" w:color="2E9BD6"/>
                <w:insideH w:val="dotted" w:sz="8" w:space="0" w:color="2E9BD6"/>
                <w:insideV w:val="dotted" w:sz="8" w:space="0" w:color="2E9BD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CF1FB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shd w:val="clear" w:color="auto" w:fill="ECF1FB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2330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4320"/>
            <w:tcBorders>
              <w:left w:val="single" w:sz="6" w:space="0" w:color="D3DAEC"/>
            </w:tcBorders>
            <w:shd w:val="clear" w:color="auto" w:fill="ECF1FB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2330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86274"/>
                <w:sz w:val="17"/>
                <w:u w:val="none"/>
                <w:rFonts w:ascii="Georgia" w:hAnsi="Georgia" w:cs="Georgia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1B3FA0"/>
        <w:pBdr>
          <w:top w:val="single" w:sz="2" w:space="3" w:color="1B3FA0"/>
          <w:left w:val="single" w:sz="2" w:space="6" w:color="1B3FA0"/>
          <w:bottom w:val="single" w:sz="2" w:space="3" w:color="1B3FA0"/>
          <w:right w:val="single" w:sz="2" w:space="6" w:color="1B3FA0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CF1FB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Georgia" w:hAnsi="Georgia" w:cs="Georg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1B3FA0"/>
        <w:pBdr>
          <w:top w:val="single" w:sz="2" w:space="3" w:color="1B3FA0"/>
          <w:left w:val="single" w:sz="2" w:space="6" w:color="1B3FA0"/>
          <w:bottom w:val="single" w:sz="2" w:space="3" w:color="1B3FA0"/>
          <w:right w:val="single" w:sz="2" w:space="6" w:color="1B3FA0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7704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7704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7704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B3FA0"/>
        <w:pBdr>
          <w:top w:val="single" w:sz="2" w:space="3" w:color="1B3FA0"/>
          <w:left w:val="single" w:sz="2" w:space="6" w:color="1B3FA0"/>
          <w:bottom w:val="single" w:sz="2" w:space="3" w:color="1B3FA0"/>
          <w:right w:val="single" w:sz="2" w:space="6" w:color="1B3FA0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EF6FC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shd w:val="clear" w:color="auto" w:fill="EEF6FC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shd w:val="clear" w:color="auto" w:fill="EEF6FC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shd w:val="clear" w:color="auto" w:fill="EEF6FC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shd w:val="clear" w:color="auto" w:fill="EEF6FC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2330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09"/>
                  <w:shd w:val="clear" w:color="auto" w:fill="ECF1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24"/>
                  <w:shd w:val="clear" w:color="auto" w:fill="ECF1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B3FA0"/>
        <w:pBdr>
          <w:top w:val="single" w:sz="2" w:space="3" w:color="1B3FA0"/>
          <w:left w:val="single" w:sz="2" w:space="6" w:color="1B3FA0"/>
          <w:bottom w:val="single" w:sz="2" w:space="3" w:color="1B3FA0"/>
          <w:right w:val="single" w:sz="2" w:space="6" w:color="1B3FA0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2E9BD6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3DAEC"/>
              </w:pBdr>
            </w:pPr>
            <w:r>
              <w:rPr>
                <w:b w:val="0"/>
                <w:i w:val="0"/>
                <w:color w:val="1D2330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2E9BD6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3DAEC"/>
              </w:pBdr>
            </w:pPr>
            <w:r>
              <w:rPr>
                <w:b w:val="0"/>
                <w:i w:val="0"/>
                <w:color w:val="1D2330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1B3FA0"/>
        <w:pBdr>
          <w:top w:val="single" w:sz="2" w:space="3" w:color="1B3FA0"/>
          <w:left w:val="single" w:sz="2" w:space="6" w:color="1B3FA0"/>
          <w:bottom w:val="single" w:sz="2" w:space="3" w:color="1B3FA0"/>
          <w:right w:val="single" w:sz="2" w:space="6" w:color="1B3FA0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CF1FB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Georgia" w:hAnsi="Georgia" w:cs="Georgia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B3FA0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