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40" w:type="dxa"/>
          <w:right w:w="0" w:type="dxa"/>
        </w:tblCellMar>
        <w:tblLook w:firstColumn="1" w:firstRow="1" w:lastColumn="0" w:lastRow="0" w:noHBand="0" w:noVBand="1" w:val="04A0"/>
      </w:tblPr>
      <w:tblGrid>
        <w:gridCol w:w="8280"/>
        <w:gridCol w:w="2376"/>
      </w:tblGrid>
      <w:tr>
        <w:tc>
          <w:tcPr>
            <w:tcW w:type="dxa" w:w="8280"/>
            <w:vAlign w:val="bottom"/>
          </w:tcPr>
          <w:p>
            <w:pPr>
              <w:spacing w:before="0" w:after="0"/>
            </w:pPr>
            <w:r>
              <w:rPr>
                <w:b/>
                <w:i w:val="0"/>
                <w:color w:val="1E4433"/>
                <w:sz w:val="50"/>
                <w:u w:val="none"/>
                <w:rFonts w:ascii="Georgia" w:hAnsi="Georgia" w:cs="Georgia"/>
                <w:spacing w:val="26"/>
              </w:rPr>
              <w:t xml:space="preserve">YOUR NAME</w:t>
            </w:r>
          </w:p>
          <w:p>
            <w:pPr>
              <w:spacing w:before="80" w:after="80"/>
              <w:pBdr>
                <w:bottom w:val="single" w:sz="16" w:space="3" w:color="86953F"/>
              </w:pBdr>
            </w:pPr>
          </w:p>
          <w:p>
            <w:pPr>
              <w:spacing w:before="80" w:after="0"/>
            </w:pPr>
            <w:r>
              <w:rPr>
                <w:b/>
                <w:i w:val="0"/>
                <w:color w:val="5B6A60"/>
                <w:sz w:val="18"/>
                <w:u w:val="none"/>
                <w:rFonts w:ascii="Georgia" w:hAnsi="Georgia" w:cs="Georgia"/>
                <w:spacing w:val="42"/>
              </w:rPr>
              <w:t>PROFESSIONAL RESUME</w:t>
            </w:r>
          </w:p>
          <w:p>
            <w:pPr>
              <w:spacing w:before="80" w:after="0"/>
            </w:pPr>
            <w:r>
              <w:rPr>
                <w:b w:val="0"/>
                <w:i/>
                <w:color w:val="1F2620"/>
                <w:sz w:val="20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2376"/>
            <w:vAlign w:val="top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jc w:val="right"/>
              <w:tblBorders>
                <w:top w:val="double" w:sz="12" w:space="0" w:color="86953F"/>
                <w:left w:val="double" w:sz="12" w:space="0" w:color="86953F"/>
                <w:bottom w:val="double" w:sz="12" w:space="0" w:color="86953F"/>
                <w:right w:val="double" w:sz="12" w:space="0" w:color="86953F"/>
                <w:insideH w:val="double" w:sz="12" w:space="0" w:color="86953F"/>
                <w:insideV w:val="double" w:sz="12" w:space="0" w:color="86953F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1944"/>
            </w:tblGrid>
            <w:tr>
              <w:trPr>
                <w:trHeight w:val="2433" w:hRule="exact"/>
              </w:trPr>
              <w:tc>
                <w:tcPr>
                  <w:tcW w:type="dxa" w:w="1944"/>
                  <w:shd w:val="clear" w:color="auto" w:fill="FFFFFF"/>
                </w:tcPr>
                <w:p>
                  <w:pPr>
                    <w:spacing w:before="0" w:after="0"/>
                  </w:pPr>
                </w:p>
              </w:tc>
            </w:tr>
          </w:tbl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</w:tc>
      </w:tr>
    </w:tbl>
    <w:p>
      <w:pPr>
        <w:spacing w:before="120" w:after="0" w:line="20" w:lineRule="exact"/>
        <w:pBdr>
          <w:bottom w:val="single" w:sz="8" w:space="0" w:color="1E4433"/>
        </w:pBdr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90" w:type="dxa"/>
          <w:left w:w="140" w:type="dxa"/>
          <w:bottom w:w="90" w:type="dxa"/>
          <w:right w:w="140" w:type="dxa"/>
        </w:tblCellMar>
        <w:tblLook w:firstColumn="1" w:firstRow="1" w:lastColumn="0" w:lastRow="0" w:noHBand="0" w:noVBand="1" w:val="04A0"/>
      </w:tblPr>
      <w:tblGrid>
        <w:gridCol w:w="6393"/>
        <w:gridCol w:w="4262"/>
      </w:tblGrid>
      <w:tr>
        <w:tc>
          <w:tcPr>
            <w:tcW w:type="dxa" w:w="6394"/>
            <w:shd w:val="clear" w:color="auto" w:fill="EDF3EE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ADDRESS:</w:t>
            </w:r>
          </w:p>
          <w:p>
            <w:pPr>
              <w:spacing w:before="0" w:after="0" w:line="264" w:lineRule="auto"/>
            </w:pPr>
            <w:r>
              <w:rPr>
                <w:b w:val="0"/>
                <w:i w:val="0"/>
                <w:color w:val="1F2620"/>
                <w:sz w:val="18"/>
                <w:u w:val="none"/>
                <w:rFonts w:ascii="Cambria" w:hAnsi="Cambria" w:cs="Cambria"/>
              </w:rPr>
              <w:t/>
            </w:r>
          </w:p>
        </w:tc>
        <w:tc>
          <w:tcPr>
            <w:tcW w:type="dxa" w:w="4262"/>
            <w:tcBorders>
              <w:left w:val="single" w:sz="6" w:space="0" w:color="D4DED7"/>
            </w:tcBorders>
            <w:shd w:val="clear" w:color="auto" w:fill="EDF3EE"/>
            <w:vAlign w:val="center"/>
          </w:tcPr>
          <w:p>
            <w:pPr>
              <w:spacing w:before="0" w:after="40"/>
            </w:pPr>
            <w:r>
              <w:rPr>
                <w:b/>
                <w:i w:val="0"/>
                <w:color w:val="1E4433"/>
                <w:sz w:val="15"/>
                <w:u w:val="none"/>
                <w:rFonts w:ascii="Georgia" w:hAnsi="Georgia" w:cs="Georgia"/>
                <w:spacing w:val="24"/>
              </w:rPr>
              <w:t>PASSPORT</w:t>
            </w:r>
          </w:p>
          <w:p>
            <w:pPr>
              <w:spacing w:before="0" w:after="0"/>
            </w:pPr>
            <w:r>
              <w:rPr>
                <w:b/>
                <w:i w:val="0"/>
                <w:color w:val="1F2620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spacing w:before="20" w:after="0"/>
            </w:pPr>
            <w:r>
              <w:rPr>
                <w:b w:val="0"/>
                <w:i w:val="0"/>
                <w:color w:val="5B6A60"/>
                <w:sz w:val="17"/>
                <w:u w:val="none"/>
                <w:rFonts w:ascii="Cambria" w:hAnsi="Cambria" w:cs="Cambria"/>
              </w:rPr>
              <w:t xml:space="preserve">Valid until</w:t>
            </w:r>
          </w:p>
        </w:tc>
      </w:tr>
    </w:tbl>
    <w:p>
      <w:pPr>
        <w:keepNext/>
        <w:spacing w:before="160" w:after="80"/>
        <w:ind w:left="0"/>
        <w:shd w:val="clear" w:color="auto" w:fill="1E4433"/>
        <w:pBdr>
          <w:top w:val="single" w:sz="2" w:space="3" w:color="1E4433"/>
          <w:left w:val="single" w:sz="2" w:space="6" w:color="1E4433"/>
          <w:bottom w:val="single" w:sz="2" w:space="3" w:color="1E4433"/>
          <w:right w:val="single" w:sz="2" w:space="6" w:color="1E4433"/>
        </w:pBdr>
      </w:pPr>
      <w:r>
        <w:rPr>
          <w:b/>
          <w:i w:val="0"/>
          <w:color w:val="FFFFFF"/>
          <w:sz w:val="20"/>
          <w:u w:val="none"/>
          <w:rFonts w:ascii="Georgia" w:hAnsi="Georgia" w:cs="Georgia"/>
          <w:spacing w:val="30"/>
        </w:rPr>
        <w:t xml:space="preserve">  CAREER OBJECTIVE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DF3EE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mbria" w:hAnsi="Cambria" w:cs="Cambria"/>
              </w:rPr>
              <w:t>To obtain a suitable overseas employment opportunity where I can use my skills, dedication, and willingness to learn while contributing positively to the organization.</w:t>
            </w:r>
          </w:p>
        </w:tc>
      </w:tr>
    </w:tbl>
    <w:p>
      <w:pPr>
        <w:keepNext/>
        <w:spacing w:before="160" w:after="80"/>
        <w:ind w:left="0"/>
        <w:shd w:val="clear" w:color="auto" w:fill="1E4433"/>
        <w:pBdr>
          <w:top w:val="single" w:sz="2" w:space="3" w:color="1E4433"/>
          <w:left w:val="single" w:sz="2" w:space="6" w:color="1E4433"/>
          <w:bottom w:val="single" w:sz="2" w:space="3" w:color="1E4433"/>
          <w:right w:val="single" w:sz="2" w:space="6" w:color="1E4433"/>
        </w:pBdr>
      </w:pPr>
      <w:r>
        <w:rPr>
          <w:b/>
          <w:i w:val="0"/>
          <w:color w:val="FFFFFF"/>
          <w:sz w:val="20"/>
          <w:u w:val="none"/>
          <w:rFonts w:ascii="Georgia" w:hAnsi="Georgia" w:cs="Georgia"/>
          <w:spacing w:val="30"/>
        </w:rPr>
        <w:t xml:space="preserve">  PERSONAL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58" w:type="dxa"/>
                <w:left w:w="120" w:type="dxa"/>
                <w:bottom w:w="58" w:type="dxa"/>
                <w:right w:w="120" w:type="dxa"/>
              </w:tblCellMar>
              <w:tblLook w:firstColumn="1" w:firstRow="1" w:lastColumn="0" w:lastRow="0" w:noHBand="0" w:noVBand="1" w:val="04A0"/>
            </w:tblPr>
            <w:tblGrid>
              <w:gridCol w:w="2736"/>
              <w:gridCol w:w="7560"/>
            </w:tblGrid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Full Name</w:t>
                  </w:r>
                </w:p>
              </w:tc>
              <w:tc>
                <w:tcPr>
                  <w:tcW w:type="dxa" w:w="7560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Date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Gender</w:t>
                  </w:r>
                </w:p>
              </w:tc>
              <w:tc>
                <w:tcPr>
                  <w:tcW w:type="dxa" w:w="7560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Mobile No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Nationality</w:t>
                  </w:r>
                </w:p>
              </w:tc>
              <w:tc>
                <w:tcPr>
                  <w:tcW w:type="dxa" w:w="7560"/>
                  <w:shd w:val="clear" w:color="auto" w:fill="EDF3EE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  <w:tr>
              <w:trPr>
                <w:trHeight w:val="280" w:hRule="atLeast"/>
              </w:trPr>
              <w:tc>
                <w:tcPr>
                  <w:tcW w:type="dxa" w:w="2736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/>
                      <w:i w:val="0"/>
                      <w:color w:val="1E4433"/>
                      <w:sz w:val="18"/>
                      <w:u w:val="none"/>
                      <w:rFonts w:ascii="Georgia" w:hAnsi="Georgia" w:cs="Georgia"/>
                    </w:rPr>
                    <w:t>Place of Birth</w:t>
                  </w:r>
                </w:p>
              </w:tc>
              <w:tc>
                <w:tcPr>
                  <w:tcW w:type="dxa" w:w="7560"/>
                  <w:vAlign w:val="center"/>
                </w:tcPr>
                <w:p>
                  <w:pPr>
                    <w:spacing w:before="0" w:after="0"/>
                  </w:pPr>
                  <w:r>
                    <w:rPr>
                      <w:b w:val="0"/>
                      <w:i w:val="0"/>
                      <w:color w:val="1F2620"/>
                      <w:sz w:val="19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E4433"/>
        <w:pBdr>
          <w:top w:val="single" w:sz="2" w:space="3" w:color="1E4433"/>
          <w:left w:val="single" w:sz="2" w:space="6" w:color="1E4433"/>
          <w:bottom w:val="single" w:sz="2" w:space="3" w:color="1E4433"/>
          <w:right w:val="single" w:sz="2" w:space="6" w:color="1E4433"/>
        </w:pBdr>
      </w:pPr>
      <w:r>
        <w:rPr>
          <w:b/>
          <w:i w:val="0"/>
          <w:color w:val="FFFFFF"/>
          <w:sz w:val="20"/>
          <w:u w:val="none"/>
          <w:rFonts w:ascii="Georgia" w:hAnsi="Georgia" w:cs="Georgia"/>
          <w:spacing w:val="30"/>
        </w:rPr>
        <w:t xml:space="preserve">  PASSPORT DETAILS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F2F4EA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tbl>
            <w:tblPr>
              <w:tblW w:type="auto" w:w="0"/>
              <w:tblBorders>
                <w:top w:val="single" w:sz="4" w:space="0" w:color="CCCCCC"/>
                <w:left w:val="single" w:sz="4" w:space="0" w:color="CCCCCC"/>
                <w:bottom w:val="single" w:sz="4" w:space="0" w:color="CCCCCC"/>
                <w:right w:val="single" w:sz="4" w:space="0" w:color="CCCCCC"/>
                <w:insideH w:val="single" w:sz="4" w:space="0" w:color="CCCCCC"/>
                <w:insideV w:val="single" w:sz="4" w:space="0" w:color="CCCCCC"/>
              </w:tblBorders>
              <w:tblLayout w:type="fixed"/>
              <w:tblCellMar>
                <w:top w:w="62" w:type="dxa"/>
                <w:left w:w="110" w:type="dxa"/>
                <w:bottom w:w="62" w:type="dxa"/>
                <w:right w:w="110" w:type="dxa"/>
              </w:tblCellMar>
              <w:tblLook w:firstColumn="1" w:firstRow="1" w:lastColumn="0" w:lastRow="0" w:noHBand="0" w:noVBand="1" w:val="04A0"/>
            </w:tblPr>
            <w:tblGrid>
              <w:gridCol w:w="2862"/>
              <w:gridCol w:w="2473"/>
              <w:gridCol w:w="2473"/>
              <w:gridCol w:w="2487"/>
            </w:tblGrid>
            <w:tr>
              <w:trPr>
                <w:trHeight w:val="340" w:hRule="atLeast"/>
              </w:trPr>
              <w:tc>
                <w:tcPr>
                  <w:tcW w:type="dxa" w:w="2862"/>
                  <w:shd w:val="clear" w:color="auto" w:fill="F2F4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  <w:spacing w:val="8"/>
                    </w:rPr>
                    <w:t>Passport Number</w:t>
                  </w:r>
                </w:p>
              </w:tc>
              <w:tc>
                <w:tcPr>
                  <w:tcW w:type="dxa" w:w="2473"/>
                  <w:shd w:val="clear" w:color="auto" w:fill="F2F4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  <w:spacing w:val="8"/>
                    </w:rPr>
                    <w:t>Issue Date</w:t>
                  </w:r>
                </w:p>
              </w:tc>
              <w:tc>
                <w:tcPr>
                  <w:tcW w:type="dxa" w:w="2473"/>
                  <w:shd w:val="clear" w:color="auto" w:fill="F2F4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  <w:spacing w:val="8"/>
                    </w:rPr>
                    <w:t>Expiry Date</w:t>
                  </w:r>
                </w:p>
              </w:tc>
              <w:tc>
                <w:tcPr>
                  <w:tcW w:type="dxa" w:w="2488"/>
                  <w:shd w:val="clear" w:color="auto" w:fill="F2F4EA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E4433"/>
                      <w:sz w:val="16"/>
                      <w:u w:val="none"/>
                      <w:rFonts w:ascii="Georgia" w:hAnsi="Georgia" w:cs="Georgia"/>
                      <w:spacing w:val="8"/>
                    </w:rPr>
                    <w:t>Place of Issue</w:t>
                  </w:r>
                </w:p>
              </w:tc>
            </w:tr>
            <w:tr>
              <w:trPr>
                <w:trHeight w:val="340" w:hRule="atLeast"/>
              </w:trPr>
              <w:tc>
                <w:tcPr>
                  <w:tcW w:type="dxa" w:w="2862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/>
                      <w:i w:val="0"/>
                      <w:color w:val="1F2620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73"/>
                  <w:shd w:val="clear" w:color="auto" w:fill="EDF3E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73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  <w:tc>
                <w:tcPr>
                  <w:tcW w:type="dxa" w:w="2488"/>
                  <w:shd w:val="clear" w:color="auto" w:fill="EDF3EE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b w:val="0"/>
                      <w:i w:val="0"/>
                      <w:color w:val="1F2620"/>
                      <w:sz w:val="18"/>
                      <w:u w:val="none"/>
                      <w:rFonts w:ascii="Cambria" w:hAnsi="Cambria" w:cs="Cambria"/>
                    </w:rPr>
                    <w:t/>
                  </w:r>
                </w:p>
              </w:tc>
            </w:tr>
          </w:tbl>
          <w:p/>
        </w:tc>
      </w:tr>
    </w:tbl>
    <w:p>
      <w:pPr>
        <w:keepNext/>
        <w:spacing w:before="160" w:after="80"/>
        <w:ind w:left="0"/>
        <w:shd w:val="clear" w:color="auto" w:fill="1E4433"/>
        <w:pBdr>
          <w:top w:val="single" w:sz="2" w:space="3" w:color="1E4433"/>
          <w:left w:val="single" w:sz="2" w:space="6" w:color="1E4433"/>
          <w:bottom w:val="single" w:sz="2" w:space="3" w:color="1E4433"/>
          <w:right w:val="single" w:sz="2" w:space="6" w:color="1E4433"/>
        </w:pBdr>
      </w:pPr>
      <w:r>
        <w:rPr>
          <w:b/>
          <w:i w:val="0"/>
          <w:color w:val="FFFFFF"/>
          <w:sz w:val="20"/>
          <w:u w:val="none"/>
          <w:rFonts w:ascii="Georgia" w:hAnsi="Georgia" w:cs="Georgia"/>
          <w:spacing w:val="30"/>
        </w:rPr>
        <w:t xml:space="preserve">  WORK EXPERIENCE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86953F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4DED7"/>
              </w:pBdr>
            </w:pPr>
            <w:r>
              <w:rPr>
                <w:b w:val="0"/>
                <w:i w:val="0"/>
                <w:color w:val="1F2620"/>
                <w:sz w:val="19"/>
                <w:u w:val="none"/>
                <w:rFonts w:ascii="Cambria" w:hAnsi="Cambria" w:cs="Cambria"/>
              </w:rPr>
              <w:t/>
            </w:r>
          </w:p>
          <w:p>
            <w:pPr>
              <w:spacing w:before="140" w:after="0" w:line="276" w:lineRule="auto"/>
              <w:ind w:left="0"/>
            </w:pPr>
            <w:r>
              <w:rPr>
                <w:b/>
                <w:i w:val="0"/>
                <w:color w:val="86953F"/>
                <w:sz w:val="15"/>
                <w:u w:val="none"/>
                <w:rFonts w:ascii="Georgia" w:hAnsi="Georgia" w:cs="Georgia"/>
                <w:spacing w:val="22"/>
              </w:rPr>
              <w:t>Experience</w:t>
            </w:r>
          </w:p>
          <w:p>
            <w:pPr>
              <w:spacing w:before="0" w:after="0" w:line="276" w:lineRule="auto"/>
              <w:ind w:left="0"/>
              <w:pBdr>
                <w:bottom w:val="single" w:sz="4" w:space="4" w:color="D4DED7"/>
              </w:pBdr>
            </w:pPr>
            <w:r>
              <w:rPr>
                <w:b w:val="0"/>
                <w:i w:val="0"/>
                <w:color w:val="1F2620"/>
                <w:sz w:val="19"/>
                <w:u w:val="none"/>
                <w:rFonts w:ascii="Cambria" w:hAnsi="Cambria" w:cs="Cambria"/>
              </w:rPr>
              <w:t/>
            </w:r>
          </w:p>
        </w:tc>
      </w:tr>
    </w:tbl>
    <w:p>
      <w:pPr>
        <w:keepNext/>
        <w:spacing w:before="160" w:after="80"/>
        <w:ind w:left="0"/>
        <w:shd w:val="clear" w:color="auto" w:fill="1E4433"/>
        <w:pBdr>
          <w:top w:val="single" w:sz="2" w:space="3" w:color="1E4433"/>
          <w:left w:val="single" w:sz="2" w:space="6" w:color="1E4433"/>
          <w:bottom w:val="single" w:sz="2" w:space="3" w:color="1E4433"/>
          <w:right w:val="single" w:sz="2" w:space="6" w:color="1E4433"/>
        </w:pBdr>
      </w:pPr>
      <w:r>
        <w:rPr>
          <w:b/>
          <w:i w:val="0"/>
          <w:color w:val="FFFFFF"/>
          <w:sz w:val="20"/>
          <w:u w:val="none"/>
          <w:rFonts w:ascii="Georgia" w:hAnsi="Georgia" w:cs="Georgia"/>
          <w:spacing w:val="30"/>
        </w:rPr>
        <w:t xml:space="preserve">  DECLARATION</w:t>
      </w: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60.0" w:type="dxa"/>
          <w:left w:w="100" w:type="dxa"/>
          <w:bottom w:w="60.0" w:type="dxa"/>
          <w:right w:w="100" w:type="dxa"/>
        </w:tblCellMar>
        <w:tblLook w:firstColumn="1" w:firstRow="1" w:lastColumn="0" w:lastRow="0" w:noHBand="0" w:noVBand="1" w:val="04A0"/>
      </w:tblPr>
      <w:tblGrid>
        <w:gridCol w:w="10656"/>
      </w:tblGrid>
      <w:tr>
        <w:tc>
          <w:tcPr>
            <w:tcW w:type="dxa" w:w="10656"/>
            <w:shd w:val="clear" w:color="auto" w:fill="EDF3EE"/>
          </w:tcPr>
          <w:p>
            <w:pPr>
              <w:spacing w:before="0" w:after="0" w:line="20" w:lineRule="exact"/>
            </w:pPr>
            <w:r>
              <w:rPr>
                <w:sz w:val="2"/>
              </w:rPr>
            </w:r>
          </w:p>
          <w:p>
            <w:pPr>
              <w:spacing w:before="0" w:after="0" w:line="288" w:lineRule="auto"/>
              <w:ind w:left="0" w:right="0"/>
              <w:jc w:val="both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mbria" w:hAnsi="Cambria" w:cs="Cambria"/>
              </w:rPr>
              <w:t>I hereby declare that the above information is true and correct to the best of my knowledge.</w:t>
            </w:r>
          </w:p>
        </w:tc>
      </w:tr>
    </w:tbl>
    <w:p>
      <w:pPr>
        <w:spacing w:before="600" w:after="0" w:line="40" w:lineRule="exact"/>
      </w:pPr>
    </w:p>
    <w:tbl>
      <w:tblPr>
        <w:tblW w:type="auto" w:w="0"/>
        <w:tblBorders>
          <w:top w:val="single" w:sz="4" w:space="0" w:color="CCCCCC"/>
          <w:left w:val="single" w:sz="4" w:space="0" w:color="CCCCCC"/>
          <w:bottom w:val="single" w:sz="4" w:space="0" w:color="CCCCCC"/>
          <w:right w:val="single" w:sz="4" w:space="0" w:color="CCCCCC"/>
          <w:insideH w:val="single" w:sz="4" w:space="0" w:color="CCCCCC"/>
          <w:insideV w:val="single" w:sz="4" w:space="0" w:color="CCCCCC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firstColumn="1" w:firstRow="1" w:lastColumn="0" w:lastRow="0" w:noHBand="0" w:noVBand="1" w:val="04A0"/>
      </w:tblPr>
      <w:tblGrid>
        <w:gridCol w:w="5541"/>
        <w:gridCol w:w="5114"/>
      </w:tblGrid>
      <w:tr>
        <w:tc>
          <w:tcPr>
            <w:tcW w:type="dxa" w:w="5541"/>
          </w:tcPr>
          <w:p>
            <w:pPr>
              <w:spacing w:before="0" w:after="0"/>
              <w:ind w:left="0"/>
            </w:pPr>
            <w:r>
              <w:rPr>
                <w:b w:val="0"/>
                <w:i w:val="0"/>
                <w:color w:val="1F2620"/>
                <w:sz w:val="20"/>
                <w:u w:val="none"/>
                <w:rFonts w:ascii="Cambria" w:hAnsi="Cambria" w:cs="Cambria"/>
              </w:rPr>
              <w:t>Date: ____________________</w:t>
            </w:r>
          </w:p>
        </w:tc>
        <w:tc>
          <w:tcPr>
            <w:tcW w:type="dxa" w:w="5115"/>
          </w:tcPr>
          <w:p>
            <w:pPr>
              <w:spacing w:before="0" w:after="60"/>
              <w:jc w:val="right"/>
            </w:pPr>
            <w:r>
              <w:rPr>
                <w:b/>
                <w:i w:val="0"/>
                <w:color w:val="1E4433"/>
                <w:sz w:val="20"/>
                <w:u w:val="none"/>
                <w:rFonts w:ascii="Cambria" w:hAnsi="Cambria" w:cs="Cambria"/>
                <w:spacing w:val="12"/>
              </w:rPr>
              <w:t/>
            </w:r>
          </w:p>
          <w:p>
            <w:pPr>
              <w:spacing w:before="0" w:after="0"/>
              <w:jc w:val="right"/>
              <w:pBdr>
                <w:top w:val="single" w:sz="6" w:space="2" w:color="D4DED7"/>
              </w:pBdr>
            </w:pPr>
            <w:r>
              <w:rPr>
                <w:b w:val="0"/>
                <w:i/>
                <w:color w:val="5B6A60"/>
                <w:sz w:val="18"/>
                <w:u w:val="none"/>
                <w:rFonts w:ascii="Cambria" w:hAnsi="Cambria" w:cs="Cambria"/>
              </w:rPr>
              <w:t>Signature</w:t>
            </w:r>
          </w:p>
        </w:tc>
      </w:tr>
    </w:tbl>
    <w:p>
      <w:pPr>
        <w:spacing w:before="0" w:after="0" w:line="20" w:lineRule="exact"/>
      </w:pPr>
      <w:r>
        <w:rPr>
          <w:sz w:val="2"/>
        </w:rPr>
      </w:r>
    </w:p>
    <w:sectPr w:rsidR="00FC693F" w:rsidRPr="0006063C" w:rsidSect="00034616">
      <w:pgSz w:w="12240" w:h="15840"/>
      <w:pgMar w:top="648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Cambria" w:hAnsi="Cambria" w:eastAsia="Cambri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