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6E1B26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5"/>
                <w:u w:val="none"/>
                <w:rFonts w:ascii="Cambria" w:hAnsi="Cambria" w:cs="Cambri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08150"/>
                <w:sz w:val="17"/>
                <w:u w:val="none"/>
                <w:rFonts w:ascii="Cambria" w:hAnsi="Cambria" w:cs="Cambr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E0C3C0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shd w:val="clear" w:color="auto" w:fill="6E1B26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6E1B26"/>
                <w:left w:val="single" w:sz="18" w:space="0" w:color="6E1B26"/>
                <w:bottom w:val="single" w:sz="18" w:space="0" w:color="6E1B26"/>
                <w:right w:val="single" w:sz="18" w:space="0" w:color="6E1B26"/>
                <w:insideH w:val="single" w:sz="18" w:space="0" w:color="6E1B26"/>
                <w:insideV w:val="single" w:sz="18" w:space="0" w:color="6E1B2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B0815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7EF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4"/>
                <w:u w:val="none"/>
                <w:rFonts w:ascii="Cambria" w:hAnsi="Cambria" w:cs="Cambr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6201F"/>
                <w:sz w:val="17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4228"/>
            <w:tcBorders>
              <w:left w:val="single" w:sz="6" w:space="0" w:color="E2D6D2"/>
            </w:tcBorders>
            <w:shd w:val="clear" w:color="auto" w:fill="F7EF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4"/>
                <w:u w:val="none"/>
                <w:rFonts w:ascii="Cambria" w:hAnsi="Cambria" w:cs="Cambr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6201F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B5A57"/>
                <w:sz w:val="16"/>
                <w:u w:val="none"/>
                <w:rFonts w:ascii="Segoe UI" w:hAnsi="Segoe UI" w:cs="Segoe UI"/>
              </w:rPr>
              <w:t xml:space="preserve">Valid until</w:t>
            </w:r>
          </w:p>
        </w:tc>
      </w:tr>
    </w:tbl>
    <w:p>
      <w:pPr>
        <w:keepNext/>
        <w:spacing w:before="153" w:after="8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19"/>
          <w:u w:val="none"/>
          <w:rFonts w:ascii="Cambria" w:hAnsi="Cambria" w:cs="Cambria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7EF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6201F"/>
                <w:sz w:val="19"/>
                <w:u w:val="none"/>
                <w:rFonts w:ascii="Segoe UI" w:hAnsi="Segoe UI" w:cs="Segoe UI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53" w:after="8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19"/>
          <w:u w:val="none"/>
          <w:rFonts w:ascii="Cambria" w:hAnsi="Cambria" w:cs="Cambri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473"/>
            </w:tblGrid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Full Name</w:t>
                  </w:r>
                </w:p>
              </w:tc>
              <w:tc>
                <w:tcPr>
                  <w:tcW w:type="dxa" w:w="7474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Date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Gender</w:t>
                  </w:r>
                </w:p>
              </w:tc>
              <w:tc>
                <w:tcPr>
                  <w:tcW w:type="dxa" w:w="7474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Mobile No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Nationality</w:t>
                  </w:r>
                </w:p>
              </w:tc>
              <w:tc>
                <w:tcPr>
                  <w:tcW w:type="dxa" w:w="7474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Place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19"/>
          <w:u w:val="none"/>
          <w:rFonts w:ascii="Cambria" w:hAnsi="Cambria" w:cs="Cambria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6F1E9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40"/>
              <w:gridCol w:w="2451"/>
              <w:gridCol w:w="2451"/>
              <w:gridCol w:w="2466"/>
            </w:tblGrid>
            <w:tr>
              <w:trPr>
                <w:trHeight w:val="340" w:hRule="atLeast"/>
              </w:trPr>
              <w:tc>
                <w:tcPr>
                  <w:tcW w:type="dxa" w:w="2840"/>
                  <w:shd w:val="clear" w:color="auto" w:fill="F6F1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52"/>
                  <w:shd w:val="clear" w:color="auto" w:fill="F6F1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52"/>
                  <w:shd w:val="clear" w:color="auto" w:fill="F6F1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66"/>
                  <w:shd w:val="clear" w:color="auto" w:fill="F6F1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4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201F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52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66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19"/>
          <w:u w:val="none"/>
          <w:rFonts w:ascii="Cambria" w:hAnsi="Cambria" w:cs="Cambri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08150"/>
                <w:sz w:val="14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2D6D2"/>
              </w:pBdr>
            </w:pPr>
            <w:r>
              <w:rPr>
                <w:b w:val="0"/>
                <w:i w:val="0"/>
                <w:color w:val="26201F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08150"/>
                <w:sz w:val="14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2D6D2"/>
              </w:pBdr>
            </w:pPr>
            <w:r>
              <w:rPr>
                <w:b w:val="0"/>
                <w:i w:val="0"/>
                <w:color w:val="26201F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153" w:after="8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19"/>
          <w:u w:val="none"/>
          <w:rFonts w:ascii="Cambria" w:hAnsi="Cambria" w:cs="Cambria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7EF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6201F"/>
                <w:sz w:val="19"/>
                <w:u w:val="none"/>
                <w:rFonts w:ascii="Segoe UI" w:hAnsi="Segoe UI" w:cs="Segoe UI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19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6E1B26"/>
              </w:pBdr>
            </w:pPr>
            <w:r>
              <w:rPr>
                <w:b w:val="0"/>
                <w:i/>
                <w:color w:val="6B5A57"/>
                <w:sz w:val="17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