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42B4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42B"/>
                <w:sz w:val="45"/>
                <w:u w:val="none"/>
                <w:rFonts w:ascii="Calibri" w:hAnsi="Calibri" w:cs="Calibri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88A2E"/>
                <w:sz w:val="16"/>
                <w:u w:val="none"/>
                <w:rFonts w:ascii="Calibri" w:hAnsi="Calibri" w:cs="Calibri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A6675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B88A2E"/>
                <w:left w:val="double" w:sz="12" w:space="0" w:color="B88A2E"/>
                <w:bottom w:val="double" w:sz="12" w:space="0" w:color="B88A2E"/>
                <w:right w:val="double" w:sz="12" w:space="0" w:color="B88A2E"/>
                <w:insideH w:val="double" w:sz="12" w:space="0" w:color="B88A2E"/>
                <w:insideV w:val="double" w:sz="12" w:space="0" w:color="B8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2D9E4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shd w:val="clear" w:color="auto" w:fill="EEF2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4"/>
                <w:u w:val="none"/>
                <w:rFonts w:ascii="Calibri" w:hAnsi="Calibri" w:cs="Calibr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42B"/>
                <w:sz w:val="17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4320"/>
            <w:tcBorders>
              <w:left w:val="single" w:sz="6" w:space="0" w:color="D2D9E4"/>
            </w:tcBorders>
            <w:shd w:val="clear" w:color="auto" w:fill="EEF2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4"/>
                <w:u w:val="none"/>
                <w:rFonts w:ascii="Calibri" w:hAnsi="Calibri" w:cs="Calibr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4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A6675"/>
                <w:sz w:val="16"/>
                <w:u w:val="none"/>
                <w:rFonts w:ascii="Century Gothic" w:hAnsi="Century Gothic" w:cs="Century Gothic"/>
              </w:rPr>
              <w:t xml:space="preserve">Valid until</w:t>
            </w:r>
          </w:p>
        </w:tc>
      </w:tr>
    </w:tbl>
    <w:p>
      <w:pPr>
        <w:keepNext/>
        <w:spacing w:before="153" w:after="80"/>
        <w:ind w:left="0"/>
        <w:shd w:val="clear" w:color="auto" w:fill="142B4E"/>
        <w:pBdr>
          <w:top w:val="single" w:sz="2" w:space="3" w:color="142B4E"/>
          <w:left w:val="single" w:sz="2" w:space="6" w:color="142B4E"/>
          <w:bottom w:val="single" w:sz="2" w:space="3" w:color="142B4E"/>
          <w:right w:val="single" w:sz="2" w:space="6" w:color="142B4E"/>
        </w:pBdr>
      </w:pPr>
      <w:r>
        <w:rPr>
          <w:b/>
          <w:i w:val="0"/>
          <w:color w:val="FFFFFF"/>
          <w:sz w:val="19"/>
          <w:u w:val="none"/>
          <w:rFonts w:ascii="Calibri" w:hAnsi="Calibri" w:cs="Calibri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EF2F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entury Gothic" w:hAnsi="Century Gothic" w:cs="Century Gothic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53" w:after="80"/>
        <w:ind w:left="0"/>
        <w:shd w:val="clear" w:color="auto" w:fill="142B4E"/>
        <w:pBdr>
          <w:top w:val="single" w:sz="2" w:space="3" w:color="142B4E"/>
          <w:left w:val="single" w:sz="2" w:space="6" w:color="142B4E"/>
          <w:bottom w:val="single" w:sz="2" w:space="3" w:color="142B4E"/>
          <w:right w:val="single" w:sz="2" w:space="6" w:color="142B4E"/>
        </w:pBdr>
      </w:pPr>
      <w:r>
        <w:rPr>
          <w:b/>
          <w:i w:val="0"/>
          <w:color w:val="FFFFFF"/>
          <w:sz w:val="19"/>
          <w:u w:val="none"/>
          <w:rFonts w:ascii="Calibri" w:hAnsi="Calibri" w:cs="Calibri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703"/>
            </w:tblGrid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Full Name</w:t>
                  </w:r>
                </w:p>
              </w:tc>
              <w:tc>
                <w:tcPr>
                  <w:tcW w:type="dxa" w:w="7704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Date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Gender</w:t>
                  </w:r>
                </w:p>
              </w:tc>
              <w:tc>
                <w:tcPr>
                  <w:tcW w:type="dxa" w:w="7704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Mobile No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Nationality</w:t>
                  </w:r>
                </w:p>
              </w:tc>
              <w:tc>
                <w:tcPr>
                  <w:tcW w:type="dxa" w:w="7704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Place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142B4E"/>
        <w:pBdr>
          <w:top w:val="single" w:sz="2" w:space="3" w:color="142B4E"/>
          <w:left w:val="single" w:sz="2" w:space="6" w:color="142B4E"/>
          <w:bottom w:val="single" w:sz="2" w:space="3" w:color="142B4E"/>
          <w:right w:val="single" w:sz="2" w:space="6" w:color="142B4E"/>
        </w:pBdr>
      </w:pPr>
      <w:r>
        <w:rPr>
          <w:b/>
          <w:i w:val="0"/>
          <w:color w:val="FFFFFF"/>
          <w:sz w:val="19"/>
          <w:u w:val="none"/>
          <w:rFonts w:ascii="Calibri" w:hAnsi="Calibri" w:cs="Calibri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4F1E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98"/>
              <w:gridCol w:w="2509"/>
              <w:gridCol w:w="2509"/>
              <w:gridCol w:w="2523"/>
            </w:tblGrid>
            <w:tr>
              <w:trPr>
                <w:trHeight w:val="340" w:hRule="atLeast"/>
              </w:trPr>
              <w:tc>
                <w:tcPr>
                  <w:tcW w:type="dxa" w:w="2898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509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509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524"/>
                  <w:shd w:val="clear" w:color="auto" w:fill="F4F1E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9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42B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509"/>
                  <w:shd w:val="clear" w:color="auto" w:fill="EEF2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  <w:tc>
                <w:tcPr>
                  <w:tcW w:type="dxa" w:w="2524"/>
                  <w:shd w:val="clear" w:color="auto" w:fill="EEF2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142B4E"/>
        <w:pBdr>
          <w:top w:val="single" w:sz="2" w:space="3" w:color="142B4E"/>
          <w:left w:val="single" w:sz="2" w:space="6" w:color="142B4E"/>
          <w:bottom w:val="single" w:sz="2" w:space="3" w:color="142B4E"/>
          <w:right w:val="single" w:sz="2" w:space="6" w:color="142B4E"/>
        </w:pBdr>
      </w:pPr>
      <w:r>
        <w:rPr>
          <w:b/>
          <w:i w:val="0"/>
          <w:color w:val="FFFFFF"/>
          <w:sz w:val="19"/>
          <w:u w:val="none"/>
          <w:rFonts w:ascii="Calibri" w:hAnsi="Calibri" w:cs="Calibri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B88A2E"/>
                <w:sz w:val="14"/>
                <w:u w:val="none"/>
                <w:rFonts w:ascii="Calibri" w:hAnsi="Calibri" w:cs="Calibri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2D9E4"/>
              </w:pBdr>
            </w:pPr>
            <w:r>
              <w:rPr>
                <w:b w:val="0"/>
                <w:i w:val="0"/>
                <w:color w:val="1F24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B88A2E"/>
                <w:sz w:val="14"/>
                <w:u w:val="none"/>
                <w:rFonts w:ascii="Calibri" w:hAnsi="Calibri" w:cs="Calibri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2D9E4"/>
              </w:pBdr>
            </w:pPr>
            <w:r>
              <w:rPr>
                <w:b w:val="0"/>
                <w:i w:val="0"/>
                <w:color w:val="1F242B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153" w:after="80"/>
        <w:ind w:left="0"/>
        <w:shd w:val="clear" w:color="auto" w:fill="142B4E"/>
        <w:pBdr>
          <w:top w:val="single" w:sz="2" w:space="3" w:color="142B4E"/>
          <w:left w:val="single" w:sz="2" w:space="6" w:color="142B4E"/>
          <w:bottom w:val="single" w:sz="2" w:space="3" w:color="142B4E"/>
          <w:right w:val="single" w:sz="2" w:space="6" w:color="142B4E"/>
        </w:pBdr>
      </w:pPr>
      <w:r>
        <w:rPr>
          <w:b/>
          <w:i w:val="0"/>
          <w:color w:val="FFFFFF"/>
          <w:sz w:val="19"/>
          <w:u w:val="none"/>
          <w:rFonts w:ascii="Calibri" w:hAnsi="Calibri" w:cs="Calibri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EF2F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entury Gothic" w:hAnsi="Century Gothic" w:cs="Century Gothic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19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42B4E"/>
              </w:pBdr>
            </w:pPr>
            <w:r>
              <w:rPr>
                <w:b w:val="0"/>
                <w:i/>
                <w:color w:val="5A6675"/>
                <w:sz w:val="17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