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shd w:val="clear" w:color="auto" w:fill="4A3521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3"/>
                <w:u w:val="none"/>
                <w:rFonts w:ascii="Times New Roman" w:hAnsi="Times New Roman" w:cs="Times New Roman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D6C6AE"/>
                <w:sz w:val="16"/>
                <w:u w:val="none"/>
                <w:rFonts w:ascii="Times New Roman" w:hAnsi="Times New Roman" w:cs="Times New Roman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D6C6AE"/>
                <w:sz w:val="19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C08A2E"/>
                <w:left w:val="double" w:sz="12" w:space="0" w:color="C08A2E"/>
                <w:bottom w:val="double" w:sz="12" w:space="0" w:color="C08A2E"/>
                <w:right w:val="double" w:sz="12" w:space="0" w:color="C08A2E"/>
                <w:insideH w:val="double" w:sz="12" w:space="0" w:color="C08A2E"/>
                <w:insideV w:val="double" w:sz="12" w:space="0" w:color="C08A2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shd w:val="clear" w:color="auto" w:fill="F5F1EA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3521"/>
                <w:sz w:val="14"/>
                <w:u w:val="none"/>
                <w:rFonts w:ascii="Times New Roman" w:hAnsi="Times New Roman" w:cs="Times New Roman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41E17"/>
                <w:sz w:val="17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4182"/>
            <w:tcBorders>
              <w:left w:val="single" w:sz="6" w:space="0" w:color="E0D8CB"/>
            </w:tcBorders>
            <w:shd w:val="clear" w:color="auto" w:fill="F5F1EA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3521"/>
                <w:sz w:val="14"/>
                <w:u w:val="none"/>
                <w:rFonts w:ascii="Times New Roman" w:hAnsi="Times New Roman" w:cs="Times New Roman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41E17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55C50"/>
                <w:sz w:val="16"/>
                <w:u w:val="none"/>
                <w:rFonts w:ascii="Book Antiqua" w:hAnsi="Book Antiqua" w:cs="Book Antiqua"/>
              </w:rPr>
              <w:t xml:space="preserve">Valid until</w:t>
            </w:r>
          </w:p>
        </w:tc>
      </w:tr>
    </w:tbl>
    <w:p>
      <w:pPr>
        <w:keepNext/>
        <w:spacing w:before="153" w:after="80"/>
        <w:ind w:left="0"/>
        <w:shd w:val="clear" w:color="auto" w:fill="4A3521"/>
        <w:pBdr>
          <w:top w:val="single" w:sz="2" w:space="3" w:color="4A3521"/>
          <w:left w:val="single" w:sz="2" w:space="6" w:color="4A3521"/>
          <w:bottom w:val="single" w:sz="2" w:space="3" w:color="4A3521"/>
          <w:right w:val="single" w:sz="2" w:space="6" w:color="4A3521"/>
        </w:pBdr>
      </w:pPr>
      <w:r>
        <w:rPr>
          <w:b/>
          <w:i w:val="0"/>
          <w:color w:val="FFFFFF"/>
          <w:sz w:val="19"/>
          <w:u w:val="none"/>
          <w:rFonts w:ascii="Times New Roman" w:hAnsi="Times New Roman" w:cs="Times New Roman"/>
          <w:spacing w:val="30"/>
        </w:rPr>
        <w:t xml:space="preserve">  CAREER OBJECTIVE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F5F1EA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41E17"/>
                <w:sz w:val="19"/>
                <w:u w:val="none"/>
                <w:rFonts w:ascii="Book Antiqua" w:hAnsi="Book Antiqua" w:cs="Book Antiqua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keepNext/>
        <w:spacing w:before="153" w:after="80"/>
        <w:ind w:left="0"/>
        <w:shd w:val="clear" w:color="auto" w:fill="4A3521"/>
        <w:pBdr>
          <w:top w:val="single" w:sz="2" w:space="3" w:color="4A3521"/>
          <w:left w:val="single" w:sz="2" w:space="6" w:color="4A3521"/>
          <w:bottom w:val="single" w:sz="2" w:space="3" w:color="4A3521"/>
          <w:right w:val="single" w:sz="2" w:space="6" w:color="4A3521"/>
        </w:pBdr>
      </w:pPr>
      <w:r>
        <w:rPr>
          <w:b/>
          <w:i w:val="0"/>
          <w:color w:val="FFFFFF"/>
          <w:sz w:val="19"/>
          <w:u w:val="none"/>
          <w:rFonts w:ascii="Times New Roman" w:hAnsi="Times New Roman" w:cs="Times New Roman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358"/>
            </w:tblGrid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Full Name</w:t>
                  </w:r>
                </w:p>
              </w:tc>
              <w:tc>
                <w:tcPr>
                  <w:tcW w:type="dxa" w:w="7358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Date of Birth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Gender</w:t>
                  </w:r>
                </w:p>
              </w:tc>
              <w:tc>
                <w:tcPr>
                  <w:tcW w:type="dxa" w:w="7358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Mobile No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Nationality</w:t>
                  </w:r>
                </w:p>
              </w:tc>
              <w:tc>
                <w:tcPr>
                  <w:tcW w:type="dxa" w:w="7358"/>
                  <w:shd w:val="clear" w:color="auto" w:fill="F5F1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3521"/>
                      <w:sz w:val="17"/>
                      <w:u w:val="none"/>
                      <w:rFonts w:ascii="Times New Roman" w:hAnsi="Times New Roman" w:cs="Times New Roman"/>
                    </w:rPr>
                    <w:t>Place of Birth</w:t>
                  </w:r>
                </w:p>
              </w:tc>
              <w:tc>
                <w:tcPr>
                  <w:tcW w:type="dxa" w:w="7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E17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53" w:after="80"/>
        <w:ind w:left="0"/>
        <w:shd w:val="clear" w:color="auto" w:fill="4A3521"/>
        <w:pBdr>
          <w:top w:val="single" w:sz="2" w:space="3" w:color="4A3521"/>
          <w:left w:val="single" w:sz="2" w:space="6" w:color="4A3521"/>
          <w:bottom w:val="single" w:sz="2" w:space="3" w:color="4A3521"/>
          <w:right w:val="single" w:sz="2" w:space="6" w:color="4A3521"/>
        </w:pBdr>
      </w:pPr>
      <w:r>
        <w:rPr>
          <w:b/>
          <w:i w:val="0"/>
          <w:color w:val="FFFFFF"/>
          <w:sz w:val="19"/>
          <w:u w:val="none"/>
          <w:rFonts w:ascii="Times New Roman" w:hAnsi="Times New Roman" w:cs="Times New Roman"/>
          <w:spacing w:val="30"/>
        </w:rPr>
        <w:t xml:space="preserve">  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F8F1E2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11"/>
              <w:gridCol w:w="2422"/>
              <w:gridCol w:w="2422"/>
              <w:gridCol w:w="2437"/>
            </w:tblGrid>
            <w:tr>
              <w:trPr>
                <w:trHeight w:val="340" w:hRule="atLeast"/>
              </w:trPr>
              <w:tc>
                <w:tcPr>
                  <w:tcW w:type="dxa" w:w="2812"/>
                  <w:shd w:val="clear" w:color="auto" w:fill="F8F1E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3521"/>
                      <w:sz w:val="15"/>
                      <w:u w:val="none"/>
                      <w:rFonts w:ascii="Times New Roman" w:hAnsi="Times New Roman" w:cs="Times New Roman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23"/>
                  <w:shd w:val="clear" w:color="auto" w:fill="F8F1E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3521"/>
                      <w:sz w:val="15"/>
                      <w:u w:val="none"/>
                      <w:rFonts w:ascii="Times New Roman" w:hAnsi="Times New Roman" w:cs="Times New Roman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23"/>
                  <w:shd w:val="clear" w:color="auto" w:fill="F8F1E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3521"/>
                      <w:sz w:val="15"/>
                      <w:u w:val="none"/>
                      <w:rFonts w:ascii="Times New Roman" w:hAnsi="Times New Roman" w:cs="Times New Roman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37"/>
                  <w:shd w:val="clear" w:color="auto" w:fill="F8F1E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3521"/>
                      <w:sz w:val="15"/>
                      <w:u w:val="none"/>
                      <w:rFonts w:ascii="Times New Roman" w:hAnsi="Times New Roman" w:cs="Times New Roman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1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41E17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  <w:tc>
                <w:tcPr>
                  <w:tcW w:type="dxa" w:w="2423"/>
                  <w:shd w:val="clear" w:color="auto" w:fill="F5F1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  <w:tc>
                <w:tcPr>
                  <w:tcW w:type="dxa" w:w="242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  <w:tc>
                <w:tcPr>
                  <w:tcW w:type="dxa" w:w="2437"/>
                  <w:shd w:val="clear" w:color="auto" w:fill="F5F1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E17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53" w:after="80"/>
        <w:ind w:left="0"/>
        <w:shd w:val="clear" w:color="auto" w:fill="4A3521"/>
        <w:pBdr>
          <w:top w:val="single" w:sz="2" w:space="3" w:color="4A3521"/>
          <w:left w:val="single" w:sz="2" w:space="6" w:color="4A3521"/>
          <w:bottom w:val="single" w:sz="2" w:space="3" w:color="4A3521"/>
          <w:right w:val="single" w:sz="2" w:space="6" w:color="4A3521"/>
        </w:pBdr>
      </w:pPr>
      <w:r>
        <w:rPr>
          <w:b/>
          <w:i w:val="0"/>
          <w:color w:val="FFFFFF"/>
          <w:sz w:val="19"/>
          <w:u w:val="none"/>
          <w:rFonts w:ascii="Times New Roman" w:hAnsi="Times New Roman" w:cs="Times New Roman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C08A2E"/>
                <w:sz w:val="14"/>
                <w:u w:val="none"/>
                <w:rFonts w:ascii="Times New Roman" w:hAnsi="Times New Roman" w:cs="Times New Roman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E0D8CB"/>
              </w:pBdr>
            </w:pPr>
            <w:r>
              <w:rPr>
                <w:b w:val="0"/>
                <w:i w:val="0"/>
                <w:color w:val="241E17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C08A2E"/>
                <w:sz w:val="14"/>
                <w:u w:val="none"/>
                <w:rFonts w:ascii="Times New Roman" w:hAnsi="Times New Roman" w:cs="Times New Roman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E0D8CB"/>
              </w:pBdr>
            </w:pPr>
            <w:r>
              <w:rPr>
                <w:b w:val="0"/>
                <w:i w:val="0"/>
                <w:color w:val="241E17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keepNext/>
        <w:spacing w:before="153" w:after="80"/>
        <w:ind w:left="0"/>
        <w:shd w:val="clear" w:color="auto" w:fill="4A3521"/>
        <w:pBdr>
          <w:top w:val="single" w:sz="2" w:space="3" w:color="4A3521"/>
          <w:left w:val="single" w:sz="2" w:space="6" w:color="4A3521"/>
          <w:bottom w:val="single" w:sz="2" w:space="3" w:color="4A3521"/>
          <w:right w:val="single" w:sz="2" w:space="6" w:color="4A3521"/>
        </w:pBdr>
      </w:pPr>
      <w:r>
        <w:rPr>
          <w:b/>
          <w:i w:val="0"/>
          <w:color w:val="FFFFFF"/>
          <w:sz w:val="19"/>
          <w:u w:val="none"/>
          <w:rFonts w:ascii="Times New Roman" w:hAnsi="Times New Roman" w:cs="Times New Roman"/>
          <w:spacing w:val="30"/>
        </w:rPr>
        <w:t xml:space="preserve">  DECLARATION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F5F1EA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241E17"/>
                <w:sz w:val="19"/>
                <w:u w:val="none"/>
                <w:rFonts w:ascii="Book Antiqua" w:hAnsi="Book Antiqua" w:cs="Book Antiqua"/>
              </w:rPr>
              <w:t>I hereby declare that the above information is true and correct to the best of my knowledge.</w:t>
            </w:r>
          </w:p>
        </w:tc>
      </w:tr>
    </w:tbl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Book Antiqua" w:hAnsi="Book Antiqua" w:cs="Book Antiqua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3521"/>
                <w:sz w:val="19"/>
                <w:u w:val="none"/>
                <w:rFonts w:ascii="Book Antiqua" w:hAnsi="Book Antiqua" w:cs="Book Antiqu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E0D8CB"/>
              </w:pBdr>
            </w:pPr>
            <w:r>
              <w:rPr>
                <w:b w:val="0"/>
                <w:i/>
                <w:color w:val="655C50"/>
                <w:sz w:val="17"/>
                <w:u w:val="none"/>
                <w:rFonts w:ascii="Book Antiqua" w:hAnsi="Book Antiqua" w:cs="Book Antiqu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Book Antiqua" w:hAnsi="Book Antiqua" w:eastAsia="Book Antiqu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