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2A2A72"/>
                <w:sz w:val="50"/>
                <w:u w:val="none"/>
                <w:rFonts w:ascii="Tahoma" w:hAnsi="Tahoma" w:cs="Tahom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00A6A6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B5B75"/>
                <w:sz w:val="18"/>
                <w:u w:val="none"/>
                <w:rFonts w:ascii="Tahoma" w:hAnsi="Tahoma" w:cs="Tahom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D1D2B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2A2A72"/>
                <w:left w:val="single" w:sz="18" w:space="0" w:color="2A2A72"/>
                <w:bottom w:val="single" w:sz="18" w:space="0" w:color="2A2A72"/>
                <w:right w:val="single" w:sz="18" w:space="0" w:color="2A2A72"/>
                <w:insideH w:val="single" w:sz="18" w:space="0" w:color="2A2A72"/>
                <w:insideV w:val="single" w:sz="18" w:space="0" w:color="2A2A72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2A2A72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480"/>
        <w:gridCol w:w="4320"/>
      </w:tblGrid>
      <w:tr>
        <w:tc>
          <w:tcPr>
            <w:tcW w:type="dxa" w:w="6480"/>
            <w:shd w:val="clear" w:color="auto" w:fill="EEEE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5"/>
                <w:u w:val="none"/>
                <w:rFonts w:ascii="Tahoma" w:hAnsi="Tahoma" w:cs="Tahom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1D2B"/>
                <w:sz w:val="18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4320"/>
            <w:tcBorders>
              <w:left w:val="single" w:sz="6" w:space="0" w:color="D6D6E6"/>
            </w:tcBorders>
            <w:shd w:val="clear" w:color="auto" w:fill="EEEE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2A2A72"/>
                <w:sz w:val="15"/>
                <w:u w:val="none"/>
                <w:rFonts w:ascii="Tahoma" w:hAnsi="Tahoma" w:cs="Tahom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1D2B"/>
                <w:sz w:val="19"/>
                <w:u w:val="none"/>
                <w:rFonts w:ascii="Constantia" w:hAnsi="Constantia" w:cs="Constant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5B75"/>
                <w:sz w:val="17"/>
                <w:u w:val="none"/>
                <w:rFonts w:ascii="Constantia" w:hAnsi="Constantia" w:cs="Constantia"/>
              </w:rPr>
              <w:t xml:space="preserve">Valid until</w:t>
            </w:r>
          </w:p>
        </w:tc>
      </w:tr>
    </w:tbl>
    <w:p>
      <w:pPr>
        <w:keepNext/>
        <w:spacing w:before="160" w:after="8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0"/>
          <w:u w:val="none"/>
          <w:rFonts w:ascii="Tahoma" w:hAnsi="Tahoma" w:cs="Tahoma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EEEF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onstantia" w:hAnsi="Constantia" w:cs="Constanti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60" w:after="8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0"/>
          <w:u w:val="none"/>
          <w:rFonts w:ascii="Tahoma" w:hAnsi="Tahoma" w:cs="Tahoma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70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Full Name</w:t>
                  </w:r>
                </w:p>
              </w:tc>
              <w:tc>
                <w:tcPr>
                  <w:tcW w:type="dxa" w:w="7704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Date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Gender</w:t>
                  </w:r>
                </w:p>
              </w:tc>
              <w:tc>
                <w:tcPr>
                  <w:tcW w:type="dxa" w:w="7704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Mobile No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Nationality</w:t>
                  </w:r>
                </w:p>
              </w:tc>
              <w:tc>
                <w:tcPr>
                  <w:tcW w:type="dxa" w:w="7704"/>
                  <w:shd w:val="clear" w:color="auto" w:fill="EEEE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A2A72"/>
                      <w:sz w:val="18"/>
                      <w:u w:val="none"/>
                      <w:rFonts w:ascii="Tahoma" w:hAnsi="Tahoma" w:cs="Tahoma"/>
                    </w:rPr>
                    <w:t>Place of Birth</w:t>
                  </w:r>
                </w:p>
              </w:tc>
              <w:tc>
                <w:tcPr>
                  <w:tcW w:type="dxa" w:w="770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1D2B"/>
                      <w:sz w:val="19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0"/>
          <w:u w:val="none"/>
          <w:rFonts w:ascii="Tahoma" w:hAnsi="Tahoma" w:cs="Tahoma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9F6F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98"/>
              <w:gridCol w:w="2509"/>
              <w:gridCol w:w="2509"/>
              <w:gridCol w:w="2523"/>
            </w:tblGrid>
            <w:tr>
              <w:trPr>
                <w:trHeight w:val="340" w:hRule="atLeast"/>
              </w:trPr>
              <w:tc>
                <w:tcPr>
                  <w:tcW w:type="dxa" w:w="2898"/>
                  <w:shd w:val="clear" w:color="auto" w:fill="E9F6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509"/>
                  <w:shd w:val="clear" w:color="auto" w:fill="E9F6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509"/>
                  <w:shd w:val="clear" w:color="auto" w:fill="E9F6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524"/>
                  <w:shd w:val="clear" w:color="auto" w:fill="E9F6F6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A2A72"/>
                      <w:sz w:val="16"/>
                      <w:u w:val="none"/>
                      <w:rFonts w:ascii="Tahoma" w:hAnsi="Tahoma" w:cs="Tahom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9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D1D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509"/>
                  <w:shd w:val="clear" w:color="auto" w:fill="EEEE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50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  <w:tc>
                <w:tcPr>
                  <w:tcW w:type="dxa" w:w="2524"/>
                  <w:shd w:val="clear" w:color="auto" w:fill="EEEEF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D1D2B"/>
                      <w:sz w:val="18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0"/>
          <w:u w:val="none"/>
          <w:rFonts w:ascii="Tahoma" w:hAnsi="Tahoma" w:cs="Tahoma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00A6A6"/>
                <w:sz w:val="15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6D6E6"/>
              </w:pBdr>
            </w:pPr>
            <w:r>
              <w:rPr>
                <w:b w:val="0"/>
                <w:i w:val="0"/>
                <w:color w:val="1D1D2B"/>
                <w:sz w:val="19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00A6A6"/>
                <w:sz w:val="15"/>
                <w:u w:val="none"/>
                <w:rFonts w:ascii="Tahoma" w:hAnsi="Tahoma" w:cs="Tahom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6D6E6"/>
              </w:pBdr>
            </w:pPr>
            <w:r>
              <w:rPr>
                <w:b w:val="0"/>
                <w:i w:val="0"/>
                <w:color w:val="1D1D2B"/>
                <w:sz w:val="19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160" w:after="80"/>
        <w:ind w:left="0"/>
        <w:shd w:val="clear" w:color="auto" w:fill="2A2A72"/>
        <w:pBdr>
          <w:top w:val="single" w:sz="2" w:space="3" w:color="2A2A72"/>
          <w:left w:val="single" w:sz="2" w:space="6" w:color="2A2A72"/>
          <w:bottom w:val="single" w:sz="2" w:space="3" w:color="2A2A72"/>
          <w:right w:val="single" w:sz="2" w:space="6" w:color="2A2A72"/>
        </w:pBdr>
      </w:pPr>
      <w:r>
        <w:rPr>
          <w:b/>
          <w:i w:val="0"/>
          <w:color w:val="FFFFFF"/>
          <w:sz w:val="20"/>
          <w:u w:val="none"/>
          <w:rFonts w:ascii="Tahoma" w:hAnsi="Tahoma" w:cs="Tahoma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EEEF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onstantia" w:hAnsi="Constantia" w:cs="Constantia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616"/>
        <w:gridCol w:w="5183"/>
      </w:tblGrid>
      <w:tr>
        <w:tc>
          <w:tcPr>
            <w:tcW w:type="dxa" w:w="561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1D2B"/>
                <w:sz w:val="20"/>
                <w:u w:val="none"/>
                <w:rFonts w:ascii="Constantia" w:hAnsi="Constantia" w:cs="Constantia"/>
              </w:rPr>
              <w:t>Date: ____________________</w:t>
            </w:r>
          </w:p>
        </w:tc>
        <w:tc>
          <w:tcPr>
            <w:tcW w:type="dxa" w:w="5184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2A2A72"/>
                <w:sz w:val="20"/>
                <w:u w:val="none"/>
                <w:rFonts w:ascii="Constantia" w:hAnsi="Constantia" w:cs="Constant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2A2A72"/>
              </w:pBdr>
            </w:pPr>
            <w:r>
              <w:rPr>
                <w:b w:val="0"/>
                <w:i/>
                <w:color w:val="5B5B75"/>
                <w:sz w:val="18"/>
                <w:u w:val="none"/>
                <w:rFonts w:ascii="Constantia" w:hAnsi="Constantia" w:cs="Constant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