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33414F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Verdana" w:hAnsi="Verdana" w:cs="Verdan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2691E"/>
                <w:sz w:val="18"/>
                <w:u w:val="none"/>
                <w:rFonts w:ascii="Verdana" w:hAnsi="Verdana" w:cs="Verdan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3CED9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shd w:val="clear" w:color="auto" w:fill="33414F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D2691E"/>
                <w:left w:val="dotted" w:sz="8" w:space="0" w:color="D2691E"/>
                <w:bottom w:val="dotted" w:sz="8" w:space="0" w:color="D2691E"/>
                <w:right w:val="dotted" w:sz="8" w:space="0" w:color="D2691E"/>
                <w:insideH w:val="dotted" w:sz="8" w:space="0" w:color="D2691E"/>
                <w:insideV w:val="dotted" w:sz="8" w:space="0" w:color="D2691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FF2F5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D2691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FF2F5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4262"/>
            <w:tcBorders>
              <w:left w:val="single" w:sz="6" w:space="0" w:color="D8DEE4"/>
            </w:tcBorders>
            <w:shd w:val="clear" w:color="auto" w:fill="EFF2F5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52B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F6B77"/>
                <w:sz w:val="17"/>
                <w:u w:val="none"/>
                <w:rFonts w:ascii="Corbel" w:hAnsi="Corbel" w:cs="Corbel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33414F"/>
        <w:pBdr>
          <w:top w:val="single" w:sz="2" w:space="3" w:color="33414F"/>
          <w:left w:val="single" w:sz="2" w:space="6" w:color="33414F"/>
          <w:bottom w:val="single" w:sz="2" w:space="3" w:color="33414F"/>
          <w:right w:val="single" w:sz="2" w:space="6" w:color="33414F"/>
        </w:pBdr>
      </w:pPr>
      <w:r>
        <w:rPr>
          <w:b/>
          <w:i w:val="0"/>
          <w:color w:val="FFFFFF"/>
          <w:sz w:val="20"/>
          <w:u w:val="none"/>
          <w:rFonts w:ascii="Verdana" w:hAnsi="Verdana" w:cs="Verdana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FF2F5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orbel" w:hAnsi="Corbel" w:cs="Corbel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33414F"/>
        <w:pBdr>
          <w:top w:val="single" w:sz="2" w:space="3" w:color="33414F"/>
          <w:left w:val="single" w:sz="2" w:space="6" w:color="33414F"/>
          <w:bottom w:val="single" w:sz="2" w:space="3" w:color="33414F"/>
          <w:right w:val="single" w:sz="2" w:space="6" w:color="33414F"/>
        </w:pBdr>
      </w:pPr>
      <w:r>
        <w:rPr>
          <w:b/>
          <w:i w:val="0"/>
          <w:color w:val="FFFFFF"/>
          <w:sz w:val="20"/>
          <w:u w:val="none"/>
          <w:rFonts w:ascii="Verdana" w:hAnsi="Verdana" w:cs="Verdan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560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Full Name</w:t>
                  </w:r>
                </w:p>
              </w:tc>
              <w:tc>
                <w:tcPr>
                  <w:tcW w:type="dxa" w:w="7560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Date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Gender</w:t>
                  </w:r>
                </w:p>
              </w:tc>
              <w:tc>
                <w:tcPr>
                  <w:tcW w:type="dxa" w:w="7560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Mobile No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Nationality</w:t>
                  </w:r>
                </w:p>
              </w:tc>
              <w:tc>
                <w:tcPr>
                  <w:tcW w:type="dxa" w:w="7560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Place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33414F"/>
        <w:pBdr>
          <w:top w:val="single" w:sz="2" w:space="3" w:color="33414F"/>
          <w:left w:val="single" w:sz="2" w:space="6" w:color="33414F"/>
          <w:bottom w:val="single" w:sz="2" w:space="3" w:color="33414F"/>
          <w:right w:val="single" w:sz="2" w:space="6" w:color="33414F"/>
        </w:pBdr>
      </w:pPr>
      <w:r>
        <w:rPr>
          <w:b/>
          <w:i w:val="0"/>
          <w:color w:val="FFFFFF"/>
          <w:sz w:val="20"/>
          <w:u w:val="none"/>
          <w:rFonts w:ascii="Verdana" w:hAnsi="Verdana" w:cs="Verdana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FAF0E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62"/>
              <w:gridCol w:w="2473"/>
              <w:gridCol w:w="2473"/>
              <w:gridCol w:w="2487"/>
            </w:tblGrid>
            <w:tr>
              <w:trPr>
                <w:trHeight w:val="340" w:hRule="atLeast"/>
              </w:trPr>
              <w:tc>
                <w:tcPr>
                  <w:tcW w:type="dxa" w:w="2862"/>
                  <w:shd w:val="clear" w:color="auto" w:fill="FAF0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73"/>
                  <w:shd w:val="clear" w:color="auto" w:fill="FAF0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73"/>
                  <w:shd w:val="clear" w:color="auto" w:fill="FAF0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88"/>
                  <w:shd w:val="clear" w:color="auto" w:fill="FAF0E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6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5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73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88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33414F"/>
        <w:pBdr>
          <w:top w:val="single" w:sz="2" w:space="3" w:color="33414F"/>
          <w:left w:val="single" w:sz="2" w:space="6" w:color="33414F"/>
          <w:bottom w:val="single" w:sz="2" w:space="3" w:color="33414F"/>
          <w:right w:val="single" w:sz="2" w:space="6" w:color="33414F"/>
        </w:pBdr>
      </w:pPr>
      <w:r>
        <w:rPr>
          <w:b/>
          <w:i w:val="0"/>
          <w:color w:val="FFFFFF"/>
          <w:sz w:val="20"/>
          <w:u w:val="none"/>
          <w:rFonts w:ascii="Verdana" w:hAnsi="Verdana" w:cs="Verdan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D2691E"/>
                <w:sz w:val="15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8DEE4"/>
              </w:pBdr>
            </w:pPr>
            <w:r>
              <w:rPr>
                <w:b w:val="0"/>
                <w:i w:val="0"/>
                <w:color w:val="1F252B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D2691E"/>
                <w:sz w:val="15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8DEE4"/>
              </w:pBdr>
            </w:pPr>
            <w:r>
              <w:rPr>
                <w:b w:val="0"/>
                <w:i w:val="0"/>
                <w:color w:val="1F252B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33414F"/>
        <w:pBdr>
          <w:top w:val="single" w:sz="2" w:space="3" w:color="33414F"/>
          <w:left w:val="single" w:sz="2" w:space="6" w:color="33414F"/>
          <w:bottom w:val="single" w:sz="2" w:space="3" w:color="33414F"/>
          <w:right w:val="single" w:sz="2" w:space="6" w:color="33414F"/>
        </w:pBdr>
      </w:pPr>
      <w:r>
        <w:rPr>
          <w:b/>
          <w:i w:val="0"/>
          <w:color w:val="FFFFFF"/>
          <w:sz w:val="20"/>
          <w:u w:val="none"/>
          <w:rFonts w:ascii="Verdana" w:hAnsi="Verdana" w:cs="Verdana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FF2F5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orbel" w:hAnsi="Corbel" w:cs="Corbel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8DEE4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