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50"/>
                <w:u w:val="none"/>
                <w:rFonts w:ascii="Cambria" w:hAnsi="Cambria" w:cs="Cambria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B08150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6B5A57"/>
                <w:sz w:val="18"/>
                <w:u w:val="none"/>
                <w:rFonts w:ascii="Cambria" w:hAnsi="Cambria" w:cs="Cambria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26201F"/>
                <w:sz w:val="20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B08150"/>
                <w:left w:val="single" w:sz="8" w:space="0" w:color="B08150"/>
                <w:bottom w:val="single" w:sz="8" w:space="0" w:color="B08150"/>
                <w:right w:val="single" w:sz="8" w:space="0" w:color="B08150"/>
                <w:insideH w:val="single" w:sz="8" w:space="0" w:color="B08150"/>
                <w:insideV w:val="single" w:sz="8" w:space="0" w:color="B0815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6E1B26"/>
        </w:pBdr>
      </w:pPr>
    </w:p>
    <w:tbl>
      <w:tblPr>
        <w:tblW w:type="auto" w:w="0"/>
        <w:tblBorders>
          <w:top w:val="single" w:sz="4" w:space="0" w:color="E2D6D2"/>
          <w:left w:val="single" w:sz="4" w:space="0" w:color="E2D6D2"/>
          <w:bottom w:val="single" w:sz="4" w:space="0" w:color="E2D6D2"/>
          <w:right w:val="single" w:sz="4" w:space="0" w:color="E2D6D2"/>
          <w:insideH w:val="single" w:sz="4" w:space="0" w:color="E2D6D2"/>
          <w:insideV w:val="single" w:sz="4" w:space="0" w:color="E2D6D2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272"/>
        <w:gridCol w:w="4181"/>
      </w:tblGrid>
      <w:tr>
        <w:tc>
          <w:tcPr>
            <w:tcW w:type="dxa" w:w="6273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6E1B26"/>
                <w:sz w:val="15"/>
                <w:u w:val="none"/>
                <w:rFonts w:ascii="Cambria" w:hAnsi="Cambria" w:cs="Cambri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418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6E1B26"/>
                <w:sz w:val="15"/>
                <w:u w:val="none"/>
                <w:rFonts w:ascii="Cambria" w:hAnsi="Cambria" w:cs="Cambri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6201F"/>
                <w:sz w:val="19"/>
                <w:u w:val="none"/>
                <w:rFonts w:ascii="Calibri" w:hAnsi="Calibri" w:cs="Calibri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B5A57"/>
                <w:sz w:val="17"/>
                <w:u w:val="none"/>
                <w:rFonts w:ascii="Calibri" w:hAnsi="Calibri" w:cs="Calibri"/>
              </w:rPr>
              <w:t xml:space="preserve">Valid until</w:t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6E1B26"/>
          <w:bottom w:val="single" w:sz="6" w:space="3" w:color="6E1B26"/>
        </w:pBdr>
      </w:pPr>
      <w:r>
        <w:rPr>
          <w:b/>
          <w:i w:val="0"/>
          <w:color w:val="6E1B26"/>
          <w:sz w:val="20"/>
          <w:u w:val="none"/>
          <w:rFonts w:ascii="Cambria" w:hAnsi="Cambria" w:cs="Cambria"/>
          <w:spacing w:val="40"/>
        </w:rPr>
        <w:t>CAREER OBJECTIVE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26201F"/>
          <w:sz w:val="20"/>
          <w:u w:val="none"/>
          <w:rFonts w:ascii="Calibri" w:hAnsi="Calibri" w:cs="Calibri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60" w:after="100"/>
        <w:jc w:val="center"/>
        <w:pBdr>
          <w:top w:val="single" w:sz="6" w:space="3" w:color="6E1B26"/>
          <w:bottom w:val="single" w:sz="6" w:space="3" w:color="6E1B26"/>
        </w:pBdr>
      </w:pPr>
      <w:r>
        <w:rPr>
          <w:b/>
          <w:i w:val="0"/>
          <w:color w:val="6E1B26"/>
          <w:sz w:val="20"/>
          <w:u w:val="none"/>
          <w:rFonts w:ascii="Cambria" w:hAnsi="Cambria" w:cs="Cambria"/>
          <w:spacing w:val="40"/>
        </w:rPr>
        <w:t>PERSONAL DETAILS</w:t>
      </w:r>
    </w:p>
    <w:tbl>
      <w:tblPr>
        <w:tblW w:type="auto" w:w="0"/>
        <w:tblBorders>
          <w:top w:val="single" w:sz="4" w:space="0" w:color="E2D6D2"/>
          <w:left w:val="single" w:sz="4" w:space="0" w:color="E2D6D2"/>
          <w:bottom w:val="single" w:sz="4" w:space="0" w:color="E2D6D2"/>
          <w:right w:val="single" w:sz="4" w:space="0" w:color="E2D6D2"/>
          <w:insideH w:val="single" w:sz="4" w:space="0" w:color="E2D6D2"/>
          <w:insideV w:val="single" w:sz="4" w:space="0" w:color="E2D6D2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3024"/>
        <w:gridCol w:w="7430"/>
      </w:tblGrid>
      <w:tr>
        <w:trPr>
          <w:trHeight w:val="320" w:hRule="atLeast"/>
        </w:trPr>
        <w:tc>
          <w:tcPr>
            <w:tcW w:type="dxa" w:w="3024"/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8"/>
                <w:u w:val="none"/>
                <w:rFonts w:ascii="Cambria" w:hAnsi="Cambria" w:cs="Cambria"/>
              </w:rPr>
              <w:t>Full Name</w:t>
            </w:r>
          </w:p>
        </w:tc>
        <w:tc>
          <w:tcPr>
            <w:tcW w:type="dxa" w:w="743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8"/>
                <w:u w:val="none"/>
                <w:rFonts w:ascii="Cambria" w:hAnsi="Cambria" w:cs="Cambria"/>
              </w:rPr>
              <w:t>Date of Birth</w:t>
            </w:r>
          </w:p>
        </w:tc>
        <w:tc>
          <w:tcPr>
            <w:tcW w:type="dxa" w:w="743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8"/>
                <w:u w:val="none"/>
                <w:rFonts w:ascii="Cambria" w:hAnsi="Cambria" w:cs="Cambria"/>
              </w:rPr>
              <w:t>Gender</w:t>
            </w:r>
          </w:p>
        </w:tc>
        <w:tc>
          <w:tcPr>
            <w:tcW w:type="dxa" w:w="743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8"/>
                <w:u w:val="none"/>
                <w:rFonts w:ascii="Cambria" w:hAnsi="Cambria" w:cs="Cambria"/>
              </w:rPr>
              <w:t>Mobile No</w:t>
            </w:r>
          </w:p>
        </w:tc>
        <w:tc>
          <w:tcPr>
            <w:tcW w:type="dxa" w:w="743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8"/>
                <w:u w:val="none"/>
                <w:rFonts w:ascii="Cambria" w:hAnsi="Cambria" w:cs="Cambria"/>
              </w:rPr>
              <w:t>Nationality</w:t>
            </w:r>
          </w:p>
        </w:tc>
        <w:tc>
          <w:tcPr>
            <w:tcW w:type="dxa" w:w="743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8"/>
                <w:u w:val="none"/>
                <w:rFonts w:ascii="Cambria" w:hAnsi="Cambria" w:cs="Cambria"/>
              </w:rPr>
              <w:t>Place of Birth</w:t>
            </w:r>
          </w:p>
        </w:tc>
        <w:tc>
          <w:tcPr>
            <w:tcW w:type="dxa" w:w="743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libri" w:hAnsi="Calibri" w:cs="Calibri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6E1B26"/>
          <w:bottom w:val="single" w:sz="6" w:space="3" w:color="6E1B26"/>
        </w:pBdr>
      </w:pPr>
      <w:r>
        <w:rPr>
          <w:b/>
          <w:i w:val="0"/>
          <w:color w:val="6E1B26"/>
          <w:sz w:val="20"/>
          <w:u w:val="none"/>
          <w:rFonts w:ascii="Cambria" w:hAnsi="Cambria" w:cs="Cambria"/>
          <w:spacing w:val="40"/>
        </w:rPr>
        <w:t>PASSPORT DETAILS</w:t>
      </w:r>
    </w:p>
    <w:tbl>
      <w:tblPr>
        <w:tblW w:type="auto" w:w="0"/>
        <w:tblBorders>
          <w:top w:val="single" w:sz="4" w:space="0" w:color="E2D6D2"/>
          <w:left w:val="single" w:sz="4" w:space="0" w:color="E2D6D2"/>
          <w:bottom w:val="single" w:sz="4" w:space="0" w:color="E2D6D2"/>
          <w:right w:val="single" w:sz="4" w:space="0" w:color="E2D6D2"/>
          <w:insideH w:val="single" w:sz="4" w:space="0" w:color="E2D6D2"/>
          <w:insideV w:val="single" w:sz="4" w:space="0" w:color="E2D6D2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01"/>
        <w:gridCol w:w="2512"/>
        <w:gridCol w:w="2512"/>
        <w:gridCol w:w="2527"/>
      </w:tblGrid>
      <w:tr>
        <w:trPr>
          <w:trHeight w:val="340" w:hRule="atLeast"/>
        </w:trPr>
        <w:tc>
          <w:tcPr>
            <w:tcW w:type="dxa" w:w="2902"/>
            <w:shd w:val="clear" w:color="auto" w:fill="6E1B2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Cambria" w:hAnsi="Cambria" w:cs="Cambria"/>
                <w:spacing w:val="8"/>
              </w:rPr>
              <w:t>Passport Number</w:t>
            </w:r>
          </w:p>
        </w:tc>
        <w:tc>
          <w:tcPr>
            <w:tcW w:type="dxa" w:w="2513"/>
            <w:shd w:val="clear" w:color="auto" w:fill="6E1B2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Cambria" w:hAnsi="Cambria" w:cs="Cambria"/>
                <w:spacing w:val="8"/>
              </w:rPr>
              <w:t>Issue Date</w:t>
            </w:r>
          </w:p>
        </w:tc>
        <w:tc>
          <w:tcPr>
            <w:tcW w:type="dxa" w:w="2513"/>
            <w:shd w:val="clear" w:color="auto" w:fill="6E1B2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Cambria" w:hAnsi="Cambria" w:cs="Cambria"/>
                <w:spacing w:val="8"/>
              </w:rPr>
              <w:t>Expiry Date</w:t>
            </w:r>
          </w:p>
        </w:tc>
        <w:tc>
          <w:tcPr>
            <w:tcW w:type="dxa" w:w="2527"/>
            <w:shd w:val="clear" w:color="auto" w:fill="6E1B2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Cambria" w:hAnsi="Cambria" w:cs="Cambria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0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6201F"/>
                <w:sz w:val="18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51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51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527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alibri" w:hAnsi="Calibri" w:cs="Calibri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6E1B26"/>
          <w:bottom w:val="single" w:sz="6" w:space="3" w:color="6E1B26"/>
        </w:pBdr>
      </w:pPr>
      <w:r>
        <w:rPr>
          <w:b/>
          <w:i w:val="0"/>
          <w:color w:val="6E1B26"/>
          <w:sz w:val="20"/>
          <w:u w:val="none"/>
          <w:rFonts w:ascii="Cambria" w:hAnsi="Cambria" w:cs="Cambria"/>
          <w:spacing w:val="40"/>
        </w:rPr>
        <w:t>WORK EXPERIENCE</w:t>
      </w:r>
    </w:p>
    <w:tbl>
      <w:tblPr>
        <w:tblW w:type="auto" w:w="0"/>
        <w:tblBorders>
          <w:top w:val="single" w:sz="4" w:space="0" w:color="E2D6D2"/>
          <w:left w:val="single" w:sz="4" w:space="0" w:color="E2D6D2"/>
          <w:bottom w:val="single" w:sz="4" w:space="0" w:color="E2D6D2"/>
          <w:right w:val="single" w:sz="4" w:space="0" w:color="E2D6D2"/>
          <w:insideH w:val="single" w:sz="4" w:space="0" w:color="E2D6D2"/>
          <w:insideV w:val="single" w:sz="4" w:space="0" w:color="E2D6D2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2015"/>
        <w:gridCol w:w="8438"/>
      </w:tblGrid>
      <w:tr>
        <w:trPr>
          <w:trHeight w:val="340" w:hRule="atLeast"/>
        </w:trPr>
        <w:tc>
          <w:tcPr>
            <w:tcW w:type="dxa" w:w="2016"/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</w:rPr>
              <w:t>Experience</w:t>
            </w:r>
          </w:p>
        </w:tc>
        <w:tc>
          <w:tcPr>
            <w:tcW w:type="dxa" w:w="843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alibri" w:hAnsi="Calibri" w:cs="Calibri"/>
              </w:rPr>
              <w:t/>
            </w:r>
          </w:p>
        </w:tc>
      </w:tr>
      <w:tr>
        <w:trPr>
          <w:trHeight w:val="340" w:hRule="atLeast"/>
        </w:trPr>
        <w:tc>
          <w:tcPr>
            <w:tcW w:type="dxa" w:w="2016"/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</w:rPr>
              <w:t>Experience</w:t>
            </w:r>
          </w:p>
        </w:tc>
        <w:tc>
          <w:tcPr>
            <w:tcW w:type="dxa" w:w="843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alibri" w:hAnsi="Calibri" w:cs="Calibri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6E1B26"/>
          <w:bottom w:val="single" w:sz="6" w:space="3" w:color="6E1B26"/>
        </w:pBdr>
      </w:pPr>
      <w:r>
        <w:rPr>
          <w:b/>
          <w:i w:val="0"/>
          <w:color w:val="6E1B26"/>
          <w:sz w:val="20"/>
          <w:u w:val="none"/>
          <w:rFonts w:ascii="Cambria" w:hAnsi="Cambria" w:cs="Cambria"/>
          <w:spacing w:val="40"/>
        </w:rPr>
        <w:t>DECLARATION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26201F"/>
          <w:sz w:val="20"/>
          <w:u w:val="none"/>
          <w:rFonts w:ascii="Calibri" w:hAnsi="Calibri" w:cs="Calibri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6201F"/>
                <w:sz w:val="20"/>
                <w:u w:val="none"/>
                <w:rFonts w:ascii="Calibri" w:hAnsi="Calibri" w:cs="Calibri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6E1B26"/>
                <w:sz w:val="20"/>
                <w:u w:val="none"/>
                <w:rFonts w:ascii="Calibri" w:hAnsi="Calibri" w:cs="Calibri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6E1B26"/>
              </w:pBdr>
            </w:pPr>
            <w:r>
              <w:rPr>
                <w:b w:val="0"/>
                <w:i/>
                <w:color w:val="6B5A57"/>
                <w:sz w:val="18"/>
                <w:u w:val="none"/>
                <w:rFonts w:ascii="Calibri" w:hAnsi="Calibri" w:cs="Calibri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