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50"/>
                <w:u w:val="none"/>
                <w:rFonts w:ascii="Segoe UI" w:hAnsi="Segoe UI" w:cs="Segoe UI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0E8C86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C6772"/>
                <w:sz w:val="18"/>
                <w:u w:val="none"/>
                <w:rFonts w:ascii="Segoe UI" w:hAnsi="Segoe UI" w:cs="Segoe UI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E242A"/>
                <w:sz w:val="20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26303A"/>
        </w:pBdr>
      </w:pP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single" w:sz="4" w:space="0" w:color="D6DBE0"/>
          <w:insideV w:val="single" w:sz="4" w:space="0" w:color="D6DBE0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5"/>
                <w:u w:val="none"/>
                <w:rFonts w:ascii="Segoe UI" w:hAnsi="Segoe UI" w:cs="Segoe U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5"/>
                <w:u w:val="none"/>
                <w:rFonts w:ascii="Segoe UI" w:hAnsi="Segoe UI" w:cs="Segoe U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E242A"/>
                <w:sz w:val="19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C6772"/>
                <w:sz w:val="17"/>
                <w:u w:val="none"/>
                <w:rFonts w:ascii="Century Gothic" w:hAnsi="Century Gothic" w:cs="Century Gothic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26303A"/>
          <w:bottom w:val="single" w:sz="6" w:space="3" w:color="26303A"/>
        </w:pBdr>
      </w:pPr>
      <w:r>
        <w:rPr>
          <w:b/>
          <w:i w:val="0"/>
          <w:color w:val="26303A"/>
          <w:sz w:val="20"/>
          <w:u w:val="none"/>
          <w:rFonts w:ascii="Segoe UI" w:hAnsi="Segoe UI" w:cs="Segoe UI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E242A"/>
          <w:sz w:val="20"/>
          <w:u w:val="none"/>
          <w:rFonts w:ascii="Century Gothic" w:hAnsi="Century Gothic" w:cs="Century Gothic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26303A"/>
          <w:bottom w:val="single" w:sz="6" w:space="3" w:color="26303A"/>
        </w:pBdr>
      </w:pPr>
      <w:r>
        <w:rPr>
          <w:b/>
          <w:i w:val="0"/>
          <w:color w:val="26303A"/>
          <w:sz w:val="20"/>
          <w:u w:val="none"/>
          <w:rFonts w:ascii="Segoe UI" w:hAnsi="Segoe UI" w:cs="Segoe UI"/>
          <w:spacing w:val="40"/>
        </w:rPr>
        <w:t>PERSONAL DETAILS</w:t>
      </w: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single" w:sz="4" w:space="0" w:color="D6DBE0"/>
          <w:insideV w:val="single" w:sz="4" w:space="0" w:color="D6DBE0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776"/>
      </w:tblGrid>
      <w:tr>
        <w:trPr>
          <w:trHeight w:val="320" w:hRule="atLeast"/>
        </w:trPr>
        <w:tc>
          <w:tcPr>
            <w:tcW w:type="dxa" w:w="3024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Full Name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Date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Gender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Mobile No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Nationality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Place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26303A"/>
          <w:bottom w:val="single" w:sz="6" w:space="3" w:color="26303A"/>
        </w:pBdr>
      </w:pPr>
      <w:r>
        <w:rPr>
          <w:b/>
          <w:i w:val="0"/>
          <w:color w:val="26303A"/>
          <w:sz w:val="20"/>
          <w:u w:val="none"/>
          <w:rFonts w:ascii="Segoe UI" w:hAnsi="Segoe UI" w:cs="Segoe UI"/>
          <w:spacing w:val="40"/>
        </w:rPr>
        <w:t>PASSPORT DETAILS</w:t>
      </w: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single" w:sz="4" w:space="0" w:color="D6DBE0"/>
          <w:insideV w:val="single" w:sz="4" w:space="0" w:color="D6DBE0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shd w:val="clear" w:color="auto" w:fill="26303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Segoe UI" w:hAnsi="Segoe UI" w:cs="Segoe UI"/>
                <w:spacing w:val="8"/>
              </w:rPr>
              <w:t>Passport Number</w:t>
            </w:r>
          </w:p>
        </w:tc>
        <w:tc>
          <w:tcPr>
            <w:tcW w:type="dxa" w:w="2599"/>
            <w:shd w:val="clear" w:color="auto" w:fill="26303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Segoe UI" w:hAnsi="Segoe UI" w:cs="Segoe UI"/>
                <w:spacing w:val="8"/>
              </w:rPr>
              <w:t>Issue Date</w:t>
            </w:r>
          </w:p>
        </w:tc>
        <w:tc>
          <w:tcPr>
            <w:tcW w:type="dxa" w:w="2599"/>
            <w:shd w:val="clear" w:color="auto" w:fill="26303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Segoe UI" w:hAnsi="Segoe UI" w:cs="Segoe UI"/>
                <w:spacing w:val="8"/>
              </w:rPr>
              <w:t>Expiry Date</w:t>
            </w:r>
          </w:p>
        </w:tc>
        <w:tc>
          <w:tcPr>
            <w:tcW w:type="dxa" w:w="2614"/>
            <w:shd w:val="clear" w:color="auto" w:fill="26303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Segoe UI" w:hAnsi="Segoe UI" w:cs="Segoe UI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242A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26303A"/>
          <w:bottom w:val="single" w:sz="6" w:space="3" w:color="26303A"/>
        </w:pBdr>
      </w:pPr>
      <w:r>
        <w:rPr>
          <w:b/>
          <w:i w:val="0"/>
          <w:color w:val="26303A"/>
          <w:sz w:val="20"/>
          <w:u w:val="none"/>
          <w:rFonts w:ascii="Segoe UI" w:hAnsi="Segoe UI" w:cs="Segoe UI"/>
          <w:spacing w:val="40"/>
        </w:rPr>
        <w:t>WORK EXPERIENCE</w:t>
      </w: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single" w:sz="4" w:space="0" w:color="D6DBE0"/>
          <w:insideV w:val="single" w:sz="4" w:space="0" w:color="D6DBE0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784"/>
      </w:tblGrid>
      <w:tr>
        <w:trPr>
          <w:trHeight w:val="340" w:hRule="atLeast"/>
        </w:trPr>
        <w:tc>
          <w:tcPr>
            <w:tcW w:type="dxa" w:w="2016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</w:rPr>
              <w:t>Experience</w:t>
            </w:r>
          </w:p>
        </w:tc>
        <w:tc>
          <w:tcPr>
            <w:tcW w:type="dxa" w:w="87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</w:rPr>
              <w:t>Experience</w:t>
            </w:r>
          </w:p>
        </w:tc>
        <w:tc>
          <w:tcPr>
            <w:tcW w:type="dxa" w:w="87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26303A"/>
          <w:bottom w:val="single" w:sz="6" w:space="3" w:color="26303A"/>
        </w:pBdr>
      </w:pPr>
      <w:r>
        <w:rPr>
          <w:b/>
          <w:i w:val="0"/>
          <w:color w:val="26303A"/>
          <w:sz w:val="20"/>
          <w:u w:val="none"/>
          <w:rFonts w:ascii="Segoe UI" w:hAnsi="Segoe UI" w:cs="Segoe UI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E242A"/>
          <w:sz w:val="20"/>
          <w:u w:val="none"/>
          <w:rFonts w:ascii="Century Gothic" w:hAnsi="Century Gothic" w:cs="Century Gothic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E242A"/>
                <w:sz w:val="20"/>
                <w:u w:val="none"/>
                <w:rFonts w:ascii="Century Gothic" w:hAnsi="Century Gothic" w:cs="Century Gothic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6303A"/>
                <w:sz w:val="20"/>
                <w:u w:val="none"/>
                <w:rFonts w:ascii="Century Gothic" w:hAnsi="Century Gothic" w:cs="Century Gothic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26303A"/>
              </w:pBdr>
            </w:pPr>
            <w:r>
              <w:rPr>
                <w:b w:val="0"/>
                <w:i/>
                <w:color w:val="5C6772"/>
                <w:sz w:val="18"/>
                <w:u w:val="none"/>
                <w:rFonts w:ascii="Century Gothic" w:hAnsi="Century Gothic" w:cs="Century Gothic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