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50"/>
                <w:u w:val="none"/>
                <w:rFonts w:ascii="Calibri" w:hAnsi="Calibri" w:cs="Calibri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88A2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A6675"/>
                <w:sz w:val="18"/>
                <w:u w:val="none"/>
                <w:rFonts w:ascii="Calibri" w:hAnsi="Calibri" w:cs="Calibri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42B"/>
                <w:sz w:val="20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142B4E"/>
                <w:left w:val="dashed" w:sz="8" w:space="0" w:color="142B4E"/>
                <w:bottom w:val="dashed" w:sz="8" w:space="0" w:color="142B4E"/>
                <w:right w:val="dashed" w:sz="8" w:space="0" w:color="142B4E"/>
                <w:insideH w:val="dashed" w:sz="8" w:space="0" w:color="142B4E"/>
                <w:insideV w:val="dashed" w:sz="8" w:space="0" w:color="142B4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EF2F8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42B4E"/>
        </w:pBdr>
      </w:pP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5"/>
                <w:u w:val="none"/>
                <w:rFonts w:ascii="Calibri" w:hAnsi="Calibri" w:cs="Calibr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426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5"/>
                <w:u w:val="none"/>
                <w:rFonts w:ascii="Calibri" w:hAnsi="Calibri" w:cs="Calibr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A6675"/>
                <w:sz w:val="17"/>
                <w:u w:val="none"/>
                <w:rFonts w:ascii="Book Antiqua" w:hAnsi="Book Antiqua" w:cs="Book Antiqua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42B4E"/>
          <w:bottom w:val="single" w:sz="6" w:space="3" w:color="142B4E"/>
        </w:pBdr>
      </w:pPr>
      <w:r>
        <w:rPr>
          <w:b/>
          <w:i w:val="0"/>
          <w:color w:val="142B4E"/>
          <w:sz w:val="20"/>
          <w:u w:val="none"/>
          <w:rFonts w:ascii="Calibri" w:hAnsi="Calibri" w:cs="Calibri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Book Antiqua" w:hAnsi="Book Antiqua" w:cs="Book Antiqu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142B4E"/>
          <w:bottom w:val="single" w:sz="6" w:space="3" w:color="142B4E"/>
        </w:pBdr>
      </w:pPr>
      <w:r>
        <w:rPr>
          <w:b/>
          <w:i w:val="0"/>
          <w:color w:val="142B4E"/>
          <w:sz w:val="20"/>
          <w:u w:val="none"/>
          <w:rFonts w:ascii="Calibri" w:hAnsi="Calibri" w:cs="Calibri"/>
          <w:spacing w:val="40"/>
        </w:rPr>
        <w:t>PERSONAL DETAILS</w:t>
      </w: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632"/>
      </w:tblGrid>
      <w:tr>
        <w:trPr>
          <w:trHeight w:val="320" w:hRule="atLeast"/>
        </w:trPr>
        <w:tc>
          <w:tcPr>
            <w:tcW w:type="dxa" w:w="302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Full Name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Date of Birth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Gender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Mobile No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Nationality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Place of Birth</w:t>
            </w:r>
          </w:p>
        </w:tc>
        <w:tc>
          <w:tcPr>
            <w:tcW w:type="dxa" w:w="7632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42B4E"/>
          <w:bottom w:val="single" w:sz="6" w:space="3" w:color="142B4E"/>
        </w:pBdr>
      </w:pPr>
      <w:r>
        <w:rPr>
          <w:b/>
          <w:i w:val="0"/>
          <w:color w:val="142B4E"/>
          <w:sz w:val="20"/>
          <w:u w:val="none"/>
          <w:rFonts w:ascii="Calibri" w:hAnsi="Calibri" w:cs="Calibri"/>
          <w:spacing w:val="40"/>
        </w:rPr>
        <w:t>PASSPORT DETAILS</w:t>
      </w: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libri" w:hAnsi="Calibri" w:cs="Calibri"/>
                <w:spacing w:val="8"/>
              </w:rPr>
              <w:t>Passport Number</w:t>
            </w:r>
          </w:p>
        </w:tc>
        <w:tc>
          <w:tcPr>
            <w:tcW w:type="dxa" w:w="2563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libri" w:hAnsi="Calibri" w:cs="Calibri"/>
                <w:spacing w:val="8"/>
              </w:rPr>
              <w:t>Issue Date</w:t>
            </w:r>
          </w:p>
        </w:tc>
        <w:tc>
          <w:tcPr>
            <w:tcW w:type="dxa" w:w="2563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libri" w:hAnsi="Calibri" w:cs="Calibri"/>
                <w:spacing w:val="8"/>
              </w:rPr>
              <w:t>Expiry Date</w:t>
            </w:r>
          </w:p>
        </w:tc>
        <w:tc>
          <w:tcPr>
            <w:tcW w:type="dxa" w:w="2578"/>
            <w:shd w:val="clear" w:color="auto" w:fill="142B4E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Calibri" w:hAnsi="Calibri" w:cs="Calibri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42B4E"/>
          <w:bottom w:val="single" w:sz="6" w:space="3" w:color="142B4E"/>
        </w:pBdr>
      </w:pPr>
      <w:r>
        <w:rPr>
          <w:b/>
          <w:i w:val="0"/>
          <w:color w:val="142B4E"/>
          <w:sz w:val="20"/>
          <w:u w:val="none"/>
          <w:rFonts w:ascii="Calibri" w:hAnsi="Calibri" w:cs="Calibri"/>
          <w:spacing w:val="40"/>
        </w:rPr>
        <w:t>WORK EXPERIENCE</w:t>
      </w: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640"/>
      </w:tblGrid>
      <w:tr>
        <w:trPr>
          <w:trHeight w:val="340" w:hRule="atLeast"/>
        </w:trPr>
        <w:tc>
          <w:tcPr>
            <w:tcW w:type="dxa" w:w="2016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Experience</w:t>
            </w:r>
          </w:p>
        </w:tc>
        <w:tc>
          <w:tcPr>
            <w:tcW w:type="dxa" w:w="864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42B4E"/>
          <w:bottom w:val="single" w:sz="6" w:space="3" w:color="142B4E"/>
        </w:pBdr>
      </w:pPr>
      <w:r>
        <w:rPr>
          <w:b/>
          <w:i w:val="0"/>
          <w:color w:val="142B4E"/>
          <w:sz w:val="20"/>
          <w:u w:val="none"/>
          <w:rFonts w:ascii="Calibri" w:hAnsi="Calibri" w:cs="Calibri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Book Antiqua" w:hAnsi="Book Antiqua" w:cs="Book Antiqu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20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20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42B4E"/>
              </w:pBdr>
            </w:pPr>
            <w:r>
              <w:rPr>
                <w:b w:val="0"/>
                <w:i/>
                <w:color w:val="5A6675"/>
                <w:sz w:val="18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