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424"/>
        <w:gridCol w:w="2376"/>
      </w:tblGrid>
      <w:tr>
        <w:tc>
          <w:tcPr>
            <w:tcW w:type="dxa" w:w="8424"/>
            <w:vAlign w:val="bottom"/>
          </w:tcPr>
          <w:p>
            <w:pPr>
              <w:spacing w:before="0" w:after="0"/>
            </w:pPr>
            <w:r>
              <w:rPr>
                <w:b/>
                <w:i w:val="0"/>
                <w:color w:val="4A3521"/>
                <w:sz w:val="50"/>
                <w:u w:val="none"/>
                <w:rFonts w:ascii="Times New Roman" w:hAnsi="Times New Roman" w:cs="Times New Roman"/>
                <w:spacing w:val="26"/>
              </w:rPr>
              <w:t xml:space="preserve">YOUR NAME</w:t>
            </w:r>
          </w:p>
          <w:p>
            <w:pPr>
              <w:spacing w:before="80" w:after="80"/>
              <w:pBdr>
                <w:bottom w:val="single" w:sz="16" w:space="3" w:color="C08A2E"/>
              </w:pBdr>
            </w:pPr>
          </w:p>
          <w:p>
            <w:pPr>
              <w:spacing w:before="80" w:after="0"/>
            </w:pPr>
            <w:r>
              <w:rPr>
                <w:b/>
                <w:i w:val="0"/>
                <w:color w:val="655C50"/>
                <w:sz w:val="18"/>
                <w:u w:val="none"/>
                <w:rFonts w:ascii="Times New Roman" w:hAnsi="Times New Roman" w:cs="Times New Roman"/>
                <w:spacing w:val="42"/>
              </w:rPr>
              <w:t>PROFESSIONAL RESUME</w:t>
            </w:r>
          </w:p>
          <w:p>
            <w:pPr>
              <w:spacing w:before="80" w:after="0"/>
            </w:pPr>
            <w:r>
              <w:rPr>
                <w:b w:val="0"/>
                <w:i/>
                <w:color w:val="241E17"/>
                <w:sz w:val="20"/>
                <w:u w:val="none"/>
                <w:rFonts w:ascii="Constantia" w:hAnsi="Constantia" w:cs="Constantia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ashed" w:sz="8" w:space="0" w:color="4A3521"/>
                <w:left w:val="dashed" w:sz="8" w:space="0" w:color="4A3521"/>
                <w:bottom w:val="dashed" w:sz="8" w:space="0" w:color="4A3521"/>
                <w:right w:val="dashed" w:sz="8" w:space="0" w:color="4A3521"/>
                <w:insideH w:val="dashed" w:sz="8" w:space="0" w:color="4A3521"/>
                <w:insideV w:val="dashed" w:sz="8" w:space="0" w:color="4A3521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5F1EA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8" w:space="0" w:color="4A3521"/>
        </w:pBdr>
      </w:pPr>
    </w:p>
    <w:tbl>
      <w:tblPr>
        <w:tblW w:type="auto" w:w="0"/>
        <w:tblBorders>
          <w:top w:val="single" w:sz="4" w:space="0" w:color="E0D8CB"/>
          <w:left w:val="single" w:sz="4" w:space="0" w:color="E0D8CB"/>
          <w:bottom w:val="single" w:sz="4" w:space="0" w:color="E0D8CB"/>
          <w:right w:val="single" w:sz="4" w:space="0" w:color="E0D8CB"/>
          <w:insideH w:val="single" w:sz="4" w:space="0" w:color="E0D8CB"/>
          <w:insideV w:val="single" w:sz="4" w:space="0" w:color="E0D8CB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480"/>
        <w:gridCol w:w="4320"/>
      </w:tblGrid>
      <w:tr>
        <w:tc>
          <w:tcPr>
            <w:tcW w:type="dxa" w:w="6480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4A3521"/>
                <w:sz w:val="15"/>
                <w:u w:val="none"/>
                <w:rFonts w:ascii="Times New Roman" w:hAnsi="Times New Roman" w:cs="Times New Roman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241E17"/>
                <w:sz w:val="18"/>
                <w:u w:val="none"/>
                <w:rFonts w:ascii="Constantia" w:hAnsi="Constantia" w:cs="Constantia"/>
              </w:rPr>
              <w:t/>
            </w:r>
          </w:p>
        </w:tc>
        <w:tc>
          <w:tcPr>
            <w:tcW w:type="dxa" w:w="4320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4A3521"/>
                <w:sz w:val="15"/>
                <w:u w:val="none"/>
                <w:rFonts w:ascii="Times New Roman" w:hAnsi="Times New Roman" w:cs="Times New Roman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241E17"/>
                <w:sz w:val="19"/>
                <w:u w:val="none"/>
                <w:rFonts w:ascii="Constantia" w:hAnsi="Constantia" w:cs="Constantia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655C50"/>
                <w:sz w:val="17"/>
                <w:u w:val="none"/>
                <w:rFonts w:ascii="Constantia" w:hAnsi="Constantia" w:cs="Constantia"/>
              </w:rPr>
              <w:t xml:space="preserve">Valid until</w:t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4A3521"/>
          <w:bottom w:val="single" w:sz="6" w:space="3" w:color="4A3521"/>
        </w:pBdr>
      </w:pPr>
      <w:r>
        <w:rPr>
          <w:b/>
          <w:i w:val="0"/>
          <w:color w:val="4A3521"/>
          <w:sz w:val="20"/>
          <w:u w:val="none"/>
          <w:rFonts w:ascii="Times New Roman" w:hAnsi="Times New Roman" w:cs="Times New Roman"/>
          <w:spacing w:val="40"/>
        </w:rPr>
        <w:t>CAREER OBJECTIVE</w:t>
      </w:r>
    </w:p>
    <w:p>
      <w:pPr>
        <w:spacing w:before="60" w:after="0" w:line="300" w:lineRule="auto"/>
        <w:ind w:left="0" w:right="0"/>
        <w:jc w:val="both"/>
      </w:pPr>
      <w:r>
        <w:rPr>
          <w:b w:val="0"/>
          <w:i w:val="0"/>
          <w:color w:val="241E17"/>
          <w:sz w:val="20"/>
          <w:u w:val="none"/>
          <w:rFonts w:ascii="Constantia" w:hAnsi="Constantia" w:cs="Constantia"/>
        </w:rPr>
        <w:t>To obtain a suitable overseas employment opportunity where I can use my skills, dedication, and willingness to learn while contributing positively to the organization.</w:t>
      </w:r>
    </w:p>
    <w:p>
      <w:pPr>
        <w:keepNext/>
        <w:spacing w:before="260" w:after="100"/>
        <w:jc w:val="center"/>
        <w:pBdr>
          <w:top w:val="single" w:sz="6" w:space="3" w:color="4A3521"/>
          <w:bottom w:val="single" w:sz="6" w:space="3" w:color="4A3521"/>
        </w:pBdr>
      </w:pPr>
      <w:r>
        <w:rPr>
          <w:b/>
          <w:i w:val="0"/>
          <w:color w:val="4A3521"/>
          <w:sz w:val="20"/>
          <w:u w:val="none"/>
          <w:rFonts w:ascii="Times New Roman" w:hAnsi="Times New Roman" w:cs="Times New Roman"/>
          <w:spacing w:val="40"/>
        </w:rPr>
        <w:t>PERSONAL DETAILS</w:t>
      </w:r>
    </w:p>
    <w:tbl>
      <w:tblPr>
        <w:tblW w:type="auto" w:w="0"/>
        <w:tblBorders>
          <w:top w:val="single" w:sz="4" w:space="0" w:color="E0D8CB"/>
          <w:left w:val="single" w:sz="4" w:space="0" w:color="E0D8CB"/>
          <w:bottom w:val="single" w:sz="4" w:space="0" w:color="E0D8CB"/>
          <w:right w:val="single" w:sz="4" w:space="0" w:color="E0D8CB"/>
          <w:insideH w:val="single" w:sz="4" w:space="0" w:color="E0D8CB"/>
          <w:insideV w:val="single" w:sz="4" w:space="0" w:color="E0D8CB"/>
        </w:tblBorders>
        <w:tblLayout w:type="fixed"/>
        <w:tblCellMar>
          <w:top w:w="58" w:type="dxa"/>
          <w:left w:w="120" w:type="dxa"/>
          <w:bottom w:w="58" w:type="dxa"/>
          <w:right w:w="120" w:type="dxa"/>
        </w:tblCellMar>
        <w:tblLook w:firstColumn="1" w:firstRow="1" w:lastColumn="0" w:lastRow="0" w:noHBand="0" w:noVBand="1" w:val="04A0"/>
      </w:tblPr>
      <w:tblGrid>
        <w:gridCol w:w="3024"/>
        <w:gridCol w:w="7776"/>
      </w:tblGrid>
      <w:tr>
        <w:trPr>
          <w:trHeight w:val="320" w:hRule="atLeast"/>
        </w:trPr>
        <w:tc>
          <w:tcPr>
            <w:tcW w:type="dxa" w:w="3024"/>
            <w:shd w:val="clear" w:color="auto" w:fill="F5F1EA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3521"/>
                <w:sz w:val="18"/>
                <w:u w:val="none"/>
                <w:rFonts w:ascii="Times New Roman" w:hAnsi="Times New Roman" w:cs="Times New Roman"/>
              </w:rPr>
              <w:t>Full Name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E17"/>
                <w:sz w:val="19"/>
                <w:u w:val="none"/>
                <w:rFonts w:ascii="Constantia" w:hAnsi="Constantia" w:cs="Constantia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F5F1EA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3521"/>
                <w:sz w:val="18"/>
                <w:u w:val="none"/>
                <w:rFonts w:ascii="Times New Roman" w:hAnsi="Times New Roman" w:cs="Times New Roman"/>
              </w:rPr>
              <w:t>Date of Birth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E17"/>
                <w:sz w:val="19"/>
                <w:u w:val="none"/>
                <w:rFonts w:ascii="Constantia" w:hAnsi="Constantia" w:cs="Constantia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F5F1EA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3521"/>
                <w:sz w:val="18"/>
                <w:u w:val="none"/>
                <w:rFonts w:ascii="Times New Roman" w:hAnsi="Times New Roman" w:cs="Times New Roman"/>
              </w:rPr>
              <w:t>Gender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E17"/>
                <w:sz w:val="19"/>
                <w:u w:val="none"/>
                <w:rFonts w:ascii="Constantia" w:hAnsi="Constantia" w:cs="Constantia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F5F1EA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3521"/>
                <w:sz w:val="18"/>
                <w:u w:val="none"/>
                <w:rFonts w:ascii="Times New Roman" w:hAnsi="Times New Roman" w:cs="Times New Roman"/>
              </w:rPr>
              <w:t>Mobile No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E17"/>
                <w:sz w:val="19"/>
                <w:u w:val="none"/>
                <w:rFonts w:ascii="Constantia" w:hAnsi="Constantia" w:cs="Constantia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F5F1EA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3521"/>
                <w:sz w:val="18"/>
                <w:u w:val="none"/>
                <w:rFonts w:ascii="Times New Roman" w:hAnsi="Times New Roman" w:cs="Times New Roman"/>
              </w:rPr>
              <w:t>Nationality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E17"/>
                <w:sz w:val="19"/>
                <w:u w:val="none"/>
                <w:rFonts w:ascii="Constantia" w:hAnsi="Constantia" w:cs="Constantia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F5F1EA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3521"/>
                <w:sz w:val="18"/>
                <w:u w:val="none"/>
                <w:rFonts w:ascii="Times New Roman" w:hAnsi="Times New Roman" w:cs="Times New Roman"/>
              </w:rPr>
              <w:t>Place of Birth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E17"/>
                <w:sz w:val="19"/>
                <w:u w:val="none"/>
                <w:rFonts w:ascii="Constantia" w:hAnsi="Constantia" w:cs="Constantia"/>
              </w:rPr>
              <w:t/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4A3521"/>
          <w:bottom w:val="single" w:sz="6" w:space="3" w:color="4A3521"/>
        </w:pBdr>
      </w:pPr>
      <w:r>
        <w:rPr>
          <w:b/>
          <w:i w:val="0"/>
          <w:color w:val="4A3521"/>
          <w:sz w:val="20"/>
          <w:u w:val="none"/>
          <w:rFonts w:ascii="Times New Roman" w:hAnsi="Times New Roman" w:cs="Times New Roman"/>
          <w:spacing w:val="40"/>
        </w:rPr>
        <w:t>PASSPORT DETAILS</w:t>
      </w:r>
    </w:p>
    <w:tbl>
      <w:tblPr>
        <w:tblW w:type="auto" w:w="0"/>
        <w:tblBorders>
          <w:top w:val="single" w:sz="4" w:space="0" w:color="E0D8CB"/>
          <w:left w:val="single" w:sz="4" w:space="0" w:color="E0D8CB"/>
          <w:bottom w:val="single" w:sz="4" w:space="0" w:color="E0D8CB"/>
          <w:right w:val="single" w:sz="4" w:space="0" w:color="E0D8CB"/>
          <w:insideH w:val="single" w:sz="4" w:space="0" w:color="E0D8CB"/>
          <w:insideV w:val="single" w:sz="4" w:space="0" w:color="E0D8CB"/>
        </w:tblBorders>
        <w:tblLayout w:type="fixed"/>
        <w:tblCellMar>
          <w:top w:w="62" w:type="dxa"/>
          <w:left w:w="110" w:type="dxa"/>
          <w:bottom w:w="62" w:type="dxa"/>
          <w:right w:w="110" w:type="dxa"/>
        </w:tblCellMar>
        <w:tblLook w:firstColumn="1" w:firstRow="1" w:lastColumn="0" w:lastRow="0" w:noHBand="0" w:noVBand="1" w:val="04A0"/>
      </w:tblPr>
      <w:tblGrid>
        <w:gridCol w:w="2988"/>
        <w:gridCol w:w="2599"/>
        <w:gridCol w:w="2599"/>
        <w:gridCol w:w="2613"/>
      </w:tblGrid>
      <w:tr>
        <w:trPr>
          <w:trHeight w:val="340" w:hRule="atLeast"/>
        </w:trPr>
        <w:tc>
          <w:tcPr>
            <w:tcW w:type="dxa" w:w="2988"/>
            <w:shd w:val="clear" w:color="auto" w:fill="4A3521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Times New Roman" w:hAnsi="Times New Roman" w:cs="Times New Roman"/>
                <w:spacing w:val="8"/>
              </w:rPr>
              <w:t>Passport Number</w:t>
            </w:r>
          </w:p>
        </w:tc>
        <w:tc>
          <w:tcPr>
            <w:tcW w:type="dxa" w:w="2599"/>
            <w:shd w:val="clear" w:color="auto" w:fill="4A3521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Times New Roman" w:hAnsi="Times New Roman" w:cs="Times New Roman"/>
                <w:spacing w:val="8"/>
              </w:rPr>
              <w:t>Issue Date</w:t>
            </w:r>
          </w:p>
        </w:tc>
        <w:tc>
          <w:tcPr>
            <w:tcW w:type="dxa" w:w="2599"/>
            <w:shd w:val="clear" w:color="auto" w:fill="4A3521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Times New Roman" w:hAnsi="Times New Roman" w:cs="Times New Roman"/>
                <w:spacing w:val="8"/>
              </w:rPr>
              <w:t>Expiry Date</w:t>
            </w:r>
          </w:p>
        </w:tc>
        <w:tc>
          <w:tcPr>
            <w:tcW w:type="dxa" w:w="2614"/>
            <w:shd w:val="clear" w:color="auto" w:fill="4A3521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Times New Roman" w:hAnsi="Times New Roman" w:cs="Times New Roman"/>
                <w:spacing w:val="8"/>
              </w:rPr>
              <w:t>Place of Issue</w:t>
            </w:r>
          </w:p>
        </w:tc>
      </w:tr>
      <w:tr>
        <w:trPr>
          <w:trHeight w:val="340" w:hRule="atLeast"/>
        </w:trPr>
        <w:tc>
          <w:tcPr>
            <w:tcW w:type="dxa" w:w="298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241E17"/>
                <w:sz w:val="18"/>
                <w:u w:val="none"/>
                <w:rFonts w:ascii="Constantia" w:hAnsi="Constantia" w:cs="Constantia"/>
              </w:rPr>
              <w:t/>
            </w:r>
          </w:p>
        </w:tc>
        <w:tc>
          <w:tcPr>
            <w:tcW w:type="dxa" w:w="2599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241E17"/>
                <w:sz w:val="18"/>
                <w:u w:val="none"/>
                <w:rFonts w:ascii="Constantia" w:hAnsi="Constantia" w:cs="Constantia"/>
              </w:rPr>
              <w:t/>
            </w:r>
          </w:p>
        </w:tc>
        <w:tc>
          <w:tcPr>
            <w:tcW w:type="dxa" w:w="2599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241E17"/>
                <w:sz w:val="18"/>
                <w:u w:val="none"/>
                <w:rFonts w:ascii="Constantia" w:hAnsi="Constantia" w:cs="Constantia"/>
              </w:rPr>
              <w:t/>
            </w:r>
          </w:p>
        </w:tc>
        <w:tc>
          <w:tcPr>
            <w:tcW w:type="dxa" w:w="2614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241E17"/>
                <w:sz w:val="18"/>
                <w:u w:val="none"/>
                <w:rFonts w:ascii="Constantia" w:hAnsi="Constantia" w:cs="Constantia"/>
              </w:rPr>
              <w:t/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4A3521"/>
          <w:bottom w:val="single" w:sz="6" w:space="3" w:color="4A3521"/>
        </w:pBdr>
      </w:pPr>
      <w:r>
        <w:rPr>
          <w:b/>
          <w:i w:val="0"/>
          <w:color w:val="4A3521"/>
          <w:sz w:val="20"/>
          <w:u w:val="none"/>
          <w:rFonts w:ascii="Times New Roman" w:hAnsi="Times New Roman" w:cs="Times New Roman"/>
          <w:spacing w:val="40"/>
        </w:rPr>
        <w:t>WORK EXPERIENCE</w:t>
      </w:r>
    </w:p>
    <w:tbl>
      <w:tblPr>
        <w:tblW w:type="auto" w:w="0"/>
        <w:tblBorders>
          <w:top w:val="single" w:sz="4" w:space="0" w:color="E0D8CB"/>
          <w:left w:val="single" w:sz="4" w:space="0" w:color="E0D8CB"/>
          <w:bottom w:val="single" w:sz="4" w:space="0" w:color="E0D8CB"/>
          <w:right w:val="single" w:sz="4" w:space="0" w:color="E0D8CB"/>
          <w:insideH w:val="single" w:sz="4" w:space="0" w:color="E0D8CB"/>
          <w:insideV w:val="single" w:sz="4" w:space="0" w:color="E0D8CB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ook w:firstColumn="1" w:firstRow="1" w:lastColumn="0" w:lastRow="0" w:noHBand="0" w:noVBand="1" w:val="04A0"/>
      </w:tblPr>
      <w:tblGrid>
        <w:gridCol w:w="2015"/>
        <w:gridCol w:w="8784"/>
      </w:tblGrid>
      <w:tr>
        <w:trPr>
          <w:trHeight w:val="340" w:hRule="atLeast"/>
        </w:trPr>
        <w:tc>
          <w:tcPr>
            <w:tcW w:type="dxa" w:w="2016"/>
            <w:shd w:val="clear" w:color="auto" w:fill="F5F1EA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3521"/>
                <w:sz w:val="17"/>
                <w:u w:val="none"/>
                <w:rFonts w:ascii="Times New Roman" w:hAnsi="Times New Roman" w:cs="Times New Roman"/>
              </w:rPr>
              <w:t>Experience</w:t>
            </w:r>
          </w:p>
        </w:tc>
        <w:tc>
          <w:tcPr>
            <w:tcW w:type="dxa" w:w="878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E17"/>
                <w:sz w:val="18"/>
                <w:u w:val="none"/>
                <w:rFonts w:ascii="Constantia" w:hAnsi="Constantia" w:cs="Constantia"/>
              </w:rPr>
              <w:t/>
            </w:r>
          </w:p>
        </w:tc>
      </w:tr>
      <w:tr>
        <w:trPr>
          <w:trHeight w:val="340" w:hRule="atLeast"/>
        </w:trPr>
        <w:tc>
          <w:tcPr>
            <w:tcW w:type="dxa" w:w="2016"/>
            <w:shd w:val="clear" w:color="auto" w:fill="F5F1EA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3521"/>
                <w:sz w:val="17"/>
                <w:u w:val="none"/>
                <w:rFonts w:ascii="Times New Roman" w:hAnsi="Times New Roman" w:cs="Times New Roman"/>
              </w:rPr>
              <w:t>Experience</w:t>
            </w:r>
          </w:p>
        </w:tc>
        <w:tc>
          <w:tcPr>
            <w:tcW w:type="dxa" w:w="878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E17"/>
                <w:sz w:val="18"/>
                <w:u w:val="none"/>
                <w:rFonts w:ascii="Constantia" w:hAnsi="Constantia" w:cs="Constantia"/>
              </w:rPr>
              <w:t/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4A3521"/>
          <w:bottom w:val="single" w:sz="6" w:space="3" w:color="4A3521"/>
        </w:pBdr>
      </w:pPr>
      <w:r>
        <w:rPr>
          <w:b/>
          <w:i w:val="0"/>
          <w:color w:val="4A3521"/>
          <w:sz w:val="20"/>
          <w:u w:val="none"/>
          <w:rFonts w:ascii="Times New Roman" w:hAnsi="Times New Roman" w:cs="Times New Roman"/>
          <w:spacing w:val="40"/>
        </w:rPr>
        <w:t>DECLARATION</w:t>
      </w:r>
    </w:p>
    <w:p>
      <w:pPr>
        <w:spacing w:before="60" w:after="0" w:line="300" w:lineRule="auto"/>
        <w:ind w:left="0" w:right="0"/>
        <w:jc w:val="both"/>
      </w:pPr>
      <w:r>
        <w:rPr>
          <w:b w:val="0"/>
          <w:i w:val="0"/>
          <w:color w:val="241E17"/>
          <w:sz w:val="20"/>
          <w:u w:val="none"/>
          <w:rFonts w:ascii="Constantia" w:hAnsi="Constantia" w:cs="Constantia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616"/>
        <w:gridCol w:w="5183"/>
      </w:tblGrid>
      <w:tr>
        <w:tc>
          <w:tcPr>
            <w:tcW w:type="dxa" w:w="561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241E17"/>
                <w:sz w:val="20"/>
                <w:u w:val="none"/>
                <w:rFonts w:ascii="Constantia" w:hAnsi="Constantia" w:cs="Constantia"/>
              </w:rPr>
              <w:t>Date: ____________________</w:t>
            </w:r>
          </w:p>
        </w:tc>
        <w:tc>
          <w:tcPr>
            <w:tcW w:type="dxa" w:w="5184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4A3521"/>
                <w:sz w:val="20"/>
                <w:u w:val="none"/>
                <w:rFonts w:ascii="Constantia" w:hAnsi="Constantia" w:cs="Constanti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4A3521"/>
              </w:pBdr>
            </w:pPr>
            <w:r>
              <w:rPr>
                <w:b w:val="0"/>
                <w:i/>
                <w:color w:val="655C50"/>
                <w:sz w:val="18"/>
                <w:u w:val="none"/>
                <w:rFonts w:ascii="Constantia" w:hAnsi="Constantia" w:cs="Constanti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05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onstantia" w:hAnsi="Constantia" w:eastAsia="Constant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