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50"/>
                <w:u w:val="none"/>
                <w:rFonts w:ascii="Tahoma" w:hAnsi="Tahoma" w:cs="Tahom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00A6A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B5B75"/>
                <w:sz w:val="18"/>
                <w:u w:val="none"/>
                <w:rFonts w:ascii="Tahoma" w:hAnsi="Tahoma" w:cs="Tahom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D1D2B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00A6A6"/>
                <w:left w:val="single" w:sz="8" w:space="0" w:color="00A6A6"/>
                <w:bottom w:val="single" w:sz="8" w:space="0" w:color="00A6A6"/>
                <w:right w:val="single" w:sz="8" w:space="0" w:color="00A6A6"/>
                <w:insideH w:val="single" w:sz="8" w:space="0" w:color="00A6A6"/>
                <w:insideV w:val="single" w:sz="8" w:space="0" w:color="00A6A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2A2A72"/>
        </w:pBdr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single" w:sz="4" w:space="0" w:color="D6D6E6"/>
          <w:insideV w:val="single" w:sz="4" w:space="0" w:color="D6D6E6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5"/>
                <w:u w:val="none"/>
                <w:rFonts w:ascii="Tahoma" w:hAnsi="Tahoma" w:cs="Tahom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426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5"/>
                <w:u w:val="none"/>
                <w:rFonts w:ascii="Tahoma" w:hAnsi="Tahoma" w:cs="Tahom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1D2B"/>
                <w:sz w:val="19"/>
                <w:u w:val="none"/>
                <w:rFonts w:ascii="Corbel" w:hAnsi="Corbel" w:cs="Corbe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5B75"/>
                <w:sz w:val="17"/>
                <w:u w:val="none"/>
                <w:rFonts w:ascii="Corbel" w:hAnsi="Corbel" w:cs="Corbel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A2A72"/>
          <w:bottom w:val="single" w:sz="6" w:space="3" w:color="2A2A72"/>
        </w:pBdr>
      </w:pPr>
      <w:r>
        <w:rPr>
          <w:b/>
          <w:i w:val="0"/>
          <w:color w:val="2A2A72"/>
          <w:sz w:val="20"/>
          <w:u w:val="none"/>
          <w:rFonts w:ascii="Tahoma" w:hAnsi="Tahoma" w:cs="Tahoma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Corbel" w:hAnsi="Corbel" w:cs="Corbel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2A2A72"/>
          <w:bottom w:val="single" w:sz="6" w:space="3" w:color="2A2A72"/>
        </w:pBdr>
      </w:pPr>
      <w:r>
        <w:rPr>
          <w:b/>
          <w:i w:val="0"/>
          <w:color w:val="2A2A72"/>
          <w:sz w:val="20"/>
          <w:u w:val="none"/>
          <w:rFonts w:ascii="Tahoma" w:hAnsi="Tahoma" w:cs="Tahoma"/>
          <w:spacing w:val="40"/>
        </w:rPr>
        <w:t>PERSONAL DETAILS</w:t>
      </w: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single" w:sz="4" w:space="0" w:color="D6D6E6"/>
          <w:insideV w:val="single" w:sz="4" w:space="0" w:color="D6D6E6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632"/>
      </w:tblGrid>
      <w:tr>
        <w:trPr>
          <w:trHeight w:val="320" w:hRule="atLeast"/>
        </w:trPr>
        <w:tc>
          <w:tcPr>
            <w:tcW w:type="dxa" w:w="3024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Full Name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Date of Birth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Gender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Mobile No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Nationality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Place of Birth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A2A72"/>
          <w:bottom w:val="single" w:sz="6" w:space="3" w:color="2A2A72"/>
        </w:pBdr>
      </w:pPr>
      <w:r>
        <w:rPr>
          <w:b/>
          <w:i w:val="0"/>
          <w:color w:val="2A2A72"/>
          <w:sz w:val="20"/>
          <w:u w:val="none"/>
          <w:rFonts w:ascii="Tahoma" w:hAnsi="Tahoma" w:cs="Tahoma"/>
          <w:spacing w:val="40"/>
        </w:rPr>
        <w:t>PASSPORT DETAILS</w:t>
      </w: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single" w:sz="4" w:space="0" w:color="D6D6E6"/>
          <w:insideV w:val="single" w:sz="4" w:space="0" w:color="D6D6E6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shd w:val="clear" w:color="auto" w:fill="2A2A7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ahoma" w:hAnsi="Tahoma" w:cs="Tahoma"/>
                <w:spacing w:val="8"/>
              </w:rPr>
              <w:t>Passport Number</w:t>
            </w:r>
          </w:p>
        </w:tc>
        <w:tc>
          <w:tcPr>
            <w:tcW w:type="dxa" w:w="2563"/>
            <w:shd w:val="clear" w:color="auto" w:fill="2A2A7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ahoma" w:hAnsi="Tahoma" w:cs="Tahoma"/>
                <w:spacing w:val="8"/>
              </w:rPr>
              <w:t>Issue Date</w:t>
            </w:r>
          </w:p>
        </w:tc>
        <w:tc>
          <w:tcPr>
            <w:tcW w:type="dxa" w:w="2563"/>
            <w:shd w:val="clear" w:color="auto" w:fill="2A2A7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ahoma" w:hAnsi="Tahoma" w:cs="Tahoma"/>
                <w:spacing w:val="8"/>
              </w:rPr>
              <w:t>Expiry Date</w:t>
            </w:r>
          </w:p>
        </w:tc>
        <w:tc>
          <w:tcPr>
            <w:tcW w:type="dxa" w:w="2578"/>
            <w:shd w:val="clear" w:color="auto" w:fill="2A2A7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ahoma" w:hAnsi="Tahoma" w:cs="Tahom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D1D2B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A2A72"/>
          <w:bottom w:val="single" w:sz="6" w:space="3" w:color="2A2A72"/>
        </w:pBdr>
      </w:pPr>
      <w:r>
        <w:rPr>
          <w:b/>
          <w:i w:val="0"/>
          <w:color w:val="2A2A72"/>
          <w:sz w:val="20"/>
          <w:u w:val="none"/>
          <w:rFonts w:ascii="Tahoma" w:hAnsi="Tahoma" w:cs="Tahoma"/>
          <w:spacing w:val="40"/>
        </w:rPr>
        <w:t>WORK EXPERIENCE</w:t>
      </w: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single" w:sz="4" w:space="0" w:color="D6D6E6"/>
          <w:insideV w:val="single" w:sz="4" w:space="0" w:color="D6D6E6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640"/>
      </w:tblGrid>
      <w:tr>
        <w:trPr>
          <w:trHeight w:val="340" w:hRule="atLeast"/>
        </w:trPr>
        <w:tc>
          <w:tcPr>
            <w:tcW w:type="dxa" w:w="2016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EEE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A2A72"/>
          <w:bottom w:val="single" w:sz="6" w:space="3" w:color="2A2A72"/>
        </w:pBdr>
      </w:pPr>
      <w:r>
        <w:rPr>
          <w:b/>
          <w:i w:val="0"/>
          <w:color w:val="2A2A72"/>
          <w:sz w:val="20"/>
          <w:u w:val="none"/>
          <w:rFonts w:ascii="Tahoma" w:hAnsi="Tahoma" w:cs="Tahoma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Corbel" w:hAnsi="Corbel" w:cs="Corbe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orbel" w:hAnsi="Corbel" w:cs="Corbel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A2A72"/>
                <w:sz w:val="20"/>
                <w:u w:val="none"/>
                <w:rFonts w:ascii="Corbel" w:hAnsi="Corbel" w:cs="Corbe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A2A72"/>
              </w:pBdr>
            </w:pPr>
            <w:r>
              <w:rPr>
                <w:b w:val="0"/>
                <w:i/>
                <w:color w:val="5B5B75"/>
                <w:sz w:val="18"/>
                <w:u w:val="none"/>
                <w:rFonts w:ascii="Corbel" w:hAnsi="Corbel" w:cs="Corbe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