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50"/>
                <w:u w:val="none"/>
                <w:rFonts w:ascii="Verdana" w:hAnsi="Verdana" w:cs="Verdan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D2691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F6B77"/>
                <w:sz w:val="18"/>
                <w:u w:val="none"/>
                <w:rFonts w:ascii="Verdana" w:hAnsi="Verdana" w:cs="Verdan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F252B"/>
                <w:sz w:val="20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33414F"/>
        </w:pBdr>
      </w:pP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single" w:sz="4" w:space="0" w:color="D8DEE4"/>
          <w:insideV w:val="single" w:sz="4" w:space="0" w:color="D8DEE4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5"/>
                <w:u w:val="none"/>
                <w:rFonts w:ascii="Verdana" w:hAnsi="Verdana" w:cs="Verdan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422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33414F"/>
                <w:sz w:val="15"/>
                <w:u w:val="none"/>
                <w:rFonts w:ascii="Verdana" w:hAnsi="Verdana" w:cs="Verdan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52B"/>
                <w:sz w:val="19"/>
                <w:u w:val="none"/>
                <w:rFonts w:ascii="Candara" w:hAnsi="Candara" w:cs="Candar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F6B77"/>
                <w:sz w:val="17"/>
                <w:u w:val="none"/>
                <w:rFonts w:ascii="Candara" w:hAnsi="Candara" w:cs="Candara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33414F"/>
          <w:bottom w:val="single" w:sz="6" w:space="3" w:color="33414F"/>
        </w:pBdr>
      </w:pPr>
      <w:r>
        <w:rPr>
          <w:b/>
          <w:i w:val="0"/>
          <w:color w:val="33414F"/>
          <w:sz w:val="20"/>
          <w:u w:val="none"/>
          <w:rFonts w:ascii="Verdana" w:hAnsi="Verdana" w:cs="Verdana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F252B"/>
          <w:sz w:val="20"/>
          <w:u w:val="none"/>
          <w:rFonts w:ascii="Candara" w:hAnsi="Candara" w:cs="Candar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33414F"/>
          <w:bottom w:val="single" w:sz="6" w:space="3" w:color="33414F"/>
        </w:pBdr>
      </w:pPr>
      <w:r>
        <w:rPr>
          <w:b/>
          <w:i w:val="0"/>
          <w:color w:val="33414F"/>
          <w:sz w:val="20"/>
          <w:u w:val="none"/>
          <w:rFonts w:ascii="Verdana" w:hAnsi="Verdana" w:cs="Verdana"/>
          <w:spacing w:val="40"/>
        </w:rPr>
        <w:t>PERSONAL DETAILS</w:t>
      </w: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single" w:sz="4" w:space="0" w:color="D8DEE4"/>
          <w:insideV w:val="single" w:sz="4" w:space="0" w:color="D8DEE4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545"/>
      </w:tblGrid>
      <w:tr>
        <w:trPr>
          <w:trHeight w:val="320" w:hRule="atLeast"/>
        </w:trPr>
        <w:tc>
          <w:tcPr>
            <w:tcW w:type="dxa" w:w="3024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Full Name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Date of Birth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Gender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Mobile No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Nationality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8"/>
                <w:u w:val="none"/>
                <w:rFonts w:ascii="Verdana" w:hAnsi="Verdana" w:cs="Verdana"/>
              </w:rPr>
              <w:t>Place of Birth</w:t>
            </w:r>
          </w:p>
        </w:tc>
        <w:tc>
          <w:tcPr>
            <w:tcW w:type="dxa" w:w="754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9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33414F"/>
          <w:bottom w:val="single" w:sz="6" w:space="3" w:color="33414F"/>
        </w:pBdr>
      </w:pPr>
      <w:r>
        <w:rPr>
          <w:b/>
          <w:i w:val="0"/>
          <w:color w:val="33414F"/>
          <w:sz w:val="20"/>
          <w:u w:val="none"/>
          <w:rFonts w:ascii="Verdana" w:hAnsi="Verdana" w:cs="Verdana"/>
          <w:spacing w:val="40"/>
        </w:rPr>
        <w:t>PASSPORT DETAILS</w:t>
      </w: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single" w:sz="4" w:space="0" w:color="D8DEE4"/>
          <w:insideV w:val="single" w:sz="4" w:space="0" w:color="D8DEE4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30"/>
        <w:gridCol w:w="2541"/>
        <w:gridCol w:w="2541"/>
        <w:gridCol w:w="2556"/>
      </w:tblGrid>
      <w:tr>
        <w:trPr>
          <w:trHeight w:val="340" w:hRule="atLeast"/>
        </w:trPr>
        <w:tc>
          <w:tcPr>
            <w:tcW w:type="dxa" w:w="2930"/>
            <w:shd w:val="clear" w:color="auto" w:fill="33414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Verdana" w:hAnsi="Verdana" w:cs="Verdana"/>
                <w:spacing w:val="8"/>
              </w:rPr>
              <w:t>Passport Number</w:t>
            </w:r>
          </w:p>
        </w:tc>
        <w:tc>
          <w:tcPr>
            <w:tcW w:type="dxa" w:w="2542"/>
            <w:shd w:val="clear" w:color="auto" w:fill="33414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Verdana" w:hAnsi="Verdana" w:cs="Verdana"/>
                <w:spacing w:val="8"/>
              </w:rPr>
              <w:t>Issue Date</w:t>
            </w:r>
          </w:p>
        </w:tc>
        <w:tc>
          <w:tcPr>
            <w:tcW w:type="dxa" w:w="2542"/>
            <w:shd w:val="clear" w:color="auto" w:fill="33414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Verdana" w:hAnsi="Verdana" w:cs="Verdana"/>
                <w:spacing w:val="8"/>
              </w:rPr>
              <w:t>Expiry Date</w:t>
            </w:r>
          </w:p>
        </w:tc>
        <w:tc>
          <w:tcPr>
            <w:tcW w:type="dxa" w:w="2556"/>
            <w:shd w:val="clear" w:color="auto" w:fill="33414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Verdana" w:hAnsi="Verdana" w:cs="Verdana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3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F252B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542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ndara" w:hAnsi="Candara" w:cs="Candara"/>
              </w:rPr>
              <w:t/>
            </w:r>
          </w:p>
        </w:tc>
        <w:tc>
          <w:tcPr>
            <w:tcW w:type="dxa" w:w="2556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33414F"/>
          <w:bottom w:val="single" w:sz="6" w:space="3" w:color="33414F"/>
        </w:pBdr>
      </w:pPr>
      <w:r>
        <w:rPr>
          <w:b/>
          <w:i w:val="0"/>
          <w:color w:val="33414F"/>
          <w:sz w:val="20"/>
          <w:u w:val="none"/>
          <w:rFonts w:ascii="Verdana" w:hAnsi="Verdana" w:cs="Verdana"/>
          <w:spacing w:val="40"/>
        </w:rPr>
        <w:t>WORK EXPERIENCE</w:t>
      </w:r>
    </w:p>
    <w:tbl>
      <w:tblPr>
        <w:tblW w:type="auto" w:w="0"/>
        <w:tblBorders>
          <w:top w:val="single" w:sz="4" w:space="0" w:color="D8DEE4"/>
          <w:left w:val="single" w:sz="4" w:space="0" w:color="D8DEE4"/>
          <w:bottom w:val="single" w:sz="4" w:space="0" w:color="D8DEE4"/>
          <w:right w:val="single" w:sz="4" w:space="0" w:color="D8DEE4"/>
          <w:insideH w:val="single" w:sz="4" w:space="0" w:color="D8DEE4"/>
          <w:insideV w:val="single" w:sz="4" w:space="0" w:color="D8DEE4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553"/>
      </w:tblGrid>
      <w:tr>
        <w:trPr>
          <w:trHeight w:val="340" w:hRule="atLeast"/>
        </w:trPr>
        <w:tc>
          <w:tcPr>
            <w:tcW w:type="dxa" w:w="2016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</w:rPr>
              <w:t>Experience</w:t>
            </w:r>
          </w:p>
        </w:tc>
        <w:tc>
          <w:tcPr>
            <w:tcW w:type="dxa" w:w="855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ndara" w:hAnsi="Candara" w:cs="Candara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EFF2F5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33414F"/>
                <w:sz w:val="17"/>
                <w:u w:val="none"/>
                <w:rFonts w:ascii="Verdana" w:hAnsi="Verdana" w:cs="Verdana"/>
              </w:rPr>
              <w:t>Experience</w:t>
            </w:r>
          </w:p>
        </w:tc>
        <w:tc>
          <w:tcPr>
            <w:tcW w:type="dxa" w:w="855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52B"/>
                <w:sz w:val="18"/>
                <w:u w:val="none"/>
                <w:rFonts w:ascii="Candara" w:hAnsi="Candara" w:cs="Candar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33414F"/>
          <w:bottom w:val="single" w:sz="6" w:space="3" w:color="33414F"/>
        </w:pBdr>
      </w:pPr>
      <w:r>
        <w:rPr>
          <w:b/>
          <w:i w:val="0"/>
          <w:color w:val="33414F"/>
          <w:sz w:val="20"/>
          <w:u w:val="none"/>
          <w:rFonts w:ascii="Verdana" w:hAnsi="Verdana" w:cs="Verdana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F252B"/>
          <w:sz w:val="20"/>
          <w:u w:val="none"/>
          <w:rFonts w:ascii="Candara" w:hAnsi="Candara" w:cs="Candar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52B"/>
                <w:sz w:val="20"/>
                <w:u w:val="none"/>
                <w:rFonts w:ascii="Candara" w:hAnsi="Candara" w:cs="Candar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33414F"/>
                <w:sz w:val="20"/>
                <w:u w:val="none"/>
                <w:rFonts w:ascii="Candara" w:hAnsi="Candara" w:cs="Candar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33414F"/>
              </w:pBdr>
            </w:pPr>
            <w:r>
              <w:rPr>
                <w:b w:val="0"/>
                <w:i/>
                <w:color w:val="5F6B77"/>
                <w:sz w:val="18"/>
                <w:u w:val="none"/>
                <w:rFonts w:ascii="Candara" w:hAnsi="Candara" w:cs="Candar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ndara" w:hAnsi="Candara" w:eastAsia="Canda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