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50"/>
                <w:u w:val="none"/>
                <w:rFonts w:ascii="Arial" w:hAnsi="Arial" w:cs="Arial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6E6E6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A6A6A"/>
                <w:sz w:val="18"/>
                <w:u w:val="none"/>
                <w:rFonts w:ascii="Arial" w:hAnsi="Arial" w:cs="Arial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21212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6E6E6E"/>
                <w:left w:val="single" w:sz="8" w:space="0" w:color="6E6E6E"/>
                <w:bottom w:val="single" w:sz="8" w:space="0" w:color="6E6E6E"/>
                <w:right w:val="single" w:sz="8" w:space="0" w:color="6E6E6E"/>
                <w:insideH w:val="single" w:sz="8" w:space="0" w:color="6E6E6E"/>
                <w:insideV w:val="single" w:sz="8" w:space="0" w:color="6E6E6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A1A1A"/>
        </w:pBdr>
      </w:pP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A6A6A"/>
                <w:sz w:val="17"/>
                <w:u w:val="none"/>
                <w:rFonts w:ascii="Georgia" w:hAnsi="Georgia" w:cs="Georgia"/>
              </w:rPr>
              <w:t xml:space="preserve">Valid until</w:t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A1A1A"/>
          <w:bottom w:val="single" w:sz="6" w:space="3" w:color="1A1A1A"/>
        </w:pBdr>
      </w:pPr>
      <w:r>
        <w:rPr>
          <w:b/>
          <w:i w:val="0"/>
          <w:color w:val="1A1A1A"/>
          <w:sz w:val="20"/>
          <w:u w:val="none"/>
          <w:rFonts w:ascii="Arial" w:hAnsi="Arial" w:cs="Arial"/>
          <w:spacing w:val="40"/>
        </w:rPr>
        <w:t>CAREER OBJECTIVE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Georgia" w:hAnsi="Georgia" w:cs="Georgia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60" w:after="100"/>
        <w:jc w:val="center"/>
        <w:pBdr>
          <w:top w:val="single" w:sz="6" w:space="3" w:color="1A1A1A"/>
          <w:bottom w:val="single" w:sz="6" w:space="3" w:color="1A1A1A"/>
        </w:pBdr>
      </w:pPr>
      <w:r>
        <w:rPr>
          <w:b/>
          <w:i w:val="0"/>
          <w:color w:val="1A1A1A"/>
          <w:sz w:val="20"/>
          <w:u w:val="none"/>
          <w:rFonts w:ascii="Arial" w:hAnsi="Arial" w:cs="Arial"/>
          <w:spacing w:val="40"/>
        </w:rPr>
        <w:t>PERSONAL DETAILS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3024"/>
        <w:gridCol w:w="7776"/>
      </w:tblGrid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Full Name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Date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Gender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Mobile No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Nationality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20" w:hRule="atLeast"/>
        </w:trPr>
        <w:tc>
          <w:tcPr>
            <w:tcW w:type="dxa" w:w="3024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8"/>
                <w:u w:val="none"/>
                <w:rFonts w:ascii="Arial" w:hAnsi="Arial" w:cs="Arial"/>
              </w:rPr>
              <w:t>Place of Birth</w:t>
            </w:r>
          </w:p>
        </w:tc>
        <w:tc>
          <w:tcPr>
            <w:tcW w:type="dxa" w:w="7776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A1A1A"/>
          <w:bottom w:val="single" w:sz="6" w:space="3" w:color="1A1A1A"/>
        </w:pBdr>
      </w:pPr>
      <w:r>
        <w:rPr>
          <w:b/>
          <w:i w:val="0"/>
          <w:color w:val="1A1A1A"/>
          <w:sz w:val="20"/>
          <w:u w:val="none"/>
          <w:rFonts w:ascii="Arial" w:hAnsi="Arial" w:cs="Arial"/>
          <w:spacing w:val="40"/>
        </w:rPr>
        <w:t>PASSPORT DETAILS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Passport Number</w:t>
            </w:r>
          </w:p>
        </w:tc>
        <w:tc>
          <w:tcPr>
            <w:tcW w:type="dxa" w:w="2599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Issue Date</w:t>
            </w:r>
          </w:p>
        </w:tc>
        <w:tc>
          <w:tcPr>
            <w:tcW w:type="dxa" w:w="2599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Expiry Date</w:t>
            </w:r>
          </w:p>
        </w:tc>
        <w:tc>
          <w:tcPr>
            <w:tcW w:type="dxa" w:w="2614"/>
            <w:shd w:val="clear" w:color="auto" w:fill="1A1A1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FFFFFF"/>
                <w:sz w:val="16"/>
                <w:u w:val="none"/>
                <w:rFonts w:ascii="Arial" w:hAnsi="Arial" w:cs="Arial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A1A1A"/>
          <w:bottom w:val="single" w:sz="6" w:space="3" w:color="1A1A1A"/>
        </w:pBdr>
      </w:pPr>
      <w:r>
        <w:rPr>
          <w:b/>
          <w:i w:val="0"/>
          <w:color w:val="1A1A1A"/>
          <w:sz w:val="20"/>
          <w:u w:val="none"/>
          <w:rFonts w:ascii="Arial" w:hAnsi="Arial" w:cs="Arial"/>
          <w:spacing w:val="40"/>
        </w:rPr>
        <w:t>WORK EXPERIENCE</w:t>
      </w:r>
    </w:p>
    <w:tbl>
      <w:tblPr>
        <w:tblW w:type="auto" w:w="0"/>
        <w:tblBorders>
          <w:top w:val="single" w:sz="4" w:space="0" w:color="D6D6D6"/>
          <w:left w:val="single" w:sz="4" w:space="0" w:color="D6D6D6"/>
          <w:bottom w:val="single" w:sz="4" w:space="0" w:color="D6D6D6"/>
          <w:right w:val="single" w:sz="4" w:space="0" w:color="D6D6D6"/>
          <w:insideH w:val="single" w:sz="4" w:space="0" w:color="D6D6D6"/>
          <w:insideV w:val="single" w:sz="4" w:space="0" w:color="D6D6D6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784"/>
      </w:tblGrid>
      <w:tr>
        <w:trPr>
          <w:trHeight w:val="340" w:hRule="atLeast"/>
        </w:trPr>
        <w:tc>
          <w:tcPr>
            <w:tcW w:type="dxa" w:w="2016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F2F2F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A1A1A"/>
                <w:sz w:val="17"/>
                <w:u w:val="none"/>
                <w:rFonts w:ascii="Arial" w:hAnsi="Arial" w:cs="Arial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21212"/>
                <w:sz w:val="18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60" w:after="100"/>
        <w:jc w:val="center"/>
        <w:pBdr>
          <w:top w:val="single" w:sz="6" w:space="3" w:color="1A1A1A"/>
          <w:bottom w:val="single" w:sz="6" w:space="3" w:color="1A1A1A"/>
        </w:pBdr>
      </w:pPr>
      <w:r>
        <w:rPr>
          <w:b/>
          <w:i w:val="0"/>
          <w:color w:val="1A1A1A"/>
          <w:sz w:val="20"/>
          <w:u w:val="none"/>
          <w:rFonts w:ascii="Arial" w:hAnsi="Arial" w:cs="Arial"/>
          <w:spacing w:val="40"/>
        </w:rPr>
        <w:t>DECLARATION</w:t>
      </w:r>
    </w:p>
    <w:p>
      <w:pPr>
        <w:spacing w:before="60" w:after="0" w:line="300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Georgia" w:hAnsi="Georgia" w:cs="Georg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A1A1A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