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50"/>
                <w:u w:val="none"/>
                <w:rFonts w:ascii="Arial" w:hAnsi="Arial" w:cs="Arial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2E9BD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86274"/>
                <w:sz w:val="18"/>
                <w:u w:val="none"/>
                <w:rFonts w:ascii="Arial" w:hAnsi="Arial" w:cs="Arial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D2330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B3FA0"/>
        </w:pBdr>
      </w:pP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single" w:sz="4" w:space="0" w:color="D3DAEC"/>
          <w:insideV w:val="single" w:sz="4" w:space="0" w:color="D3DAE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5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426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5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86274"/>
                <w:sz w:val="17"/>
                <w:u w:val="none"/>
                <w:rFonts w:ascii="Cambria" w:hAnsi="Cambria" w:cs="Cambria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B3FA0"/>
          <w:bottom w:val="single" w:sz="6" w:space="3" w:color="1B3FA0"/>
        </w:pBdr>
      </w:pPr>
      <w:r>
        <w:rPr>
          <w:b/>
          <w:i w:val="0"/>
          <w:color w:val="1B3FA0"/>
          <w:sz w:val="20"/>
          <w:u w:val="none"/>
          <w:rFonts w:ascii="Arial" w:hAnsi="Arial" w:cs="Arial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Cambria" w:hAnsi="Cambria" w:cs="Cambr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1B3FA0"/>
          <w:bottom w:val="single" w:sz="6" w:space="3" w:color="1B3FA0"/>
        </w:pBdr>
      </w:pPr>
      <w:r>
        <w:rPr>
          <w:b/>
          <w:i w:val="0"/>
          <w:color w:val="1B3FA0"/>
          <w:sz w:val="20"/>
          <w:u w:val="none"/>
          <w:rFonts w:ascii="Arial" w:hAnsi="Arial" w:cs="Arial"/>
          <w:spacing w:val="40"/>
        </w:rPr>
        <w:t>PERSONAL DETAILS</w:t>
      </w: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single" w:sz="4" w:space="0" w:color="D3DAEC"/>
          <w:insideV w:val="single" w:sz="4" w:space="0" w:color="D3DAEC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632"/>
      </w:tblGrid>
      <w:tr>
        <w:trPr>
          <w:trHeight w:val="320" w:hRule="atLeast"/>
        </w:trPr>
        <w:tc>
          <w:tcPr>
            <w:tcW w:type="dxa" w:w="3024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Full Name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Date of Birth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Gender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Mobile No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Nationality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8"/>
                <w:u w:val="none"/>
                <w:rFonts w:ascii="Arial" w:hAnsi="Arial" w:cs="Arial"/>
              </w:rPr>
              <w:t>Place of Birth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B3FA0"/>
          <w:bottom w:val="single" w:sz="6" w:space="3" w:color="1B3FA0"/>
        </w:pBdr>
      </w:pPr>
      <w:r>
        <w:rPr>
          <w:b/>
          <w:i w:val="0"/>
          <w:color w:val="1B3FA0"/>
          <w:sz w:val="20"/>
          <w:u w:val="none"/>
          <w:rFonts w:ascii="Arial" w:hAnsi="Arial" w:cs="Arial"/>
          <w:spacing w:val="40"/>
        </w:rPr>
        <w:t>PASSPORT DETAILS</w:t>
      </w: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single" w:sz="4" w:space="0" w:color="D3DAEC"/>
          <w:insideV w:val="single" w:sz="4" w:space="0" w:color="D3DAEC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shd w:val="clear" w:color="auto" w:fill="1B3FA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Passport Number</w:t>
            </w:r>
          </w:p>
        </w:tc>
        <w:tc>
          <w:tcPr>
            <w:tcW w:type="dxa" w:w="2563"/>
            <w:shd w:val="clear" w:color="auto" w:fill="1B3FA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Issue Date</w:t>
            </w:r>
          </w:p>
        </w:tc>
        <w:tc>
          <w:tcPr>
            <w:tcW w:type="dxa" w:w="2563"/>
            <w:shd w:val="clear" w:color="auto" w:fill="1B3FA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Expiry Date</w:t>
            </w:r>
          </w:p>
        </w:tc>
        <w:tc>
          <w:tcPr>
            <w:tcW w:type="dxa" w:w="2578"/>
            <w:shd w:val="clear" w:color="auto" w:fill="1B3FA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B3FA0"/>
          <w:bottom w:val="single" w:sz="6" w:space="3" w:color="1B3FA0"/>
        </w:pBdr>
      </w:pPr>
      <w:r>
        <w:rPr>
          <w:b/>
          <w:i w:val="0"/>
          <w:color w:val="1B3FA0"/>
          <w:sz w:val="20"/>
          <w:u w:val="none"/>
          <w:rFonts w:ascii="Arial" w:hAnsi="Arial" w:cs="Arial"/>
          <w:spacing w:val="40"/>
        </w:rPr>
        <w:t>WORK EXPERIENCE</w:t>
      </w:r>
    </w:p>
    <w:tbl>
      <w:tblPr>
        <w:tblW w:type="auto" w:w="0"/>
        <w:tblBorders>
          <w:top w:val="single" w:sz="4" w:space="0" w:color="D3DAEC"/>
          <w:left w:val="single" w:sz="4" w:space="0" w:color="D3DAEC"/>
          <w:bottom w:val="single" w:sz="4" w:space="0" w:color="D3DAEC"/>
          <w:right w:val="single" w:sz="4" w:space="0" w:color="D3DAEC"/>
          <w:insideH w:val="single" w:sz="4" w:space="0" w:color="D3DAEC"/>
          <w:insideV w:val="single" w:sz="4" w:space="0" w:color="D3DAEC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640"/>
      </w:tblGrid>
      <w:tr>
        <w:trPr>
          <w:trHeight w:val="340" w:hRule="atLeast"/>
        </w:trPr>
        <w:tc>
          <w:tcPr>
            <w:tcW w:type="dxa" w:w="2016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CF1FB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B3FA0"/>
          <w:bottom w:val="single" w:sz="6" w:space="3" w:color="1B3FA0"/>
        </w:pBdr>
      </w:pPr>
      <w:r>
        <w:rPr>
          <w:b/>
          <w:i w:val="0"/>
          <w:color w:val="1B3FA0"/>
          <w:sz w:val="20"/>
          <w:u w:val="none"/>
          <w:rFonts w:ascii="Arial" w:hAnsi="Arial" w:cs="Arial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Cambria" w:hAnsi="Cambria" w:cs="Cambr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20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B3FA0"/>
              </w:pBdr>
            </w:pPr>
            <w:r>
              <w:rPr>
                <w:b w:val="0"/>
                <w:i/>
                <w:color w:val="586274"/>
                <w:sz w:val="18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