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0" w:lineRule="exact"/>
        <w:pBdr>
          <w:bottom w:val="single" w:sz="24" w:space="0" w:color="4A3521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280"/>
        <w:gridCol w:w="2376"/>
      </w:tblGrid>
      <w:tr>
        <w:tc>
          <w:tcPr>
            <w:tcW w:type="dxa" w:w="82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41E17"/>
                <w:sz w:val="48"/>
                <w:u w:val="none"/>
                <w:rFonts w:ascii="Times New Roman" w:hAnsi="Times New Roman" w:cs="Times New Roman"/>
                <w:spacing w:val="34"/>
              </w:rPr>
              <w:t xml:space="preserve">YOUR NAME</w:t>
            </w:r>
          </w:p>
          <w:p>
            <w:pPr>
              <w:spacing w:before="120" w:after="0"/>
            </w:pPr>
            <w:r>
              <w:rPr>
                <w:b/>
                <w:i w:val="0"/>
                <w:color w:val="C08A2E"/>
                <w:sz w:val="17"/>
                <w:u w:val="none"/>
                <w:rFonts w:ascii="Times New Roman" w:hAnsi="Times New Roman" w:cs="Times New Roman"/>
                <w:spacing w:val="46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655C50"/>
                <w:sz w:val="20"/>
                <w:u w:val="none"/>
                <w:rFonts w:ascii="Corbel" w:hAnsi="Corbel" w:cs="Corbel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18" w:space="0" w:color="4A3521"/>
                <w:left w:val="single" w:sz="18" w:space="0" w:color="4A3521"/>
                <w:bottom w:val="single" w:sz="18" w:space="0" w:color="4A3521"/>
                <w:right w:val="single" w:sz="18" w:space="0" w:color="4A3521"/>
                <w:insideH w:val="single" w:sz="18" w:space="0" w:color="4A3521"/>
                <w:insideV w:val="single" w:sz="18" w:space="0" w:color="4A3521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6" w:space="0" w:color="E0D8CB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32"/>
        <w:gridCol w:w="10224"/>
      </w:tblGrid>
      <w:tr>
        <w:trPr>
          <w:trHeight w:val="7600" w:hRule="atLeast"/>
        </w:trPr>
        <w:tc>
          <w:tcPr>
            <w:tcW w:type="dxa" w:w="432"/>
            <w:tcBorders>
              <w:right w:val="single" w:sz="12" w:space="0" w:color="C08A2E"/>
            </w:tcBorders>
            <w:shd w:val="clear" w:color="auto" w:fill="F5F1EA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10224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90" w:type="dxa"/>
                <w:left w:w="140" w:type="dxa"/>
                <w:bottom w:w="9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5875"/>
              <w:gridCol w:w="3916"/>
            </w:tblGrid>
            <w:tr>
              <w:tc>
                <w:tcPr>
                  <w:tcW w:type="dxa" w:w="5875"/>
                  <w:shd w:val="clear" w:color="auto" w:fill="F5F1EA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4A3521"/>
                      <w:sz w:val="15"/>
                      <w:u w:val="none"/>
                      <w:rFonts w:ascii="Times New Roman" w:hAnsi="Times New Roman" w:cs="Times New Roman"/>
                      <w:spacing w:val="24"/>
                    </w:rPr>
                    <w:t>ADDRESS:</w:t>
                  </w:r>
                </w:p>
                <w:p>
                  <w:pPr>
                    <w:spacing w:before="0" w:after="0" w:line="264" w:lineRule="auto"/>
                  </w:pPr>
                  <w:r>
                    <w:rPr>
                      <w:b w:val="0"/>
                      <w:i w:val="0"/>
                      <w:color w:val="241E17"/>
                      <w:sz w:val="18"/>
                      <w:u w:val="none"/>
                      <w:rFonts w:ascii="Corbel" w:hAnsi="Corbel" w:cs="Corbel"/>
                    </w:rPr>
                    <w:t/>
                  </w:r>
                </w:p>
              </w:tc>
              <w:tc>
                <w:tcPr>
                  <w:tcW w:type="dxa" w:w="3917"/>
                  <w:tcBorders>
                    <w:left w:val="single" w:sz="6" w:space="0" w:color="E0D8CB"/>
                  </w:tcBorders>
                  <w:shd w:val="clear" w:color="auto" w:fill="F5F1EA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4A3521"/>
                      <w:sz w:val="15"/>
                      <w:u w:val="none"/>
                      <w:rFonts w:ascii="Times New Roman" w:hAnsi="Times New Roman" w:cs="Times New Roman"/>
                      <w:spacing w:val="24"/>
                    </w:rPr>
                    <w:t>PASSPORT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41E17"/>
                      <w:sz w:val="19"/>
                      <w:u w:val="none"/>
                      <w:rFonts w:ascii="Corbel" w:hAnsi="Corbel" w:cs="Corbel"/>
                    </w:rPr>
                    <w:t/>
                  </w:r>
                </w:p>
                <w:p>
                  <w:pPr>
                    <w:spacing w:before="20" w:after="0"/>
                  </w:pPr>
                  <w:r>
                    <w:rPr>
                      <w:b w:val="0"/>
                      <w:i w:val="0"/>
                      <w:color w:val="655C50"/>
                      <w:sz w:val="17"/>
                      <w:u w:val="none"/>
                      <w:rFonts w:ascii="Corbel" w:hAnsi="Corbel" w:cs="Corbel"/>
                    </w:rPr>
                    <w:t xml:space="preserve">Valid until</w:t>
                  </w:r>
                </w:p>
              </w:tc>
            </w:tr>
          </w:tbl>
          <w:p/>
          <w:p>
            <w:pPr>
              <w:keepNext/>
              <w:spacing w:before="180" w:after="100"/>
              <w:ind w:left="317"/>
              <w:pBdr>
                <w:left w:val="single" w:sz="24" w:space="7" w:color="C08A2E"/>
                <w:bottom w:val="single" w:sz="4" w:space="3" w:color="E0D8CB"/>
              </w:pBdr>
            </w:pPr>
            <w:r>
              <w:rPr>
                <w:b/>
                <w:i w:val="0"/>
                <w:color w:val="4A3521"/>
                <w:sz w:val="20"/>
                <w:u w:val="none"/>
                <w:rFonts w:ascii="Times New Roman" w:hAnsi="Times New Roman" w:cs="Times New Roman"/>
                <w:spacing w:val="30"/>
              </w:rPr>
              <w:t>CAREER OBJECTIVE</w:t>
            </w:r>
          </w:p>
          <w:p>
            <w:pPr>
              <w:spacing w:before="60" w:after="0" w:line="288" w:lineRule="auto"/>
              <w:ind w:left="317" w:right="72"/>
              <w:jc w:val="both"/>
            </w:pPr>
            <w:r>
              <w:rPr>
                <w:b w:val="0"/>
                <w:i w:val="0"/>
                <w:color w:val="241E17"/>
                <w:sz w:val="20"/>
                <w:u w:val="none"/>
                <w:rFonts w:ascii="Corbel" w:hAnsi="Corbel" w:cs="Corbel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180" w:after="100"/>
              <w:ind w:left="317"/>
              <w:pBdr>
                <w:left w:val="single" w:sz="24" w:space="7" w:color="C08A2E"/>
                <w:bottom w:val="single" w:sz="4" w:space="3" w:color="E0D8CB"/>
              </w:pBdr>
            </w:pPr>
            <w:r>
              <w:rPr>
                <w:b/>
                <w:i w:val="0"/>
                <w:color w:val="4A3521"/>
                <w:sz w:val="20"/>
                <w:u w:val="none"/>
                <w:rFonts w:ascii="Times New Roman" w:hAnsi="Times New Roman" w:cs="Times New Roman"/>
                <w:spacing w:val="30"/>
              </w:rPr>
              <w:t>PERSONAL DETAILS</w:t>
            </w:r>
          </w:p>
          <w:tbl>
            <w:tblPr>
              <w:tblW w:type="auto" w:w="0"/>
              <w:tblBorders>
                <w:top w:val="single" w:sz="4" w:space="0" w:color="E0D8CB"/>
                <w:left w:val="single" w:sz="4" w:space="0" w:color="E0D8CB"/>
                <w:bottom w:val="single" w:sz="4" w:space="0" w:color="E0D8CB"/>
                <w:right w:val="single" w:sz="4" w:space="0" w:color="E0D8CB"/>
                <w:insideH w:val="single" w:sz="4" w:space="0" w:color="E0D8CB"/>
                <w:insideV w:val="single" w:sz="4" w:space="0" w:color="E0D8CB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6840"/>
            </w:tblGrid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F5F1E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3521"/>
                      <w:sz w:val="17"/>
                      <w:u w:val="none"/>
                      <w:rFonts w:ascii="Times New Roman" w:hAnsi="Times New Roman" w:cs="Times New Roman"/>
                    </w:rPr>
                    <w:t>Full Name</w:t>
                  </w:r>
                </w:p>
              </w:tc>
              <w:tc>
                <w:tcPr>
                  <w:tcW w:type="dxa" w:w="684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E17"/>
                      <w:sz w:val="18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F5F1E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3521"/>
                      <w:sz w:val="17"/>
                      <w:u w:val="none"/>
                      <w:rFonts w:ascii="Times New Roman" w:hAnsi="Times New Roman" w:cs="Times New Roman"/>
                    </w:rPr>
                    <w:t>Date of Birth</w:t>
                  </w:r>
                </w:p>
              </w:tc>
              <w:tc>
                <w:tcPr>
                  <w:tcW w:type="dxa" w:w="684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E17"/>
                      <w:sz w:val="18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F5F1E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3521"/>
                      <w:sz w:val="17"/>
                      <w:u w:val="none"/>
                      <w:rFonts w:ascii="Times New Roman" w:hAnsi="Times New Roman" w:cs="Times New Roman"/>
                    </w:rPr>
                    <w:t>Gender</w:t>
                  </w:r>
                </w:p>
              </w:tc>
              <w:tc>
                <w:tcPr>
                  <w:tcW w:type="dxa" w:w="684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E17"/>
                      <w:sz w:val="18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F5F1E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3521"/>
                      <w:sz w:val="17"/>
                      <w:u w:val="none"/>
                      <w:rFonts w:ascii="Times New Roman" w:hAnsi="Times New Roman" w:cs="Times New Roman"/>
                    </w:rPr>
                    <w:t>Mobile No</w:t>
                  </w:r>
                </w:p>
              </w:tc>
              <w:tc>
                <w:tcPr>
                  <w:tcW w:type="dxa" w:w="684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E17"/>
                      <w:sz w:val="18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F5F1E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3521"/>
                      <w:sz w:val="17"/>
                      <w:u w:val="none"/>
                      <w:rFonts w:ascii="Times New Roman" w:hAnsi="Times New Roman" w:cs="Times New Roman"/>
                    </w:rPr>
                    <w:t>Nationality</w:t>
                  </w:r>
                </w:p>
              </w:tc>
              <w:tc>
                <w:tcPr>
                  <w:tcW w:type="dxa" w:w="684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E17"/>
                      <w:sz w:val="18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F5F1E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3521"/>
                      <w:sz w:val="17"/>
                      <w:u w:val="none"/>
                      <w:rFonts w:ascii="Times New Roman" w:hAnsi="Times New Roman" w:cs="Times New Roman"/>
                    </w:rPr>
                    <w:t>Place of Birth</w:t>
                  </w:r>
                </w:p>
              </w:tc>
              <w:tc>
                <w:tcPr>
                  <w:tcW w:type="dxa" w:w="684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E17"/>
                      <w:sz w:val="18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</w:tbl>
          <w:p/>
          <w:p>
            <w:pPr>
              <w:keepNext/>
              <w:spacing w:before="180" w:after="100"/>
              <w:ind w:left="317"/>
              <w:pBdr>
                <w:left w:val="single" w:sz="24" w:space="7" w:color="C08A2E"/>
                <w:bottom w:val="single" w:sz="4" w:space="3" w:color="E0D8CB"/>
              </w:pBdr>
            </w:pPr>
            <w:r>
              <w:rPr>
                <w:b/>
                <w:i w:val="0"/>
                <w:color w:val="4A3521"/>
                <w:sz w:val="20"/>
                <w:u w:val="none"/>
                <w:rFonts w:ascii="Times New Roman" w:hAnsi="Times New Roman" w:cs="Times New Roman"/>
                <w:spacing w:val="30"/>
              </w:rPr>
              <w:t>PASSPORT DETAILS</w:t>
            </w:r>
          </w:p>
          <w:tbl>
            <w:tblPr>
              <w:tblW w:type="auto" w:w="0"/>
              <w:tblBorders>
                <w:top w:val="single" w:sz="4" w:space="0" w:color="E0D8CB"/>
                <w:left w:val="single" w:sz="4" w:space="0" w:color="E0D8CB"/>
                <w:bottom w:val="single" w:sz="4" w:space="0" w:color="E0D8CB"/>
                <w:right w:val="single" w:sz="4" w:space="0" w:color="E0D8CB"/>
                <w:insideH w:val="single" w:sz="4" w:space="0" w:color="E0D8CB"/>
                <w:insideV w:val="single" w:sz="4" w:space="0" w:color="E0D8CB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682"/>
              <w:gridCol w:w="2293"/>
              <w:gridCol w:w="2293"/>
              <w:gridCol w:w="2307"/>
            </w:tblGrid>
            <w:tr>
              <w:trPr>
                <w:trHeight w:val="340" w:hRule="atLeast"/>
              </w:trPr>
              <w:tc>
                <w:tcPr>
                  <w:tcW w:type="dxa" w:w="2682"/>
                  <w:shd w:val="clear" w:color="auto" w:fill="4A3521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Times New Roman" w:hAnsi="Times New Roman" w:cs="Times New Roman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293"/>
                  <w:shd w:val="clear" w:color="auto" w:fill="4A3521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Times New Roman" w:hAnsi="Times New Roman" w:cs="Times New Roman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293"/>
                  <w:shd w:val="clear" w:color="auto" w:fill="4A3521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Times New Roman" w:hAnsi="Times New Roman" w:cs="Times New Roman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308"/>
                  <w:shd w:val="clear" w:color="auto" w:fill="4A3521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Times New Roman" w:hAnsi="Times New Roman" w:cs="Times New Roman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68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241E17"/>
                      <w:sz w:val="18"/>
                      <w:u w:val="none"/>
                      <w:rFonts w:ascii="Corbel" w:hAnsi="Corbel" w:cs="Corbel"/>
                    </w:rPr>
                    <w:t/>
                  </w:r>
                </w:p>
              </w:tc>
              <w:tc>
                <w:tcPr>
                  <w:tcW w:type="dxa" w:w="229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241E17"/>
                      <w:sz w:val="18"/>
                      <w:u w:val="none"/>
                      <w:rFonts w:ascii="Corbel" w:hAnsi="Corbel" w:cs="Corbel"/>
                    </w:rPr>
                    <w:t/>
                  </w:r>
                </w:p>
              </w:tc>
              <w:tc>
                <w:tcPr>
                  <w:tcW w:type="dxa" w:w="229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241E17"/>
                      <w:sz w:val="18"/>
                      <w:u w:val="none"/>
                      <w:rFonts w:ascii="Corbel" w:hAnsi="Corbel" w:cs="Corbel"/>
                    </w:rPr>
                    <w:t/>
                  </w:r>
                </w:p>
              </w:tc>
              <w:tc>
                <w:tcPr>
                  <w:tcW w:type="dxa" w:w="230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241E17"/>
                      <w:sz w:val="18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</w:tbl>
          <w:p/>
          <w:p>
            <w:pPr>
              <w:keepNext/>
              <w:spacing w:before="180" w:after="100"/>
              <w:ind w:left="317"/>
              <w:pBdr>
                <w:left w:val="single" w:sz="24" w:space="7" w:color="C08A2E"/>
                <w:bottom w:val="single" w:sz="4" w:space="3" w:color="E0D8CB"/>
              </w:pBdr>
            </w:pPr>
            <w:r>
              <w:rPr>
                <w:b/>
                <w:i w:val="0"/>
                <w:color w:val="4A3521"/>
                <w:sz w:val="20"/>
                <w:u w:val="none"/>
                <w:rFonts w:ascii="Times New Roman" w:hAnsi="Times New Roman" w:cs="Times New Roman"/>
                <w:spacing w:val="30"/>
              </w:rPr>
              <w:t>WORK EXPERIENCE</w:t>
            </w:r>
          </w:p>
          <w:p>
            <w:pPr>
              <w:spacing w:before="160" w:after="0"/>
              <w:ind w:left="317"/>
            </w:pPr>
            <w:r>
              <w:rPr>
                <w:b/>
                <w:i w:val="0"/>
                <w:color w:val="655C50"/>
                <w:sz w:val="14"/>
                <w:u w:val="none"/>
                <w:rFonts w:ascii="Times New Roman" w:hAnsi="Times New Roman" w:cs="Times New Roman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317"/>
              <w:pBdr>
                <w:left w:val="single" w:sz="12" w:space="8" w:color="4A3521"/>
                <w:bottom w:val="single" w:sz="4" w:space="5" w:color="E0D8CB"/>
              </w:pBdr>
            </w:pPr>
            <w:r>
              <w:rPr>
                <w:b/>
                <w:i w:val="0"/>
                <w:color w:val="241E17"/>
                <w:sz w:val="19"/>
                <w:u w:val="none"/>
                <w:rFonts w:ascii="Corbel" w:hAnsi="Corbel" w:cs="Corbel"/>
              </w:rPr>
              <w:t/>
            </w:r>
          </w:p>
          <w:p>
            <w:pPr>
              <w:spacing w:before="160" w:after="0"/>
              <w:ind w:left="317"/>
            </w:pPr>
            <w:r>
              <w:rPr>
                <w:b/>
                <w:i w:val="0"/>
                <w:color w:val="655C50"/>
                <w:sz w:val="14"/>
                <w:u w:val="none"/>
                <w:rFonts w:ascii="Times New Roman" w:hAnsi="Times New Roman" w:cs="Times New Roman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317"/>
              <w:pBdr>
                <w:left w:val="single" w:sz="12" w:space="8" w:color="4A3521"/>
                <w:bottom w:val="single" w:sz="4" w:space="5" w:color="E0D8CB"/>
              </w:pBdr>
            </w:pPr>
            <w:r>
              <w:rPr>
                <w:b/>
                <w:i w:val="0"/>
                <w:color w:val="241E17"/>
                <w:sz w:val="19"/>
                <w:u w:val="none"/>
                <w:rFonts w:ascii="Corbel" w:hAnsi="Corbel" w:cs="Corbel"/>
              </w:rPr>
              <w:t/>
            </w:r>
          </w:p>
          <w:p>
            <w:pPr>
              <w:keepNext/>
              <w:spacing w:before="180" w:after="100"/>
              <w:ind w:left="317"/>
              <w:pBdr>
                <w:left w:val="single" w:sz="24" w:space="7" w:color="C08A2E"/>
                <w:bottom w:val="single" w:sz="4" w:space="3" w:color="E0D8CB"/>
              </w:pBdr>
            </w:pPr>
            <w:r>
              <w:rPr>
                <w:b/>
                <w:i w:val="0"/>
                <w:color w:val="4A3521"/>
                <w:sz w:val="20"/>
                <w:u w:val="none"/>
                <w:rFonts w:ascii="Times New Roman" w:hAnsi="Times New Roman" w:cs="Times New Roman"/>
                <w:spacing w:val="30"/>
              </w:rPr>
              <w:t>DECLARATION</w:t>
            </w:r>
          </w:p>
          <w:p>
            <w:pPr>
              <w:spacing w:before="60" w:after="0" w:line="288" w:lineRule="auto"/>
              <w:ind w:left="317" w:right="72"/>
              <w:jc w:val="both"/>
            </w:pPr>
            <w:r>
              <w:rPr>
                <w:b w:val="0"/>
                <w:i w:val="0"/>
                <w:color w:val="241E17"/>
                <w:sz w:val="20"/>
                <w:u w:val="none"/>
                <w:rFonts w:ascii="Corbel" w:hAnsi="Corbel" w:cs="Corbel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016"/>
              <w:gridCol w:w="4631"/>
            </w:tblGrid>
            <w:tr>
              <w:tc>
                <w:tcPr>
                  <w:tcW w:type="dxa" w:w="5017"/>
                </w:tcPr>
                <w:p>
                  <w:pPr>
                    <w:spacing w:before="0" w:after="0"/>
                    <w:ind w:left="317"/>
                  </w:pPr>
                  <w:r>
                    <w:rPr>
                      <w:b w:val="0"/>
                      <w:i w:val="0"/>
                      <w:color w:val="241E17"/>
                      <w:sz w:val="20"/>
                      <w:u w:val="none"/>
                      <w:rFonts w:ascii="Corbel" w:hAnsi="Corbel" w:cs="Corbel"/>
                    </w:rPr>
                    <w:t>Date: ____________________</w:t>
                  </w:r>
                </w:p>
              </w:tc>
              <w:tc>
                <w:tcPr>
                  <w:tcW w:type="dxa" w:w="4631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4A3521"/>
                      <w:sz w:val="20"/>
                      <w:u w:val="none"/>
                      <w:rFonts w:ascii="Corbel" w:hAnsi="Corbel" w:cs="Corbel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6" w:space="2" w:color="E0D8CB"/>
                    </w:pBdr>
                  </w:pPr>
                  <w:r>
                    <w:rPr>
                      <w:b w:val="0"/>
                      <w:i/>
                      <w:color w:val="655C50"/>
                      <w:sz w:val="18"/>
                      <w:u w:val="none"/>
                      <w:rFonts w:ascii="Corbel" w:hAnsi="Corbel" w:cs="Corbel"/>
                    </w:rPr>
                    <w:t>Signature</w:t>
                  </w:r>
                </w:p>
              </w:tc>
            </w:tr>
          </w:tbl>
          <w:p/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48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orbel" w:hAnsi="Corbel" w:eastAsia="Corbe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