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shd w:val="clear" w:color="auto" w:fill="2A2A7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Tahoma" w:hAnsi="Tahoma" w:cs="Tahom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EBEE2"/>
                <w:sz w:val="17"/>
                <w:u w:val="none"/>
                <w:rFonts w:ascii="Tahoma" w:hAnsi="Tahoma" w:cs="Tahom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EBEE2"/>
                <w:sz w:val="20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00A6A6"/>
                <w:left w:val="dotted" w:sz="8" w:space="0" w:color="00A6A6"/>
                <w:bottom w:val="dotted" w:sz="8" w:space="0" w:color="00A6A6"/>
                <w:right w:val="dotted" w:sz="8" w:space="0" w:color="00A6A6"/>
                <w:insideH w:val="dotted" w:sz="8" w:space="0" w:color="00A6A6"/>
                <w:insideV w:val="dotted" w:sz="8" w:space="0" w:color="00A6A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EEEF8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137"/>
      </w:tblGrid>
      <w:tr>
        <w:trPr>
          <w:trHeight w:val="7600" w:hRule="atLeast"/>
        </w:trPr>
        <w:tc>
          <w:tcPr>
            <w:tcW w:type="dxa" w:w="432"/>
            <w:tcBorders>
              <w:right w:val="single" w:sz="12" w:space="0" w:color="00A6A6"/>
            </w:tcBorders>
            <w:shd w:val="clear" w:color="auto" w:fill="EEEEF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13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823"/>
              <w:gridCol w:w="3882"/>
            </w:tblGrid>
            <w:tr>
              <w:tc>
                <w:tcPr>
                  <w:tcW w:type="dxa" w:w="5823"/>
                  <w:shd w:val="clear" w:color="auto" w:fill="E9F6F6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2A2A72"/>
                      <w:sz w:val="15"/>
                      <w:u w:val="none"/>
                      <w:rFonts w:ascii="Tahoma" w:hAnsi="Tahoma" w:cs="Tahoma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3882"/>
                  <w:shd w:val="clear" w:color="auto" w:fill="EEEEF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2A2A72"/>
                      <w:sz w:val="15"/>
                      <w:u w:val="none"/>
                      <w:rFonts w:ascii="Tahoma" w:hAnsi="Tahoma" w:cs="Tahoma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D1D2B"/>
                      <w:sz w:val="19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B5B75"/>
                      <w:sz w:val="17"/>
                      <w:u w:val="none"/>
                      <w:rFonts w:ascii="Candara" w:hAnsi="Candara" w:cs="Candara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00A6A6"/>
                <w:bottom w:val="single" w:sz="4" w:space="3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andara" w:hAnsi="Candara" w:cs="Candar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00A6A6"/>
                <w:bottom w:val="single" w:sz="4" w:space="3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8" w:space="0" w:color="2A2A72"/>
                <w:left w:val="single" w:sz="8" w:space="0" w:color="2A2A72"/>
                <w:bottom w:val="single" w:sz="8" w:space="0" w:color="2A2A72"/>
                <w:right w:val="single" w:sz="8" w:space="0" w:color="2A2A72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753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7"/>
                      <w:u w:val="none"/>
                      <w:rFonts w:ascii="Tahoma" w:hAnsi="Tahoma" w:cs="Tahoma"/>
                    </w:rPr>
                    <w:t>Full Name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7"/>
                      <w:u w:val="none"/>
                      <w:rFonts w:ascii="Tahoma" w:hAnsi="Tahoma" w:cs="Tahoma"/>
                    </w:rPr>
                    <w:t>Date of Birth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7"/>
                      <w:u w:val="none"/>
                      <w:rFonts w:ascii="Tahoma" w:hAnsi="Tahoma" w:cs="Tahoma"/>
                    </w:rPr>
                    <w:t>Gender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7"/>
                      <w:u w:val="none"/>
                      <w:rFonts w:ascii="Tahoma" w:hAnsi="Tahoma" w:cs="Tahoma"/>
                    </w:rPr>
                    <w:t>Mobile No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7"/>
                      <w:u w:val="none"/>
                      <w:rFonts w:ascii="Tahoma" w:hAnsi="Tahoma" w:cs="Tahoma"/>
                    </w:rPr>
                    <w:t>Nationality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7"/>
                      <w:u w:val="none"/>
                      <w:rFonts w:ascii="Tahoma" w:hAnsi="Tahoma" w:cs="Tahoma"/>
                    </w:rPr>
                    <w:t>Place of Birth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00A6A6"/>
                <w:bottom w:val="single" w:sz="4" w:space="3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single" w:sz="8" w:space="0" w:color="2A2A72"/>
                <w:left w:val="single" w:sz="8" w:space="0" w:color="2A2A72"/>
                <w:bottom w:val="single" w:sz="8" w:space="0" w:color="2A2A72"/>
                <w:right w:val="single" w:sz="8" w:space="0" w:color="2A2A72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660"/>
              <w:gridCol w:w="2271"/>
              <w:gridCol w:w="2271"/>
              <w:gridCol w:w="2286"/>
            </w:tblGrid>
            <w:tr>
              <w:trPr>
                <w:trHeight w:val="340" w:hRule="atLeast"/>
              </w:trPr>
              <w:tc>
                <w:tcPr>
                  <w:tcW w:type="dxa" w:w="2660"/>
                  <w:shd w:val="clear" w:color="auto" w:fill="00A6A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ahoma" w:hAnsi="Tahoma" w:cs="Tahom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272"/>
                  <w:shd w:val="clear" w:color="auto" w:fill="00A6A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ahoma" w:hAnsi="Tahoma" w:cs="Tahom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272"/>
                  <w:shd w:val="clear" w:color="auto" w:fill="00A6A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ahoma" w:hAnsi="Tahoma" w:cs="Tahom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286"/>
                  <w:shd w:val="clear" w:color="auto" w:fill="00A6A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ahoma" w:hAnsi="Tahoma" w:cs="Tahom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66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22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22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228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00A6A6"/>
                <w:bottom w:val="single" w:sz="4" w:space="3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2A2A72"/>
                <w:bottom w:val="single" w:sz="4" w:space="5" w:color="D6D6E6"/>
              </w:pBdr>
            </w:pPr>
            <w:r>
              <w:rPr>
                <w:b/>
                <w:i w:val="0"/>
                <w:color w:val="1D1D2B"/>
                <w:sz w:val="19"/>
                <w:u w:val="none"/>
                <w:rFonts w:ascii="Candara" w:hAnsi="Candara" w:cs="Candara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2A2A72"/>
                <w:bottom w:val="single" w:sz="4" w:space="5" w:color="D6D6E6"/>
              </w:pBdr>
            </w:pPr>
            <w:r>
              <w:rPr>
                <w:b/>
                <w:i w:val="0"/>
                <w:color w:val="1D1D2B"/>
                <w:sz w:val="19"/>
                <w:u w:val="none"/>
                <w:rFonts w:ascii="Candara" w:hAnsi="Candara" w:cs="Candara"/>
              </w:rPr>
              <w:t/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00A6A6"/>
                <w:bottom w:val="single" w:sz="4" w:space="3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andara" w:hAnsi="Candara" w:cs="Candar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972"/>
              <w:gridCol w:w="4589"/>
            </w:tblGrid>
            <w:tr>
              <w:tc>
                <w:tcPr>
                  <w:tcW w:type="dxa" w:w="4972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1D1D2B"/>
                      <w:sz w:val="20"/>
                      <w:u w:val="none"/>
                      <w:rFonts w:ascii="Candara" w:hAnsi="Candara" w:cs="Candara"/>
                    </w:rPr>
                    <w:t>Date: ____________________</w:t>
                  </w:r>
                </w:p>
              </w:tc>
              <w:tc>
                <w:tcPr>
                  <w:tcW w:type="dxa" w:w="459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2A2A72"/>
                      <w:sz w:val="20"/>
                      <w:u w:val="none"/>
                      <w:rFonts w:ascii="Candara" w:hAnsi="Candara" w:cs="Candar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2A2A72"/>
                    </w:pBdr>
                  </w:pPr>
                  <w:r>
                    <w:rPr>
                      <w:b w:val="0"/>
                      <w:i/>
                      <w:color w:val="5B5B75"/>
                      <w:sz w:val="18"/>
                      <w:u w:val="none"/>
                      <w:rFonts w:ascii="Candara" w:hAnsi="Candara" w:cs="Candar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