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078"/>
        <w:gridCol w:w="2376"/>
      </w:tblGrid>
      <w:tr>
        <w:tc>
          <w:tcPr>
            <w:tcW w:type="dxa" w:w="8078"/>
            <w:vAlign w:val="bottom"/>
          </w:tcPr>
          <w:p>
            <w:pPr>
              <w:spacing w:before="0" w:after="0"/>
            </w:pPr>
            <w:r>
              <w:rPr>
                <w:b/>
                <w:i w:val="0"/>
                <w:color w:val="33414F"/>
                <w:sz w:val="50"/>
                <w:u w:val="none"/>
                <w:rFonts w:ascii="Verdana" w:hAnsi="Verdana" w:cs="Verdana"/>
                <w:spacing w:val="26"/>
              </w:rPr>
              <w:t xml:space="preserve">YOUR NAME</w:t>
            </w:r>
          </w:p>
          <w:p>
            <w:pPr>
              <w:spacing w:before="80" w:after="80"/>
              <w:pBdr>
                <w:bottom w:val="single" w:sz="16" w:space="3" w:color="D2691E"/>
              </w:pBdr>
            </w:pPr>
          </w:p>
          <w:p>
            <w:pPr>
              <w:spacing w:before="80" w:after="0"/>
            </w:pPr>
            <w:r>
              <w:rPr>
                <w:b/>
                <w:i w:val="0"/>
                <w:color w:val="5F6B77"/>
                <w:sz w:val="18"/>
                <w:u w:val="none"/>
                <w:rFonts w:ascii="Verdana" w:hAnsi="Verdana" w:cs="Verdana"/>
                <w:spacing w:val="42"/>
              </w:rPr>
              <w:t>PROFESSIONAL RESUME</w:t>
            </w:r>
          </w:p>
          <w:p>
            <w:pPr>
              <w:spacing w:before="80" w:after="0"/>
            </w:pPr>
            <w:r>
              <w:rPr>
                <w:b w:val="0"/>
                <w:i/>
                <w:color w:val="1F252B"/>
                <w:sz w:val="20"/>
                <w:u w:val="none"/>
                <w:rFonts w:ascii="Arial" w:hAnsi="Arial" w:cs="Arial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uble" w:sz="12" w:space="0" w:color="D2691E"/>
                <w:left w:val="double" w:sz="12" w:space="0" w:color="D2691E"/>
                <w:bottom w:val="double" w:sz="12" w:space="0" w:color="D2691E"/>
                <w:right w:val="double" w:sz="12" w:space="0" w:color="D2691E"/>
                <w:insideH w:val="double" w:sz="12" w:space="0" w:color="D2691E"/>
                <w:insideV w:val="double" w:sz="12" w:space="0" w:color="D2691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8" w:space="0" w:color="33414F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32"/>
        <w:gridCol w:w="10022"/>
      </w:tblGrid>
      <w:tr>
        <w:trPr>
          <w:trHeight w:val="7600" w:hRule="atLeast"/>
        </w:trPr>
        <w:tc>
          <w:tcPr>
            <w:tcW w:type="dxa" w:w="432"/>
            <w:tcBorders>
              <w:right w:val="single" w:sz="12" w:space="0" w:color="D2691E"/>
            </w:tcBorders>
            <w:shd w:val="clear" w:color="auto" w:fill="EFF2F5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10022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8DEE4"/>
                <w:left w:val="none" w:sz="0" w:space="0" w:color="auto"/>
                <w:bottom w:val="single" w:sz="4" w:space="0" w:color="D8DEE4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90" w:type="dxa"/>
                <w:left w:w="140" w:type="dxa"/>
                <w:bottom w:w="9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5754"/>
              <w:gridCol w:w="3836"/>
            </w:tblGrid>
            <w:tr>
              <w:tc>
                <w:tcPr>
                  <w:tcW w:type="dxa" w:w="5754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33414F"/>
                      <w:sz w:val="15"/>
                      <w:u w:val="none"/>
                      <w:rFonts w:ascii="Verdana" w:hAnsi="Verdana" w:cs="Verdana"/>
                      <w:spacing w:val="24"/>
                    </w:rPr>
                    <w:t>ADDRESS:</w:t>
                  </w:r>
                </w:p>
                <w:p>
                  <w:pPr>
                    <w:spacing w:before="0" w:after="0" w:line="264" w:lineRule="auto"/>
                  </w:pPr>
                  <w:r>
                    <w:rPr>
                      <w:b w:val="0"/>
                      <w:i w:val="0"/>
                      <w:color w:val="1F252B"/>
                      <w:sz w:val="18"/>
                      <w:u w:val="none"/>
                      <w:rFonts w:ascii="Arial" w:hAnsi="Arial" w:cs="Arial"/>
                    </w:rPr>
                    <w:t/>
                  </w:r>
                </w:p>
              </w:tc>
              <w:tc>
                <w:tcPr>
                  <w:tcW w:type="dxa" w:w="3836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33414F"/>
                      <w:sz w:val="15"/>
                      <w:u w:val="none"/>
                      <w:rFonts w:ascii="Verdana" w:hAnsi="Verdana" w:cs="Verdana"/>
                      <w:spacing w:val="24"/>
                    </w:rPr>
                    <w:t>PASSPORT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F252B"/>
                      <w:sz w:val="19"/>
                      <w:u w:val="none"/>
                      <w:rFonts w:ascii="Arial" w:hAnsi="Arial" w:cs="Arial"/>
                    </w:rPr>
                    <w:t/>
                  </w:r>
                </w:p>
                <w:p>
                  <w:pPr>
                    <w:spacing w:before="20" w:after="0"/>
                  </w:pPr>
                  <w:r>
                    <w:rPr>
                      <w:b w:val="0"/>
                      <w:i w:val="0"/>
                      <w:color w:val="5F6B77"/>
                      <w:sz w:val="17"/>
                      <w:u w:val="none"/>
                      <w:rFonts w:ascii="Arial" w:hAnsi="Arial" w:cs="Arial"/>
                    </w:rPr>
                    <w:t xml:space="preserve">Valid until</w:t>
                  </w:r>
                </w:p>
              </w:tc>
            </w:tr>
          </w:tbl>
          <w:p/>
          <w:p>
            <w:pPr>
              <w:keepNext/>
              <w:spacing w:before="180" w:after="100"/>
              <w:ind w:left="317"/>
              <w:pBdr>
                <w:left w:val="single" w:sz="24" w:space="7" w:color="D2691E"/>
                <w:bottom w:val="single" w:sz="4" w:space="3" w:color="D8DEE4"/>
              </w:pBdr>
            </w:pPr>
            <w:r>
              <w:rPr>
                <w:b/>
                <w:i w:val="0"/>
                <w:color w:val="33414F"/>
                <w:sz w:val="20"/>
                <w:u w:val="none"/>
                <w:rFonts w:ascii="Verdana" w:hAnsi="Verdana" w:cs="Verdana"/>
                <w:spacing w:val="30"/>
              </w:rPr>
              <w:t>CAREER OBJECTIVE</w:t>
            </w:r>
          </w:p>
          <w:p>
            <w:pPr>
              <w:spacing w:before="60" w:after="0" w:line="288" w:lineRule="auto"/>
              <w:ind w:left="317" w:right="72"/>
              <w:jc w:val="both"/>
            </w:pPr>
            <w:r>
              <w:rPr>
                <w:b w:val="0"/>
                <w:i w:val="0"/>
                <w:color w:val="1F252B"/>
                <w:sz w:val="20"/>
                <w:u w:val="none"/>
                <w:rFonts w:ascii="Arial" w:hAnsi="Arial" w:cs="Arial"/>
              </w:rPr>
              <w:t>To obtain a suitable overseas employment opportunity where I can use my skills, dedication, and willingness to learn while contributing positively to the organization.</w:t>
            </w:r>
          </w:p>
          <w:p>
            <w:pPr>
              <w:keepNext/>
              <w:spacing w:before="180" w:after="100"/>
              <w:ind w:left="317"/>
              <w:pBdr>
                <w:left w:val="single" w:sz="24" w:space="7" w:color="D2691E"/>
                <w:bottom w:val="single" w:sz="4" w:space="3" w:color="D8DEE4"/>
              </w:pBdr>
            </w:pPr>
            <w:r>
              <w:rPr>
                <w:b/>
                <w:i w:val="0"/>
                <w:color w:val="33414F"/>
                <w:sz w:val="20"/>
                <w:u w:val="none"/>
                <w:rFonts w:ascii="Verdana" w:hAnsi="Verdana" w:cs="Verdana"/>
                <w:spacing w:val="30"/>
              </w:rPr>
              <w:t>PERSONAL DETAILS</w:t>
            </w:r>
          </w:p>
          <w:tbl>
            <w:tblPr>
              <w:tblW w:type="auto" w:w="0"/>
              <w:tblBorders>
                <w:top w:val="single" w:sz="4" w:space="0" w:color="D8DEE4"/>
                <w:left w:val="none" w:sz="0" w:space="0" w:color="auto"/>
                <w:bottom w:val="single" w:sz="4" w:space="0" w:color="D8DEE4"/>
                <w:right w:val="none" w:sz="0" w:space="0" w:color="auto"/>
                <w:insideH w:val="single" w:sz="4" w:space="0" w:color="D8DEE4"/>
                <w:insideV w:val="none" w:sz="0" w:space="0" w:color="auto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6638"/>
            </w:tblGrid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33414F"/>
                      <w:sz w:val="17"/>
                      <w:u w:val="none"/>
                      <w:rFonts w:ascii="Verdana" w:hAnsi="Verdana" w:cs="Verdana"/>
                    </w:rPr>
                    <w:t>Full Name</w:t>
                  </w:r>
                </w:p>
              </w:tc>
              <w:tc>
                <w:tcPr>
                  <w:tcW w:type="dxa" w:w="663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52B"/>
                      <w:sz w:val="18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33414F"/>
                      <w:sz w:val="17"/>
                      <w:u w:val="none"/>
                      <w:rFonts w:ascii="Verdana" w:hAnsi="Verdana" w:cs="Verdana"/>
                    </w:rPr>
                    <w:t>Date of Birth</w:t>
                  </w:r>
                </w:p>
              </w:tc>
              <w:tc>
                <w:tcPr>
                  <w:tcW w:type="dxa" w:w="663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52B"/>
                      <w:sz w:val="18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33414F"/>
                      <w:sz w:val="17"/>
                      <w:u w:val="none"/>
                      <w:rFonts w:ascii="Verdana" w:hAnsi="Verdana" w:cs="Verdana"/>
                    </w:rPr>
                    <w:t>Gender</w:t>
                  </w:r>
                </w:p>
              </w:tc>
              <w:tc>
                <w:tcPr>
                  <w:tcW w:type="dxa" w:w="663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52B"/>
                      <w:sz w:val="18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33414F"/>
                      <w:sz w:val="17"/>
                      <w:u w:val="none"/>
                      <w:rFonts w:ascii="Verdana" w:hAnsi="Verdana" w:cs="Verdana"/>
                    </w:rPr>
                    <w:t>Mobile No</w:t>
                  </w:r>
                </w:p>
              </w:tc>
              <w:tc>
                <w:tcPr>
                  <w:tcW w:type="dxa" w:w="663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52B"/>
                      <w:sz w:val="18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33414F"/>
                      <w:sz w:val="17"/>
                      <w:u w:val="none"/>
                      <w:rFonts w:ascii="Verdana" w:hAnsi="Verdana" w:cs="Verdana"/>
                    </w:rPr>
                    <w:t>Nationality</w:t>
                  </w:r>
                </w:p>
              </w:tc>
              <w:tc>
                <w:tcPr>
                  <w:tcW w:type="dxa" w:w="663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52B"/>
                      <w:sz w:val="18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33414F"/>
                      <w:sz w:val="17"/>
                      <w:u w:val="none"/>
                      <w:rFonts w:ascii="Verdana" w:hAnsi="Verdana" w:cs="Verdana"/>
                    </w:rPr>
                    <w:t>Place of Birth</w:t>
                  </w:r>
                </w:p>
              </w:tc>
              <w:tc>
                <w:tcPr>
                  <w:tcW w:type="dxa" w:w="663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52B"/>
                      <w:sz w:val="18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</w:tbl>
          <w:p/>
          <w:p>
            <w:pPr>
              <w:keepNext/>
              <w:spacing w:before="180" w:after="100"/>
              <w:ind w:left="317"/>
              <w:pBdr>
                <w:left w:val="single" w:sz="24" w:space="7" w:color="D2691E"/>
                <w:bottom w:val="single" w:sz="4" w:space="3" w:color="D8DEE4"/>
              </w:pBdr>
            </w:pPr>
            <w:r>
              <w:rPr>
                <w:b/>
                <w:i w:val="0"/>
                <w:color w:val="33414F"/>
                <w:sz w:val="20"/>
                <w:u w:val="none"/>
                <w:rFonts w:ascii="Verdana" w:hAnsi="Verdana" w:cs="Verdana"/>
                <w:spacing w:val="30"/>
              </w:rPr>
              <w:t>PASSPORT DETAILS</w:t>
            </w:r>
          </w:p>
          <w:tbl>
            <w:tblPr>
              <w:tblW w:type="auto" w:w="0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4" w:space="0" w:color="D8DEE4"/>
                <w:insideV w:val="single" w:sz="4" w:space="0" w:color="D8DEE4"/>
              </w:tblBorders>
              <w:tblLayout w:type="fixed"/>
              <w:tblCellMar>
                <w:top w:w="62" w:type="dxa"/>
                <w:left w:w="110" w:type="dxa"/>
                <w:bottom w:w="62" w:type="dxa"/>
                <w:right w:w="110" w:type="dxa"/>
              </w:tblCellMar>
              <w:tblLook w:firstColumn="1" w:firstRow="1" w:lastColumn="0" w:lastRow="0" w:noHBand="0" w:noVBand="1" w:val="04A0"/>
            </w:tblPr>
            <w:tblGrid>
              <w:gridCol w:w="2631"/>
              <w:gridCol w:w="2242"/>
              <w:gridCol w:w="2242"/>
              <w:gridCol w:w="2257"/>
            </w:tblGrid>
            <w:tr>
              <w:trPr>
                <w:trHeight w:val="340" w:hRule="atLeast"/>
              </w:trPr>
              <w:tc>
                <w:tcPr>
                  <w:tcW w:type="dxa" w:w="2632"/>
                  <w:shd w:val="clear" w:color="auto" w:fill="EFF2F5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33414F"/>
                      <w:sz w:val="16"/>
                      <w:u w:val="none"/>
                      <w:rFonts w:ascii="Verdana" w:hAnsi="Verdana" w:cs="Verdana"/>
                      <w:spacing w:val="8"/>
                    </w:rPr>
                    <w:t>Passport Number</w:t>
                  </w:r>
                </w:p>
              </w:tc>
              <w:tc>
                <w:tcPr>
                  <w:tcW w:type="dxa" w:w="2243"/>
                  <w:shd w:val="clear" w:color="auto" w:fill="EFF2F5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33414F"/>
                      <w:sz w:val="16"/>
                      <w:u w:val="none"/>
                      <w:rFonts w:ascii="Verdana" w:hAnsi="Verdana" w:cs="Verdana"/>
                      <w:spacing w:val="8"/>
                    </w:rPr>
                    <w:t>Issue Date</w:t>
                  </w:r>
                </w:p>
              </w:tc>
              <w:tc>
                <w:tcPr>
                  <w:tcW w:type="dxa" w:w="2243"/>
                  <w:shd w:val="clear" w:color="auto" w:fill="EFF2F5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33414F"/>
                      <w:sz w:val="16"/>
                      <w:u w:val="none"/>
                      <w:rFonts w:ascii="Verdana" w:hAnsi="Verdana" w:cs="Verdana"/>
                      <w:spacing w:val="8"/>
                    </w:rPr>
                    <w:t>Expiry Date</w:t>
                  </w:r>
                </w:p>
              </w:tc>
              <w:tc>
                <w:tcPr>
                  <w:tcW w:type="dxa" w:w="2257"/>
                  <w:shd w:val="clear" w:color="auto" w:fill="EFF2F5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33414F"/>
                      <w:sz w:val="16"/>
                      <w:u w:val="none"/>
                      <w:rFonts w:ascii="Verdana" w:hAnsi="Verdana" w:cs="Verdana"/>
                      <w:spacing w:val="8"/>
                    </w:rPr>
                    <w:t>Place of Issue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63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F252B"/>
                      <w:sz w:val="18"/>
                      <w:u w:val="none"/>
                      <w:rFonts w:ascii="Arial" w:hAnsi="Arial" w:cs="Arial"/>
                    </w:rPr>
                    <w:t/>
                  </w:r>
                </w:p>
              </w:tc>
              <w:tc>
                <w:tcPr>
                  <w:tcW w:type="dxa" w:w="224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F252B"/>
                      <w:sz w:val="18"/>
                      <w:u w:val="none"/>
                      <w:rFonts w:ascii="Arial" w:hAnsi="Arial" w:cs="Arial"/>
                    </w:rPr>
                    <w:t/>
                  </w:r>
                </w:p>
              </w:tc>
              <w:tc>
                <w:tcPr>
                  <w:tcW w:type="dxa" w:w="224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F252B"/>
                      <w:sz w:val="18"/>
                      <w:u w:val="none"/>
                      <w:rFonts w:ascii="Arial" w:hAnsi="Arial" w:cs="Arial"/>
                    </w:rPr>
                    <w:t/>
                  </w:r>
                </w:p>
              </w:tc>
              <w:tc>
                <w:tcPr>
                  <w:tcW w:type="dxa" w:w="2257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F252B"/>
                      <w:sz w:val="18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</w:tbl>
          <w:p/>
          <w:p>
            <w:pPr>
              <w:keepNext/>
              <w:spacing w:before="180" w:after="100"/>
              <w:ind w:left="317"/>
              <w:pBdr>
                <w:left w:val="single" w:sz="24" w:space="7" w:color="D2691E"/>
                <w:bottom w:val="single" w:sz="4" w:space="3" w:color="D8DEE4"/>
              </w:pBdr>
            </w:pPr>
            <w:r>
              <w:rPr>
                <w:b/>
                <w:i w:val="0"/>
                <w:color w:val="33414F"/>
                <w:sz w:val="20"/>
                <w:u w:val="none"/>
                <w:rFonts w:ascii="Verdana" w:hAnsi="Verdana" w:cs="Verdana"/>
                <w:spacing w:val="30"/>
              </w:rPr>
              <w:t>WORK EXPERIENCE</w:t>
            </w:r>
          </w:p>
          <w:p>
            <w:pPr>
              <w:spacing w:before="160" w:after="0"/>
              <w:ind w:left="317"/>
            </w:pPr>
            <w:r>
              <w:rPr>
                <w:b/>
                <w:i w:val="0"/>
                <w:color w:val="5F6B77"/>
                <w:sz w:val="14"/>
                <w:u w:val="none"/>
                <w:rFonts w:ascii="Verdana" w:hAnsi="Verdana" w:cs="Verdana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317"/>
              <w:pBdr>
                <w:left w:val="single" w:sz="12" w:space="8" w:color="33414F"/>
                <w:bottom w:val="single" w:sz="4" w:space="5" w:color="D8DEE4"/>
              </w:pBdr>
            </w:pPr>
            <w:r>
              <w:rPr>
                <w:b/>
                <w:i w:val="0"/>
                <w:color w:val="1F252B"/>
                <w:sz w:val="19"/>
                <w:u w:val="none"/>
                <w:rFonts w:ascii="Arial" w:hAnsi="Arial" w:cs="Arial"/>
              </w:rPr>
              <w:t/>
            </w:r>
          </w:p>
          <w:p>
            <w:pPr>
              <w:spacing w:before="160" w:after="0"/>
              <w:ind w:left="317"/>
            </w:pPr>
            <w:r>
              <w:rPr>
                <w:b/>
                <w:i w:val="0"/>
                <w:color w:val="5F6B77"/>
                <w:sz w:val="14"/>
                <w:u w:val="none"/>
                <w:rFonts w:ascii="Verdana" w:hAnsi="Verdana" w:cs="Verdana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317"/>
              <w:pBdr>
                <w:left w:val="single" w:sz="12" w:space="8" w:color="33414F"/>
                <w:bottom w:val="single" w:sz="4" w:space="5" w:color="D8DEE4"/>
              </w:pBdr>
            </w:pPr>
            <w:r>
              <w:rPr>
                <w:b/>
                <w:i w:val="0"/>
                <w:color w:val="1F252B"/>
                <w:sz w:val="19"/>
                <w:u w:val="none"/>
                <w:rFonts w:ascii="Arial" w:hAnsi="Arial" w:cs="Arial"/>
              </w:rPr>
              <w:t/>
            </w:r>
          </w:p>
          <w:p>
            <w:pPr>
              <w:keepNext/>
              <w:spacing w:before="180" w:after="100"/>
              <w:ind w:left="317"/>
              <w:pBdr>
                <w:left w:val="single" w:sz="24" w:space="7" w:color="D2691E"/>
                <w:bottom w:val="single" w:sz="4" w:space="3" w:color="D8DEE4"/>
              </w:pBdr>
            </w:pPr>
            <w:r>
              <w:rPr>
                <w:b/>
                <w:i w:val="0"/>
                <w:color w:val="33414F"/>
                <w:sz w:val="20"/>
                <w:u w:val="none"/>
                <w:rFonts w:ascii="Verdana" w:hAnsi="Verdana" w:cs="Verdana"/>
                <w:spacing w:val="30"/>
              </w:rPr>
              <w:t>DECLARATION</w:t>
            </w:r>
          </w:p>
          <w:p>
            <w:pPr>
              <w:spacing w:before="60" w:after="0" w:line="288" w:lineRule="auto"/>
              <w:ind w:left="317" w:right="72"/>
              <w:jc w:val="both"/>
            </w:pPr>
            <w:r>
              <w:rPr>
                <w:b w:val="0"/>
                <w:i w:val="0"/>
                <w:color w:val="1F252B"/>
                <w:sz w:val="20"/>
                <w:u w:val="none"/>
                <w:rFonts w:ascii="Arial" w:hAnsi="Arial" w:cs="Arial"/>
              </w:rPr>
              <w:t>I hereby declare that the above information is true and correct to the best of my knowledge.</w:t>
            </w:r>
          </w:p>
          <w:p>
            <w:pPr>
              <w:spacing w:before="600" w:after="0" w:line="40" w:lineRule="exact"/>
            </w:pP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912"/>
              <w:gridCol w:w="4534"/>
            </w:tblGrid>
            <w:tr>
              <w:tc>
                <w:tcPr>
                  <w:tcW w:type="dxa" w:w="4912"/>
                </w:tcPr>
                <w:p>
                  <w:pPr>
                    <w:spacing w:before="0" w:after="0"/>
                    <w:ind w:left="317"/>
                  </w:pPr>
                  <w:r>
                    <w:rPr>
                      <w:b w:val="0"/>
                      <w:i w:val="0"/>
                      <w:color w:val="1F252B"/>
                      <w:sz w:val="20"/>
                      <w:u w:val="none"/>
                      <w:rFonts w:ascii="Arial" w:hAnsi="Arial" w:cs="Arial"/>
                    </w:rPr>
                    <w:t>Date: ____________________</w:t>
                  </w:r>
                </w:p>
              </w:tc>
              <w:tc>
                <w:tcPr>
                  <w:tcW w:type="dxa" w:w="4534"/>
                </w:tcPr>
                <w:p>
                  <w:pPr>
                    <w:spacing w:before="0" w:after="60"/>
                    <w:jc w:val="right"/>
                  </w:pPr>
                  <w:r>
                    <w:rPr>
                      <w:b/>
                      <w:i w:val="0"/>
                      <w:color w:val="33414F"/>
                      <w:sz w:val="20"/>
                      <w:u w:val="none"/>
                      <w:rFonts w:ascii="Arial" w:hAnsi="Arial" w:cs="Arial"/>
                      <w:spacing w:val="12"/>
                    </w:rPr>
                    <w:t/>
                  </w:r>
                </w:p>
                <w:p>
                  <w:pPr>
                    <w:spacing w:before="0" w:after="0"/>
                    <w:jc w:val="right"/>
                    <w:pBdr>
                      <w:top w:val="single" w:sz="6" w:space="2" w:color="D8DEE4"/>
                    </w:pBdr>
                  </w:pPr>
                  <w:r>
                    <w:rPr>
                      <w:b w:val="0"/>
                      <w:i/>
                      <w:color w:val="5F6B77"/>
                      <w:sz w:val="18"/>
                      <w:u w:val="none"/>
                      <w:rFonts w:ascii="Arial" w:hAnsi="Arial" w:cs="Arial"/>
                    </w:rPr>
                    <w:t>Signature</w:t>
                  </w:r>
                </w:p>
              </w:tc>
            </w:tr>
          </w:tbl>
          <w:p/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720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