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424"/>
        <w:gridCol w:w="2376"/>
      </w:tblGrid>
      <w:tr>
        <w:tc>
          <w:tcPr>
            <w:tcW w:type="dxa" w:w="8424"/>
            <w:shd w:val="clear" w:color="auto" w:fill="4A1E52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8"/>
                <w:u w:val="none"/>
                <w:rFonts w:ascii="Trebuchet MS" w:hAnsi="Trebuchet MS" w:cs="Trebuchet MS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B4567E"/>
                <w:sz w:val="18"/>
                <w:u w:val="none"/>
                <w:rFonts w:ascii="Trebuchet MS" w:hAnsi="Trebuchet MS" w:cs="Trebuchet MS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D7C0DC"/>
                <w:sz w:val="20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376"/>
            <w:shd w:val="clear" w:color="auto" w:fill="4A1E52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18" w:space="0" w:color="4A1E52"/>
                <w:left w:val="single" w:sz="18" w:space="0" w:color="4A1E52"/>
                <w:bottom w:val="single" w:sz="18" w:space="0" w:color="4A1E52"/>
                <w:right w:val="single" w:sz="18" w:space="0" w:color="4A1E52"/>
                <w:insideH w:val="single" w:sz="18" w:space="0" w:color="4A1E52"/>
                <w:insideV w:val="single" w:sz="18" w:space="0" w:color="4A1E52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B4567E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32"/>
        <w:gridCol w:w="10368"/>
      </w:tblGrid>
      <w:tr>
        <w:trPr>
          <w:trHeight w:val="7600" w:hRule="atLeast"/>
        </w:trPr>
        <w:tc>
          <w:tcPr>
            <w:tcW w:type="dxa" w:w="432"/>
            <w:tcBorders>
              <w:right w:val="single" w:sz="12" w:space="0" w:color="B4567E"/>
            </w:tcBorders>
            <w:shd w:val="clear" w:color="auto" w:fill="F5EEF7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10368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E0D5E3"/>
                <w:left w:val="single" w:sz="4" w:space="0" w:color="E0D5E3"/>
                <w:bottom w:val="single" w:sz="4" w:space="0" w:color="E0D5E3"/>
                <w:right w:val="single" w:sz="4" w:space="0" w:color="E0D5E3"/>
                <w:insideH w:val="single" w:sz="4" w:space="0" w:color="E0D5E3"/>
                <w:insideV w:val="single" w:sz="4" w:space="0" w:color="E0D5E3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5961"/>
              <w:gridCol w:w="3974"/>
            </w:tblGrid>
            <w:tr>
              <w:tc>
                <w:tcPr>
                  <w:tcW w:type="dxa" w:w="5962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4A1E52"/>
                      <w:sz w:val="15"/>
                      <w:u w:val="none"/>
                      <w:rFonts w:ascii="Trebuchet MS" w:hAnsi="Trebuchet MS" w:cs="Trebuchet MS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  <w:tc>
                <w:tcPr>
                  <w:tcW w:type="dxa" w:w="3974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4A1E52"/>
                      <w:sz w:val="15"/>
                      <w:u w:val="none"/>
                      <w:rFonts w:ascii="Trebuchet MS" w:hAnsi="Trebuchet MS" w:cs="Trebuchet MS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41F26"/>
                      <w:sz w:val="19"/>
                      <w:u w:val="none"/>
                      <w:rFonts w:ascii="Georgia" w:hAnsi="Georgia" w:cs="Georgia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655C69"/>
                      <w:sz w:val="17"/>
                      <w:u w:val="none"/>
                      <w:rFonts w:ascii="Georgia" w:hAnsi="Georgia" w:cs="Georgia"/>
                    </w:rPr>
                    <w:t xml:space="preserve">Valid until</w:t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B4567E"/>
                <w:bottom w:val="single" w:sz="4" w:space="3" w:color="E0D5E3"/>
              </w:pBdr>
            </w:pPr>
            <w:r>
              <w:rPr>
                <w:b/>
                <w:i w:val="0"/>
                <w:color w:val="4A1E52"/>
                <w:sz w:val="20"/>
                <w:u w:val="none"/>
                <w:rFonts w:ascii="Trebuchet MS" w:hAnsi="Trebuchet MS" w:cs="Trebuchet MS"/>
                <w:spacing w:val="30"/>
              </w:rPr>
              <w:t>CAREER OBJECTIVE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241F26"/>
                <w:sz w:val="20"/>
                <w:u w:val="none"/>
                <w:rFonts w:ascii="Georgia" w:hAnsi="Georgia" w:cs="Georgia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B4567E"/>
                <w:bottom w:val="single" w:sz="4" w:space="3" w:color="E0D5E3"/>
              </w:pBdr>
            </w:pPr>
            <w:r>
              <w:rPr>
                <w:b/>
                <w:i w:val="0"/>
                <w:color w:val="4A1E52"/>
                <w:sz w:val="20"/>
                <w:u w:val="none"/>
                <w:rFonts w:ascii="Trebuchet MS" w:hAnsi="Trebuchet MS" w:cs="Trebuchet MS"/>
                <w:spacing w:val="30"/>
              </w:rPr>
              <w:t>PERSONAL DETAILS</w:t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6983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7"/>
                      <w:u w:val="none"/>
                      <w:rFonts w:ascii="Trebuchet MS" w:hAnsi="Trebuchet MS" w:cs="Trebuchet MS"/>
                    </w:rPr>
                    <w:t>Full Name</w:t>
                  </w:r>
                </w:p>
              </w:tc>
              <w:tc>
                <w:tcPr>
                  <w:tcW w:type="dxa" w:w="6984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7"/>
                      <w:u w:val="none"/>
                      <w:rFonts w:ascii="Trebuchet MS" w:hAnsi="Trebuchet MS" w:cs="Trebuchet MS"/>
                    </w:rPr>
                    <w:t>Date of Birth</w:t>
                  </w:r>
                </w:p>
              </w:tc>
              <w:tc>
                <w:tcPr>
                  <w:tcW w:type="dxa" w:w="698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7"/>
                      <w:u w:val="none"/>
                      <w:rFonts w:ascii="Trebuchet MS" w:hAnsi="Trebuchet MS" w:cs="Trebuchet MS"/>
                    </w:rPr>
                    <w:t>Gender</w:t>
                  </w:r>
                </w:p>
              </w:tc>
              <w:tc>
                <w:tcPr>
                  <w:tcW w:type="dxa" w:w="6984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7"/>
                      <w:u w:val="none"/>
                      <w:rFonts w:ascii="Trebuchet MS" w:hAnsi="Trebuchet MS" w:cs="Trebuchet MS"/>
                    </w:rPr>
                    <w:t>Mobile No</w:t>
                  </w:r>
                </w:p>
              </w:tc>
              <w:tc>
                <w:tcPr>
                  <w:tcW w:type="dxa" w:w="698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7"/>
                      <w:u w:val="none"/>
                      <w:rFonts w:ascii="Trebuchet MS" w:hAnsi="Trebuchet MS" w:cs="Trebuchet MS"/>
                    </w:rPr>
                    <w:t>Nationality</w:t>
                  </w:r>
                </w:p>
              </w:tc>
              <w:tc>
                <w:tcPr>
                  <w:tcW w:type="dxa" w:w="6984"/>
                  <w:shd w:val="clear" w:color="auto" w:fill="F5EEF7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4A1E52"/>
                      <w:sz w:val="17"/>
                      <w:u w:val="none"/>
                      <w:rFonts w:ascii="Trebuchet MS" w:hAnsi="Trebuchet MS" w:cs="Trebuchet MS"/>
                    </w:rPr>
                    <w:t>Place of Birth</w:t>
                  </w:r>
                </w:p>
              </w:tc>
              <w:tc>
                <w:tcPr>
                  <w:tcW w:type="dxa" w:w="6984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B4567E"/>
                <w:bottom w:val="single" w:sz="4" w:space="3" w:color="E0D5E3"/>
              </w:pBdr>
            </w:pPr>
            <w:r>
              <w:rPr>
                <w:b/>
                <w:i w:val="0"/>
                <w:color w:val="4A1E52"/>
                <w:sz w:val="20"/>
                <w:u w:val="none"/>
                <w:rFonts w:ascii="Trebuchet MS" w:hAnsi="Trebuchet MS" w:cs="Trebuchet MS"/>
                <w:spacing w:val="30"/>
              </w:rPr>
              <w:t>PASSPORT DETAILS</w:t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718"/>
              <w:gridCol w:w="2329"/>
              <w:gridCol w:w="2329"/>
              <w:gridCol w:w="2343"/>
            </w:tblGrid>
            <w:tr>
              <w:trPr>
                <w:trHeight w:val="340" w:hRule="atLeast"/>
              </w:trPr>
              <w:tc>
                <w:tcPr>
                  <w:tcW w:type="dxa" w:w="2718"/>
                  <w:shd w:val="clear" w:color="auto" w:fill="F8EF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329"/>
                  <w:shd w:val="clear" w:color="auto" w:fill="F8EF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329"/>
                  <w:shd w:val="clear" w:color="auto" w:fill="F8EF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344"/>
                  <w:shd w:val="clear" w:color="auto" w:fill="F8EF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4A1E52"/>
                      <w:sz w:val="16"/>
                      <w:u w:val="none"/>
                      <w:rFonts w:ascii="Trebuchet MS" w:hAnsi="Trebuchet MS" w:cs="Trebuchet MS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718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41F26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  <w:tc>
                <w:tcPr>
                  <w:tcW w:type="dxa" w:w="2329"/>
                  <w:shd w:val="clear" w:color="auto" w:fill="F5EEF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  <w:tc>
                <w:tcPr>
                  <w:tcW w:type="dxa" w:w="2329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  <w:tc>
                <w:tcPr>
                  <w:tcW w:type="dxa" w:w="2344"/>
                  <w:shd w:val="clear" w:color="auto" w:fill="F5EEF7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241F26"/>
                      <w:sz w:val="18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80" w:after="100"/>
              <w:ind w:left="317"/>
              <w:pBdr>
                <w:left w:val="single" w:sz="24" w:space="7" w:color="B4567E"/>
                <w:bottom w:val="single" w:sz="4" w:space="3" w:color="E0D5E3"/>
              </w:pBdr>
            </w:pPr>
            <w:r>
              <w:rPr>
                <w:b/>
                <w:i w:val="0"/>
                <w:color w:val="4A1E52"/>
                <w:sz w:val="20"/>
                <w:u w:val="none"/>
                <w:rFonts w:ascii="Trebuchet MS" w:hAnsi="Trebuchet MS" w:cs="Trebuchet MS"/>
                <w:spacing w:val="30"/>
              </w:rPr>
              <w:t>WORK EXPERIENCE</w:t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4A1E52"/>
                <w:bottom w:val="single" w:sz="4" w:space="5" w:color="E0D5E3"/>
              </w:pBdr>
            </w:pPr>
            <w:r>
              <w:rPr>
                <w:b/>
                <w:i w:val="0"/>
                <w:color w:val="241F26"/>
                <w:sz w:val="19"/>
                <w:u w:val="none"/>
                <w:rFonts w:ascii="Georgia" w:hAnsi="Georgia" w:cs="Georgia"/>
              </w:rPr>
              <w:t/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655C69"/>
                <w:sz w:val="14"/>
                <w:u w:val="none"/>
                <w:rFonts w:ascii="Trebuchet MS" w:hAnsi="Trebuchet MS" w:cs="Trebuchet MS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4A1E52"/>
                <w:bottom w:val="single" w:sz="4" w:space="5" w:color="E0D5E3"/>
              </w:pBdr>
            </w:pPr>
            <w:r>
              <w:rPr>
                <w:b/>
                <w:i w:val="0"/>
                <w:color w:val="241F26"/>
                <w:sz w:val="19"/>
                <w:u w:val="none"/>
                <w:rFonts w:ascii="Georgia" w:hAnsi="Georgia" w:cs="Georgia"/>
              </w:rPr>
              <w:t/>
            </w:r>
          </w:p>
          <w:p>
            <w:pPr>
              <w:keepNext/>
              <w:spacing w:before="180" w:after="100"/>
              <w:ind w:left="317"/>
              <w:pBdr>
                <w:left w:val="single" w:sz="24" w:space="7" w:color="B4567E"/>
                <w:bottom w:val="single" w:sz="4" w:space="3" w:color="E0D5E3"/>
              </w:pBdr>
            </w:pPr>
            <w:r>
              <w:rPr>
                <w:b/>
                <w:i w:val="0"/>
                <w:color w:val="4A1E52"/>
                <w:sz w:val="20"/>
                <w:u w:val="none"/>
                <w:rFonts w:ascii="Trebuchet MS" w:hAnsi="Trebuchet MS" w:cs="Trebuchet MS"/>
                <w:spacing w:val="30"/>
              </w:rPr>
              <w:t>DECLARATION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241F26"/>
                <w:sz w:val="20"/>
                <w:u w:val="none"/>
                <w:rFonts w:ascii="Georgia" w:hAnsi="Georgia" w:cs="Georgia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091"/>
              <w:gridCol w:w="4700"/>
            </w:tblGrid>
            <w:tr>
              <w:tc>
                <w:tcPr>
                  <w:tcW w:type="dxa" w:w="5092"/>
                </w:tcPr>
                <w:p>
                  <w:pPr>
                    <w:spacing w:before="0" w:after="0"/>
                    <w:ind w:left="317"/>
                  </w:pPr>
                  <w:r>
                    <w:rPr>
                      <w:b w:val="0"/>
                      <w:i w:val="0"/>
                      <w:color w:val="241F26"/>
                      <w:sz w:val="20"/>
                      <w:u w:val="none"/>
                      <w:rFonts w:ascii="Georgia" w:hAnsi="Georgia" w:cs="Georgia"/>
                    </w:rPr>
                    <w:t>Date: ____________________</w:t>
                  </w:r>
                </w:p>
              </w:tc>
              <w:tc>
                <w:tcPr>
                  <w:tcW w:type="dxa" w:w="4700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4A1E52"/>
                      <w:sz w:val="20"/>
                      <w:u w:val="none"/>
                      <w:rFonts w:ascii="Georgia" w:hAnsi="Georgia" w:cs="Georgia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10" w:space="2" w:color="4A1E52"/>
                    </w:pBdr>
                  </w:pPr>
                  <w:r>
                    <w:rPr>
                      <w:b w:val="0"/>
                      <w:i/>
                      <w:color w:val="655C69"/>
                      <w:sz w:val="18"/>
                      <w:u w:val="none"/>
                      <w:rFonts w:ascii="Georgia" w:hAnsi="Georgia" w:cs="Georgia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05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Georgia" w:hAnsi="Georgia" w:eastAsia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