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50"/>
                <w:u w:val="none"/>
                <w:rFonts w:ascii="Cambria" w:hAnsi="Cambria" w:cs="Cambri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B08150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B5A57"/>
                <w:sz w:val="18"/>
                <w:u w:val="none"/>
                <w:rFonts w:ascii="Cambria" w:hAnsi="Cambria" w:cs="Cambri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26201F"/>
                <w:sz w:val="20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B08150"/>
                <w:left w:val="dotted" w:sz="8" w:space="0" w:color="B08150"/>
                <w:bottom w:val="dotted" w:sz="8" w:space="0" w:color="B08150"/>
                <w:right w:val="dotted" w:sz="8" w:space="0" w:color="B08150"/>
                <w:insideH w:val="dotted" w:sz="8" w:space="0" w:color="B08150"/>
                <w:insideV w:val="dotted" w:sz="8" w:space="0" w:color="B0815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7EFEA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6E1B2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368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B08150"/>
            </w:tcBorders>
            <w:shd w:val="clear" w:color="auto" w:fill="F7EFEA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36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2D6D2"/>
                <w:left w:val="single" w:sz="4" w:space="0" w:color="E2D6D2"/>
                <w:bottom w:val="single" w:sz="4" w:space="0" w:color="E2D6D2"/>
                <w:right w:val="single" w:sz="4" w:space="0" w:color="E2D6D2"/>
                <w:insideH w:val="single" w:sz="4" w:space="0" w:color="E2D6D2"/>
                <w:insideV w:val="single" w:sz="4" w:space="0" w:color="E2D6D2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961"/>
              <w:gridCol w:w="3974"/>
            </w:tblGrid>
            <w:tr>
              <w:tc>
                <w:tcPr>
                  <w:tcW w:type="dxa" w:w="5962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6E1B26"/>
                      <w:sz w:val="15"/>
                      <w:u w:val="none"/>
                      <w:rFonts w:ascii="Cambria" w:hAnsi="Cambria" w:cs="Cambria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397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6E1B26"/>
                      <w:sz w:val="15"/>
                      <w:u w:val="none"/>
                      <w:rFonts w:ascii="Cambria" w:hAnsi="Cambria" w:cs="Cambria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201F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6B5A57"/>
                      <w:sz w:val="17"/>
                      <w:u w:val="none"/>
                      <w:rFonts w:ascii="Century Gothic" w:hAnsi="Century Gothic" w:cs="Century Gothic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08150"/>
                <w:bottom w:val="single" w:sz="4" w:space="3" w:color="E2D6D2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26201F"/>
                <w:sz w:val="20"/>
                <w:u w:val="none"/>
                <w:rFonts w:ascii="Century Gothic" w:hAnsi="Century Gothic" w:cs="Century Gothic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B08150"/>
                <w:bottom w:val="single" w:sz="4" w:space="3" w:color="E2D6D2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E2D6D2"/>
                <w:left w:val="none" w:sz="0" w:space="0" w:color="auto"/>
                <w:bottom w:val="single" w:sz="4" w:space="0" w:color="E2D6D2"/>
                <w:right w:val="none" w:sz="0" w:space="0" w:color="auto"/>
                <w:insideH w:val="single" w:sz="4" w:space="0" w:color="E2D6D2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983"/>
            </w:tblGrid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Full Name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Date of Birth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Gender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Mobile No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Nationality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7"/>
                      <w:u w:val="none"/>
                      <w:rFonts w:ascii="Cambria" w:hAnsi="Cambria" w:cs="Cambria"/>
                    </w:rPr>
                    <w:t>Place of Birth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08150"/>
                <w:bottom w:val="single" w:sz="4" w:space="3" w:color="E2D6D2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E2D6D2"/>
                <w:insideV w:val="single" w:sz="4" w:space="0" w:color="E2D6D2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718"/>
              <w:gridCol w:w="2329"/>
              <w:gridCol w:w="2329"/>
              <w:gridCol w:w="2343"/>
            </w:tblGrid>
            <w:tr>
              <w:trPr>
                <w:trHeight w:val="340" w:hRule="atLeast"/>
              </w:trPr>
              <w:tc>
                <w:tcPr>
                  <w:tcW w:type="dxa" w:w="2718"/>
                  <w:shd w:val="clear" w:color="auto" w:fill="F7EF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329"/>
                  <w:shd w:val="clear" w:color="auto" w:fill="F7EF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329"/>
                  <w:shd w:val="clear" w:color="auto" w:fill="F7EF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344"/>
                  <w:shd w:val="clear" w:color="auto" w:fill="F7EF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71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32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32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34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08150"/>
                <w:bottom w:val="single" w:sz="4" w:space="3" w:color="E2D6D2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6E1B26"/>
                <w:bottom w:val="single" w:sz="4" w:space="5" w:color="E2D6D2"/>
              </w:pBdr>
            </w:pPr>
            <w:r>
              <w:rPr>
                <w:b/>
                <w:i w:val="0"/>
                <w:color w:val="26201F"/>
                <w:sz w:val="19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6E1B26"/>
                <w:bottom w:val="single" w:sz="4" w:space="5" w:color="E2D6D2"/>
              </w:pBdr>
            </w:pPr>
            <w:r>
              <w:rPr>
                <w:b/>
                <w:i w:val="0"/>
                <w:color w:val="26201F"/>
                <w:sz w:val="19"/>
                <w:u w:val="none"/>
                <w:rFonts w:ascii="Century Gothic" w:hAnsi="Century Gothic" w:cs="Century Gothic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B08150"/>
                <w:bottom w:val="single" w:sz="4" w:space="3" w:color="E2D6D2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26201F"/>
                <w:sz w:val="20"/>
                <w:u w:val="none"/>
                <w:rFonts w:ascii="Century Gothic" w:hAnsi="Century Gothic" w:cs="Century Gothic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091"/>
              <w:gridCol w:w="4700"/>
            </w:tblGrid>
            <w:tr>
              <w:tc>
                <w:tcPr>
                  <w:tcW w:type="dxa" w:w="5092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26201F"/>
                      <w:sz w:val="20"/>
                      <w:u w:val="none"/>
                      <w:rFonts w:ascii="Century Gothic" w:hAnsi="Century Gothic" w:cs="Century Gothic"/>
                    </w:rPr>
                    <w:t>Date: ____________________</w:t>
                  </w:r>
                </w:p>
              </w:tc>
              <w:tc>
                <w:tcPr>
                  <w:tcW w:type="dxa" w:w="470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6E1B26"/>
                      <w:sz w:val="20"/>
                      <w:u w:val="none"/>
                      <w:rFonts w:ascii="Century Gothic" w:hAnsi="Century Gothic" w:cs="Century Gothic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6E1B26"/>
                    </w:pBdr>
                  </w:pPr>
                  <w:r>
                    <w:rPr>
                      <w:b w:val="0"/>
                      <w:i/>
                      <w:color w:val="6B5A57"/>
                      <w:sz w:val="18"/>
                      <w:u w:val="none"/>
                      <w:rFonts w:ascii="Century Gothic" w:hAnsi="Century Gothic" w:cs="Century Gothic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