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1E5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F26"/>
                <w:sz w:val="48"/>
                <w:u w:val="none"/>
                <w:rFonts w:ascii="Trebuchet MS" w:hAnsi="Trebuchet MS" w:cs="Trebuchet MS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4567E"/>
                <w:sz w:val="17"/>
                <w:u w:val="none"/>
                <w:rFonts w:ascii="Trebuchet MS" w:hAnsi="Trebuchet MS" w:cs="Trebuchet MS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69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4567E"/>
                <w:left w:val="single" w:sz="8" w:space="0" w:color="B4567E"/>
                <w:bottom w:val="single" w:sz="8" w:space="0" w:color="B4567E"/>
                <w:right w:val="single" w:sz="8" w:space="0" w:color="B4567E"/>
                <w:insideH w:val="single" w:sz="8" w:space="0" w:color="B4567E"/>
                <w:insideV w:val="single" w:sz="8" w:space="0" w:color="B4567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5E3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F5EEF7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F26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4262"/>
            <w:tcBorders>
              <w:left w:val="single" w:sz="6" w:space="0" w:color="E0D5E3"/>
            </w:tcBorders>
            <w:shd w:val="clear" w:color="auto" w:fill="F5EEF7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1E52"/>
                <w:sz w:val="15"/>
                <w:u w:val="none"/>
                <w:rFonts w:ascii="Trebuchet MS" w:hAnsi="Trebuchet MS" w:cs="Trebuchet MS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F26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69"/>
                <w:sz w:val="17"/>
                <w:u w:val="none"/>
                <w:rFonts w:ascii="Cambria" w:hAnsi="Cambria" w:cs="Cambria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288"/>
        <w:gridCol w:w="5184"/>
      </w:tblGrid>
      <w:tr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  <w:shd w:val="clear" w:color="auto" w:fill="F5EEF7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6" w:space="4" w:color="E0D5E3"/>
                      <w:left w:val="single" w:sz="6" w:space="6" w:color="E0D5E3"/>
                      <w:bottom w:val="single" w:sz="6" w:space="4" w:color="E0D5E3"/>
                      <w:right w:val="single" w:sz="6" w:space="6" w:color="E0D5E3"/>
                    </w:pBdr>
                  </w:pPr>
                  <w:r>
                    <w:rPr>
                      <w:b/>
                      <w:i w:val="0"/>
                      <w:color w:val="4A1E52"/>
                      <w:sz w:val="19"/>
                      <w:u w:val="none"/>
                      <w:rFonts w:ascii="Trebuchet MS" w:hAnsi="Trebuchet MS" w:cs="Trebuchet MS"/>
                      <w:spacing w:val="32"/>
                    </w:rPr>
                    <w:t xml:space="preserve">  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Cambria" w:hAnsi="Cambria" w:cs="Cambria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6" w:space="4" w:color="E0D5E3"/>
                      <w:left w:val="single" w:sz="6" w:space="6" w:color="E0D5E3"/>
                      <w:bottom w:val="single" w:sz="6" w:space="4" w:color="E0D5E3"/>
                      <w:right w:val="single" w:sz="6" w:space="6" w:color="E0D5E3"/>
                    </w:pBdr>
                  </w:pPr>
                  <w:r>
                    <w:rPr>
                      <w:b/>
                      <w:i w:val="0"/>
                      <w:color w:val="4A1E52"/>
                      <w:sz w:val="19"/>
                      <w:u w:val="none"/>
                      <w:rFonts w:ascii="Trebuchet MS" w:hAnsi="Trebuchet MS" w:cs="Trebuchet MS"/>
                      <w:spacing w:val="32"/>
                    </w:rPr>
                    <w:t xml:space="preserve">  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18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8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6" w:space="4" w:color="E0D5E3"/>
                      <w:left w:val="single" w:sz="6" w:space="6" w:color="E0D5E3"/>
                      <w:bottom w:val="single" w:sz="6" w:space="4" w:color="E0D5E3"/>
                      <w:right w:val="single" w:sz="6" w:space="6" w:color="E0D5E3"/>
                    </w:pBdr>
                  </w:pPr>
                  <w:r>
                    <w:rPr>
                      <w:b/>
                      <w:i w:val="0"/>
                      <w:color w:val="4A1E52"/>
                      <w:sz w:val="19"/>
                      <w:u w:val="none"/>
                      <w:rFonts w:ascii="Trebuchet MS" w:hAnsi="Trebuchet MS" w:cs="Trebuchet MS"/>
                      <w:spacing w:val="32"/>
                    </w:rPr>
                    <w:t xml:space="preserve">  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241F26"/>
                      <w:sz w:val="17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8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84"/>
            </w:tblGrid>
            <w:tr>
              <w:tc>
                <w:tcPr>
                  <w:tcW w:type="dxa" w:w="5184"/>
                  <w:shd w:val="clear" w:color="auto" w:fill="F5EEF7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6" w:space="4" w:color="E0D5E3"/>
                      <w:left w:val="single" w:sz="6" w:space="6" w:color="E0D5E3"/>
                      <w:bottom w:val="single" w:sz="6" w:space="4" w:color="E0D5E3"/>
                      <w:right w:val="single" w:sz="6" w:space="6" w:color="E0D5E3"/>
                    </w:pBdr>
                  </w:pPr>
                  <w:r>
                    <w:rPr>
                      <w:b/>
                      <w:i w:val="0"/>
                      <w:color w:val="4A1E52"/>
                      <w:sz w:val="19"/>
                      <w:u w:val="none"/>
                      <w:rFonts w:ascii="Trebuchet MS" w:hAnsi="Trebuchet MS" w:cs="Trebuchet MS"/>
                      <w:spacing w:val="32"/>
                    </w:rPr>
                    <w:t xml:space="preserve">  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4567E"/>
                    </w:pBdr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4567E"/>
                    </w:pBdr>
                  </w:pPr>
                  <w:r>
                    <w:rPr>
                      <w:b/>
                      <w:i w:val="0"/>
                      <w:color w:val="241F26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4567E"/>
                    </w:pBdr>
                  </w:pPr>
                  <w:r>
                    <w:rPr>
                      <w:b/>
                      <w:i w:val="0"/>
                      <w:color w:val="655C69"/>
                      <w:sz w:val="13"/>
                      <w:u w:val="none"/>
                      <w:rFonts w:ascii="Trebuchet MS" w:hAnsi="Trebuchet MS" w:cs="Trebuchet MS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4567E"/>
                    </w:pBdr>
                  </w:pPr>
                  <w:r>
                    <w:rPr>
                      <w:b/>
                      <w:i w:val="0"/>
                      <w:color w:val="241F26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top w:val="single" w:sz="6" w:space="4" w:color="E0D5E3"/>
          <w:left w:val="single" w:sz="6" w:space="6" w:color="E0D5E3"/>
          <w:bottom w:val="single" w:sz="6" w:space="4" w:color="E0D5E3"/>
          <w:right w:val="single" w:sz="6" w:space="6" w:color="E0D5E3"/>
        </w:pBdr>
      </w:pPr>
      <w:r>
        <w:rPr>
          <w:b/>
          <w:i w:val="0"/>
          <w:color w:val="4A1E52"/>
          <w:sz w:val="21"/>
          <w:u w:val="none"/>
          <w:rFonts w:ascii="Trebuchet MS" w:hAnsi="Trebuchet MS" w:cs="Trebuchet MS"/>
          <w:spacing w:val="32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F26"/>
          <w:sz w:val="20"/>
          <w:u w:val="none"/>
          <w:rFonts w:ascii="Cambria" w:hAnsi="Cambria" w:cs="Cambr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5E3"/>
              </w:pBdr>
            </w:pPr>
            <w:r>
              <w:rPr>
                <w:b w:val="0"/>
                <w:i/>
                <w:color w:val="655C69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