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1E443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Georgia" w:hAnsi="Georgia" w:cs="Georgi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86953F"/>
                <w:sz w:val="18"/>
                <w:u w:val="none"/>
                <w:rFonts w:ascii="Georgia" w:hAnsi="Georgia" w:cs="Georg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DD3C4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shd w:val="clear" w:color="auto" w:fill="1E4433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86953F"/>
                <w:left w:val="single" w:sz="8" w:space="0" w:color="86953F"/>
                <w:bottom w:val="single" w:sz="8" w:space="0" w:color="86953F"/>
                <w:right w:val="single" w:sz="8" w:space="0" w:color="86953F"/>
                <w:insideH w:val="single" w:sz="8" w:space="0" w:color="86953F"/>
                <w:insideV w:val="single" w:sz="8" w:space="0" w:color="86953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86953F"/>
        </w:pBdr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single" w:sz="4" w:space="0" w:color="D4DED7"/>
          <w:insideV w:val="single" w:sz="4" w:space="0" w:color="D4DED7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620"/>
                <w:sz w:val="19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6A60"/>
                <w:sz w:val="17"/>
                <w:u w:val="none"/>
                <w:rFonts w:ascii="Century Gothic" w:hAnsi="Century Gothic" w:cs="Century Gothic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256"/>
        <w:gridCol w:w="288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EDF3EE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left w:val="single" w:sz="24" w:space="7" w:color="86953F"/>
                      <w:bottom w:val="single" w:sz="4" w:space="3" w:color="D4DED7"/>
                    </w:pBdr>
                  </w:pPr>
                  <w:r>
                    <w:rPr>
                      <w:b/>
                      <w:i w:val="0"/>
                      <w:color w:val="1E4433"/>
                      <w:sz w:val="19"/>
                      <w:u w:val="none"/>
                      <w:rFonts w:ascii="Georgia" w:hAnsi="Georgia" w:cs="Georgia"/>
                      <w:spacing w:val="30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entury Gothic" w:hAnsi="Century Gothic" w:cs="Century Gothic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left w:val="single" w:sz="24" w:space="7" w:color="86953F"/>
                      <w:bottom w:val="single" w:sz="4" w:space="3" w:color="D4DED7"/>
                    </w:pBdr>
                  </w:pPr>
                  <w:r>
                    <w:rPr>
                      <w:b/>
                      <w:i w:val="0"/>
                      <w:color w:val="1E4433"/>
                      <w:sz w:val="19"/>
                      <w:u w:val="none"/>
                      <w:rFonts w:ascii="Georgia" w:hAnsi="Georgia" w:cs="Georgia"/>
                      <w:spacing w:val="30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2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2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left w:val="single" w:sz="24" w:space="7" w:color="86953F"/>
                      <w:bottom w:val="single" w:sz="4" w:space="3" w:color="D4DED7"/>
                    </w:pBdr>
                  </w:pPr>
                  <w:r>
                    <w:rPr>
                      <w:b/>
                      <w:i w:val="0"/>
                      <w:color w:val="1E4433"/>
                      <w:sz w:val="19"/>
                      <w:u w:val="none"/>
                      <w:rFonts w:ascii="Georgia" w:hAnsi="Georgia" w:cs="Georgia"/>
                      <w:spacing w:val="30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620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25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256"/>
            </w:tblGrid>
            <w:tr>
              <w:tc>
                <w:tcPr>
                  <w:tcW w:type="dxa" w:w="5256"/>
                  <w:shd w:val="clear" w:color="auto" w:fill="EDF3EE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left w:val="single" w:sz="24" w:space="7" w:color="86953F"/>
                      <w:bottom w:val="single" w:sz="4" w:space="3" w:color="D4DED7"/>
                    </w:pBdr>
                  </w:pPr>
                  <w:r>
                    <w:rPr>
                      <w:b/>
                      <w:i w:val="0"/>
                      <w:color w:val="1E4433"/>
                      <w:sz w:val="19"/>
                      <w:u w:val="none"/>
                      <w:rFonts w:ascii="Georgia" w:hAnsi="Georgia" w:cs="Georgia"/>
                      <w:spacing w:val="30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86953F"/>
                    </w:pBdr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86953F"/>
                    </w:pBdr>
                  </w:pPr>
                  <w:r>
                    <w:rPr>
                      <w:b/>
                      <w:i w:val="0"/>
                      <w:color w:val="1F2620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86953F"/>
                    </w:pBdr>
                  </w:pPr>
                  <w:r>
                    <w:rPr>
                      <w:b/>
                      <w:i w:val="0"/>
                      <w:color w:val="5B6A60"/>
                      <w:sz w:val="13"/>
                      <w:u w:val="none"/>
                      <w:rFonts w:ascii="Georgia" w:hAnsi="Georgia" w:cs="Georgi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86953F"/>
                    </w:pBdr>
                  </w:pPr>
                  <w:r>
                    <w:rPr>
                      <w:b/>
                      <w:i w:val="0"/>
                      <w:color w:val="1F2620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left w:val="single" w:sz="24" w:space="7" w:color="86953F"/>
          <w:bottom w:val="single" w:sz="4" w:space="3" w:color="D4DED7"/>
        </w:pBdr>
      </w:pPr>
      <w:r>
        <w:rPr>
          <w:b/>
          <w:i w:val="0"/>
          <w:color w:val="1E4433"/>
          <w:sz w:val="21"/>
          <w:u w:val="none"/>
          <w:rFonts w:ascii="Georgia" w:hAnsi="Georgia" w:cs="Georgia"/>
          <w:spacing w:val="30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Century Gothic" w:hAnsi="Century Gothic" w:cs="Century Gothic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E4433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