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tcBorders>
              <w:left w:val="single" w:sz="30" w:space="0" w:color="B08150"/>
            </w:tcBorders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46"/>
                <w:u w:val="none"/>
                <w:rFonts w:ascii="Cambria" w:hAnsi="Cambria" w:cs="Cambri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08150"/>
                <w:sz w:val="17"/>
                <w:u w:val="none"/>
                <w:rFonts w:ascii="Cambria" w:hAnsi="Cambria" w:cs="Cambria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B5A57"/>
                <w:sz w:val="20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shd w:val="clear" w:color="auto" w:fill="F7EFEA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6E1B2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F7EF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5"/>
                <w:u w:val="none"/>
                <w:rFonts w:ascii="Cambria" w:hAnsi="Cambria" w:cs="Cambr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6201F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4262"/>
            <w:tcBorders>
              <w:left w:val="single" w:sz="6" w:space="0" w:color="E2D6D2"/>
            </w:tcBorders>
            <w:shd w:val="clear" w:color="auto" w:fill="F7EF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5"/>
                <w:u w:val="none"/>
                <w:rFonts w:ascii="Cambria" w:hAnsi="Cambria" w:cs="Cambr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6201F"/>
                <w:sz w:val="19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B5A57"/>
                <w:sz w:val="17"/>
                <w:u w:val="none"/>
                <w:rFonts w:ascii="Book Antiqua" w:hAnsi="Book Antiqua" w:cs="Book Antiqua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288"/>
        <w:gridCol w:w="5184"/>
      </w:tblGrid>
      <w:tr>
        <w:tc>
          <w:tcPr>
            <w:tcW w:type="dxa" w:w="518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2D6D2"/>
                <w:left w:val="single" w:sz="4" w:space="0" w:color="E2D6D2"/>
                <w:bottom w:val="single" w:sz="4" w:space="0" w:color="E2D6D2"/>
                <w:right w:val="single" w:sz="4" w:space="0" w:color="E2D6D2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84"/>
            </w:tblGrid>
            <w:tr>
              <w:tc>
                <w:tcPr>
                  <w:tcW w:type="dxa" w:w="5184"/>
                  <w:shd w:val="clear" w:color="auto" w:fill="F7EFEA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6E1B26"/>
                    <w:pBdr>
                      <w:top w:val="single" w:sz="2" w:space="3" w:color="6E1B26"/>
                      <w:left w:val="single" w:sz="2" w:space="6" w:color="6E1B26"/>
                      <w:bottom w:val="single" w:sz="2" w:space="3" w:color="6E1B26"/>
                      <w:right w:val="single" w:sz="2" w:space="6" w:color="6E1B26"/>
                    </w:pBdr>
                  </w:pPr>
                  <w:r>
                    <w:rPr>
                      <w:b/>
                      <w:i w:val="0"/>
                      <w:color w:val="FFFFFF"/>
                      <w:sz w:val="19"/>
                      <w:u w:val="none"/>
                      <w:rFonts w:ascii="Cambria" w:hAnsi="Cambria" w:cs="Cambria"/>
                      <w:spacing w:val="30"/>
                    </w:rPr>
                    <w:t xml:space="preserve">  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Book Antiqua" w:hAnsi="Book Antiqua" w:cs="Book Antiqua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8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2D6D2"/>
                <w:left w:val="single" w:sz="4" w:space="0" w:color="E2D6D2"/>
                <w:bottom w:val="single" w:sz="4" w:space="0" w:color="E2D6D2"/>
                <w:right w:val="single" w:sz="4" w:space="0" w:color="E2D6D2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84"/>
            </w:tblGrid>
            <w:tr>
              <w:tc>
                <w:tcPr>
                  <w:tcW w:type="dxa" w:w="5184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6E1B26"/>
                    <w:pBdr>
                      <w:top w:val="single" w:sz="2" w:space="3" w:color="6E1B26"/>
                      <w:left w:val="single" w:sz="2" w:space="6" w:color="6E1B26"/>
                      <w:bottom w:val="single" w:sz="2" w:space="3" w:color="6E1B26"/>
                      <w:right w:val="single" w:sz="2" w:space="6" w:color="6E1B26"/>
                    </w:pBdr>
                  </w:pPr>
                  <w:r>
                    <w:rPr>
                      <w:b/>
                      <w:i w:val="0"/>
                      <w:color w:val="FFFFFF"/>
                      <w:sz w:val="19"/>
                      <w:u w:val="none"/>
                      <w:rFonts w:ascii="Cambria" w:hAnsi="Cambria" w:cs="Cambria"/>
                      <w:spacing w:val="30"/>
                    </w:rPr>
                    <w:t xml:space="preserve">  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18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8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18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2D6D2"/>
                <w:left w:val="single" w:sz="4" w:space="0" w:color="E2D6D2"/>
                <w:bottom w:val="single" w:sz="4" w:space="0" w:color="E2D6D2"/>
                <w:right w:val="single" w:sz="4" w:space="0" w:color="E2D6D2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84"/>
            </w:tblGrid>
            <w:tr>
              <w:tc>
                <w:tcPr>
                  <w:tcW w:type="dxa" w:w="5184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6E1B26"/>
                    <w:pBdr>
                      <w:top w:val="single" w:sz="2" w:space="3" w:color="6E1B26"/>
                      <w:left w:val="single" w:sz="2" w:space="6" w:color="6E1B26"/>
                      <w:bottom w:val="single" w:sz="2" w:space="3" w:color="6E1B26"/>
                      <w:right w:val="single" w:sz="2" w:space="6" w:color="6E1B26"/>
                    </w:pBdr>
                  </w:pPr>
                  <w:r>
                    <w:rPr>
                      <w:b/>
                      <w:i w:val="0"/>
                      <w:color w:val="FFFFFF"/>
                      <w:sz w:val="19"/>
                      <w:u w:val="none"/>
                      <w:rFonts w:ascii="Cambria" w:hAnsi="Cambria" w:cs="Cambria"/>
                      <w:spacing w:val="30"/>
                    </w:rPr>
                    <w:t xml:space="preserve">  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8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2D6D2"/>
                <w:left w:val="single" w:sz="4" w:space="0" w:color="E2D6D2"/>
                <w:bottom w:val="single" w:sz="4" w:space="0" w:color="E2D6D2"/>
                <w:right w:val="single" w:sz="4" w:space="0" w:color="E2D6D2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84"/>
            </w:tblGrid>
            <w:tr>
              <w:tc>
                <w:tcPr>
                  <w:tcW w:type="dxa" w:w="5184"/>
                  <w:shd w:val="clear" w:color="auto" w:fill="F7EFEA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6E1B26"/>
                    <w:pBdr>
                      <w:top w:val="single" w:sz="2" w:space="3" w:color="6E1B26"/>
                      <w:left w:val="single" w:sz="2" w:space="6" w:color="6E1B26"/>
                      <w:bottom w:val="single" w:sz="2" w:space="3" w:color="6E1B26"/>
                      <w:right w:val="single" w:sz="2" w:space="6" w:color="6E1B26"/>
                    </w:pBdr>
                  </w:pPr>
                  <w:r>
                    <w:rPr>
                      <w:b/>
                      <w:i w:val="0"/>
                      <w:color w:val="FFFFFF"/>
                      <w:sz w:val="19"/>
                      <w:u w:val="none"/>
                      <w:rFonts w:ascii="Cambria" w:hAnsi="Cambria" w:cs="Cambria"/>
                      <w:spacing w:val="30"/>
                    </w:rPr>
                    <w:t xml:space="preserve">  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B08150"/>
                    </w:pBdr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B08150"/>
                    </w:pBdr>
                  </w:pPr>
                  <w:r>
                    <w:rPr>
                      <w:b/>
                      <w:i w:val="0"/>
                      <w:color w:val="26201F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B08150"/>
                    </w:pBdr>
                  </w:pPr>
                  <w:r>
                    <w:rPr>
                      <w:b/>
                      <w:i w:val="0"/>
                      <w:color w:val="6B5A57"/>
                      <w:sz w:val="13"/>
                      <w:u w:val="none"/>
                      <w:rFonts w:ascii="Cambria" w:hAnsi="Cambria" w:cs="Cambria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B08150"/>
                    </w:pBdr>
                  </w:pPr>
                  <w:r>
                    <w:rPr>
                      <w:b/>
                      <w:i w:val="0"/>
                      <w:color w:val="26201F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shd w:val="clear" w:color="auto" w:fill="6E1B26"/>
        <w:pBdr>
          <w:top w:val="single" w:sz="2" w:space="3" w:color="6E1B26"/>
          <w:left w:val="single" w:sz="2" w:space="6" w:color="6E1B26"/>
          <w:bottom w:val="single" w:sz="2" w:space="3" w:color="6E1B26"/>
          <w:right w:val="single" w:sz="2" w:space="6" w:color="6E1B26"/>
        </w:pBdr>
      </w:pPr>
      <w:r>
        <w:rPr>
          <w:b/>
          <w:i w:val="0"/>
          <w:color w:val="FFFFFF"/>
          <w:sz w:val="21"/>
          <w:u w:val="none"/>
          <w:rFonts w:ascii="Cambria" w:hAnsi="Cambria" w:cs="Cambria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6201F"/>
          <w:sz w:val="20"/>
          <w:u w:val="none"/>
          <w:rFonts w:ascii="Book Antiqua" w:hAnsi="Book Antiqua" w:cs="Book Antiqu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6201F"/>
                <w:sz w:val="20"/>
                <w:u w:val="none"/>
                <w:rFonts w:ascii="Book Antiqua" w:hAnsi="Book Antiqua" w:cs="Book Antiqu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6E1B26"/>
                <w:sz w:val="20"/>
                <w:u w:val="none"/>
                <w:rFonts w:ascii="Book Antiqua" w:hAnsi="Book Antiqua" w:cs="Book Antiqu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2D6D2"/>
              </w:pBdr>
            </w:pPr>
            <w:r>
              <w:rPr>
                <w:b w:val="0"/>
                <w:i/>
                <w:color w:val="6B5A57"/>
                <w:sz w:val="18"/>
                <w:u w:val="none"/>
                <w:rFonts w:ascii="Book Antiqua" w:hAnsi="Book Antiqua" w:cs="Book Antiqu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