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26303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242A"/>
                <w:sz w:val="48"/>
                <w:u w:val="none"/>
                <w:rFonts w:ascii="Segoe UI" w:hAnsi="Segoe UI" w:cs="Segoe UI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0E8C86"/>
                <w:sz w:val="17"/>
                <w:u w:val="none"/>
                <w:rFonts w:ascii="Segoe UI" w:hAnsi="Segoe UI" w:cs="Segoe UI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C6772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26303A"/>
                <w:left w:val="dashed" w:sz="8" w:space="0" w:color="26303A"/>
                <w:bottom w:val="dashed" w:sz="8" w:space="0" w:color="26303A"/>
                <w:right w:val="dashed" w:sz="8" w:space="0" w:color="26303A"/>
                <w:insideH w:val="dashed" w:sz="8" w:space="0" w:color="26303A"/>
                <w:insideV w:val="dashed" w:sz="8" w:space="0" w:color="26303A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DF3F3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BE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F1F3F5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4228"/>
            <w:shd w:val="clear" w:color="auto" w:fill="EDF3F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E242A"/>
                <w:sz w:val="19"/>
                <w:u w:val="none"/>
                <w:rFonts w:ascii="Constantia" w:hAnsi="Constantia" w:cs="Constant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C6772"/>
                <w:sz w:val="17"/>
                <w:u w:val="none"/>
                <w:rFonts w:ascii="Constantia" w:hAnsi="Constantia" w:cs="Constantia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40"/>
        <w:gridCol w:w="288"/>
        <w:gridCol w:w="5140"/>
      </w:tblGrid>
      <w:tr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BE0"/>
                <w:left w:val="single" w:sz="4" w:space="0" w:color="D6DBE0"/>
                <w:bottom w:val="single" w:sz="4" w:space="0" w:color="D6DBE0"/>
                <w:right w:val="single" w:sz="4" w:space="0" w:color="D6DBE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EDF3F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6303A"/>
                    </w:pBdr>
                  </w:pPr>
                  <w:r>
                    <w:rPr>
                      <w:b/>
                      <w:i w:val="0"/>
                      <w:color w:val="26303A"/>
                      <w:sz w:val="19"/>
                      <w:u w:val="none"/>
                      <w:rFonts w:ascii="Segoe UI" w:hAnsi="Segoe UI" w:cs="Segoe UI"/>
                      <w:spacing w:val="36"/>
                    </w:rPr>
                    <w:t>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onstantia" w:hAnsi="Constantia" w:cs="Constantia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BE0"/>
                <w:left w:val="single" w:sz="4" w:space="0" w:color="D6DBE0"/>
                <w:bottom w:val="single" w:sz="4" w:space="0" w:color="D6DBE0"/>
                <w:right w:val="single" w:sz="4" w:space="0" w:color="D6DBE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6303A"/>
                    </w:pBdr>
                  </w:pPr>
                  <w:r>
                    <w:rPr>
                      <w:b/>
                      <w:i w:val="0"/>
                      <w:color w:val="26303A"/>
                      <w:sz w:val="19"/>
                      <w:u w:val="none"/>
                      <w:rFonts w:ascii="Segoe UI" w:hAnsi="Segoe UI" w:cs="Segoe UI"/>
                      <w:spacing w:val="36"/>
                    </w:rPr>
                    <w:t>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141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41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BE0"/>
                <w:left w:val="single" w:sz="4" w:space="0" w:color="D6DBE0"/>
                <w:bottom w:val="single" w:sz="4" w:space="0" w:color="D6DBE0"/>
                <w:right w:val="single" w:sz="4" w:space="0" w:color="D6DBE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6303A"/>
                    </w:pBdr>
                  </w:pPr>
                  <w:r>
                    <w:rPr>
                      <w:b/>
                      <w:i w:val="0"/>
                      <w:color w:val="26303A"/>
                      <w:sz w:val="19"/>
                      <w:u w:val="none"/>
                      <w:rFonts w:ascii="Segoe UI" w:hAnsi="Segoe UI" w:cs="Segoe UI"/>
                      <w:spacing w:val="36"/>
                    </w:rPr>
                    <w:t>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BE0"/>
                <w:left w:val="single" w:sz="4" w:space="0" w:color="D6DBE0"/>
                <w:bottom w:val="single" w:sz="4" w:space="0" w:color="D6DBE0"/>
                <w:right w:val="single" w:sz="4" w:space="0" w:color="D6DBE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EDF3F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6303A"/>
                    </w:pBdr>
                  </w:pPr>
                  <w:r>
                    <w:rPr>
                      <w:b/>
                      <w:i w:val="0"/>
                      <w:color w:val="26303A"/>
                      <w:sz w:val="19"/>
                      <w:u w:val="none"/>
                      <w:rFonts w:ascii="Segoe UI" w:hAnsi="Segoe UI" w:cs="Segoe UI"/>
                      <w:spacing w:val="36"/>
                    </w:rPr>
                    <w:t>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0E8C86"/>
                    </w:pBdr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0E8C86"/>
                    </w:pBdr>
                  </w:pPr>
                  <w:r>
                    <w:rPr>
                      <w:b/>
                      <w:i w:val="0"/>
                      <w:color w:val="1E242A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0E8C86"/>
                    </w:pBdr>
                  </w:pPr>
                  <w:r>
                    <w:rPr>
                      <w:b/>
                      <w:i w:val="0"/>
                      <w:color w:val="5C6772"/>
                      <w:sz w:val="13"/>
                      <w:u w:val="none"/>
                      <w:rFonts w:ascii="Segoe UI" w:hAnsi="Segoe UI" w:cs="Segoe UI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0E8C86"/>
                    </w:pBdr>
                  </w:pPr>
                  <w:r>
                    <w:rPr>
                      <w:b/>
                      <w:i w:val="0"/>
                      <w:color w:val="1E242A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pBdr>
          <w:bottom w:val="single" w:sz="10" w:space="3" w:color="26303A"/>
        </w:pBdr>
      </w:pPr>
      <w:r>
        <w:rPr>
          <w:b/>
          <w:i w:val="0"/>
          <w:color w:val="26303A"/>
          <w:sz w:val="21"/>
          <w:u w:val="none"/>
          <w:rFonts w:ascii="Segoe UI" w:hAnsi="Segoe UI" w:cs="Segoe UI"/>
          <w:spacing w:val="36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E242A"/>
          <w:sz w:val="20"/>
          <w:u w:val="none"/>
          <w:rFonts w:ascii="Constantia" w:hAnsi="Constantia" w:cs="Constant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E242A"/>
                <w:sz w:val="20"/>
                <w:u w:val="none"/>
                <w:rFonts w:ascii="Constantia" w:hAnsi="Constantia" w:cs="Constanti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6303A"/>
                <w:sz w:val="20"/>
                <w:u w:val="none"/>
                <w:rFonts w:ascii="Constantia" w:hAnsi="Constantia" w:cs="Constant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6303A"/>
              </w:pBdr>
            </w:pPr>
            <w:r>
              <w:rPr>
                <w:b w:val="0"/>
                <w:i/>
                <w:color w:val="5C6772"/>
                <w:sz w:val="18"/>
                <w:u w:val="none"/>
                <w:rFonts w:ascii="Constantia" w:hAnsi="Constantia" w:cs="Constant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