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shd w:val="clear" w:color="auto" w:fill="142B4E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Calibri" w:hAnsi="Calibri" w:cs="Calibri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8C6DB"/>
                <w:sz w:val="17"/>
                <w:u w:val="none"/>
                <w:rFonts w:ascii="Calibri" w:hAnsi="Calibri" w:cs="Calibri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8C6DB"/>
                <w:sz w:val="20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B88A2E"/>
                <w:left w:val="single" w:sz="8" w:space="0" w:color="B88A2E"/>
                <w:bottom w:val="single" w:sz="8" w:space="0" w:color="B88A2E"/>
                <w:right w:val="single" w:sz="8" w:space="0" w:color="B88A2E"/>
                <w:insideH w:val="single" w:sz="8" w:space="0" w:color="B88A2E"/>
                <w:insideV w:val="single" w:sz="8" w:space="0" w:color="B88A2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D2D9E4"/>
          <w:left w:val="none" w:sz="0" w:space="0" w:color="auto"/>
          <w:bottom w:val="single" w:sz="4" w:space="0" w:color="D2D9E4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42B4E"/>
                <w:sz w:val="15"/>
                <w:u w:val="none"/>
                <w:rFonts w:ascii="Calibri" w:hAnsi="Calibri" w:cs="Calibri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42B"/>
                <w:sz w:val="18"/>
                <w:u w:val="none"/>
                <w:rFonts w:ascii="Corbel" w:hAnsi="Corbel" w:cs="Corbel"/>
              </w:rPr>
              <w:t/>
            </w:r>
          </w:p>
        </w:tc>
        <w:tc>
          <w:tcPr>
            <w:tcW w:type="dxa" w:w="418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42B4E"/>
                <w:sz w:val="15"/>
                <w:u w:val="none"/>
                <w:rFonts w:ascii="Calibri" w:hAnsi="Calibri" w:cs="Calibri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42B"/>
                <w:sz w:val="19"/>
                <w:u w:val="none"/>
                <w:rFonts w:ascii="Corbel" w:hAnsi="Corbel" w:cs="Corbel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A6675"/>
                <w:sz w:val="17"/>
                <w:u w:val="none"/>
                <w:rFonts w:ascii="Corbel" w:hAnsi="Corbel" w:cs="Corbel"/>
              </w:rPr>
              <w:t xml:space="preserve">Valid until</w:t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083"/>
        <w:gridCol w:w="288"/>
        <w:gridCol w:w="5083"/>
      </w:tblGrid>
      <w:tr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2D9E4"/>
                <w:left w:val="single" w:sz="4" w:space="0" w:color="D2D9E4"/>
                <w:bottom w:val="single" w:sz="4" w:space="0" w:color="D2D9E4"/>
                <w:right w:val="single" w:sz="4" w:space="0" w:color="D2D9E4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  <w:shd w:val="clear" w:color="auto" w:fill="EEF2F8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12" w:space="4" w:color="B88A2E"/>
                    </w:pBdr>
                  </w:pPr>
                  <w:r>
                    <w:rPr>
                      <w:b/>
                      <w:i w:val="0"/>
                      <w:color w:val="142B4E"/>
                      <w:sz w:val="19"/>
                      <w:u w:val="none"/>
                      <w:rFonts w:ascii="Calibri" w:hAnsi="Calibri" w:cs="Calibri"/>
                      <w:spacing w:val="38"/>
                    </w:rPr>
                    <w:t>CAREER OBJECTIVE</w:t>
                  </w:r>
                </w:p>
                <w:p>
                  <w:pPr>
                    <w:spacing w:before="60" w:after="0" w:line="288" w:lineRule="auto"/>
                    <w:ind w:left="0" w:right="0"/>
                    <w:jc w:val="both"/>
                  </w:pPr>
                  <w:r>
                    <w:rPr>
                      <w:b w:val="0"/>
                      <w:i w:val="0"/>
                      <w:color w:val="1F242B"/>
                      <w:sz w:val="18"/>
                      <w:u w:val="none"/>
                      <w:rFonts w:ascii="Corbel" w:hAnsi="Corbel" w:cs="Corbel"/>
                    </w:rPr>
                    <w:t>To obtain a suitable overseas employment opportunity where I can use my skills, dedication, and willingness to learn while contributing positively to the organization.</w:t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2D9E4"/>
                <w:left w:val="single" w:sz="4" w:space="0" w:color="D2D9E4"/>
                <w:bottom w:val="single" w:sz="4" w:space="0" w:color="D2D9E4"/>
                <w:right w:val="single" w:sz="4" w:space="0" w:color="D2D9E4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12" w:space="4" w:color="B88A2E"/>
                    </w:pBdr>
                  </w:pPr>
                  <w:r>
                    <w:rPr>
                      <w:b/>
                      <w:i w:val="0"/>
                      <w:color w:val="142B4E"/>
                      <w:sz w:val="19"/>
                      <w:u w:val="none"/>
                      <w:rFonts w:ascii="Calibri" w:hAnsi="Calibri" w:cs="Calibri"/>
                      <w:spacing w:val="38"/>
                    </w:rPr>
                    <w:t>PERSONAL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Full Name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Date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Gender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Mobile No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Nationality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Place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</w:tc>
      </w:tr>
      <w:tr>
        <w:trPr>
          <w:trHeight w:val="120" w:hRule="atLeast"/>
        </w:trPr>
        <w:tc>
          <w:tcPr>
            <w:tcW w:type="dxa" w:w="5083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28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083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2D9E4"/>
                <w:left w:val="single" w:sz="4" w:space="0" w:color="D2D9E4"/>
                <w:bottom w:val="single" w:sz="4" w:space="0" w:color="D2D9E4"/>
                <w:right w:val="single" w:sz="4" w:space="0" w:color="D2D9E4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12" w:space="4" w:color="B88A2E"/>
                    </w:pBdr>
                  </w:pPr>
                  <w:r>
                    <w:rPr>
                      <w:b/>
                      <w:i w:val="0"/>
                      <w:color w:val="142B4E"/>
                      <w:sz w:val="19"/>
                      <w:u w:val="none"/>
                      <w:rFonts w:ascii="Calibri" w:hAnsi="Calibri" w:cs="Calibri"/>
                      <w:spacing w:val="38"/>
                    </w:rPr>
                    <w:t>PASSPORT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Passport Number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Issue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Expiry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Place of Issue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08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2D9E4"/>
                <w:left w:val="single" w:sz="4" w:space="0" w:color="D2D9E4"/>
                <w:bottom w:val="single" w:sz="4" w:space="0" w:color="D2D9E4"/>
                <w:right w:val="single" w:sz="4" w:space="0" w:color="D2D9E4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083"/>
            </w:tblGrid>
            <w:tr>
              <w:tc>
                <w:tcPr>
                  <w:tcW w:type="dxa" w:w="5083"/>
                  <w:shd w:val="clear" w:color="auto" w:fill="EEF2F8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top w:val="single" w:sz="12" w:space="4" w:color="B88A2E"/>
                    </w:pBdr>
                  </w:pPr>
                  <w:r>
                    <w:rPr>
                      <w:b/>
                      <w:i w:val="0"/>
                      <w:color w:val="142B4E"/>
                      <w:sz w:val="19"/>
                      <w:u w:val="none"/>
                      <w:rFonts w:ascii="Calibri" w:hAnsi="Calibri" w:cs="Calibri"/>
                      <w:spacing w:val="38"/>
                    </w:rPr>
                    <w:t>WORK EXPERIENCE</w:t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B88A2E"/>
                    </w:pBdr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B88A2E"/>
                    </w:pBdr>
                  </w:pPr>
                  <w:r>
                    <w:rPr>
                      <w:b/>
                      <w:i w:val="0"/>
                      <w:color w:val="1F242B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B88A2E"/>
                    </w:pBdr>
                  </w:pPr>
                  <w:r>
                    <w:rPr>
                      <w:b/>
                      <w:i w:val="0"/>
                      <w:color w:val="5A6675"/>
                      <w:sz w:val="13"/>
                      <w:u w:val="none"/>
                      <w:rFonts w:ascii="Calibri" w:hAnsi="Calibri" w:cs="Calibri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B88A2E"/>
                    </w:pBdr>
                  </w:pPr>
                  <w:r>
                    <w:rPr>
                      <w:b/>
                      <w:i w:val="0"/>
                      <w:color w:val="1F242B"/>
                      <w:sz w:val="18"/>
                      <w:u w:val="none"/>
                      <w:rFonts w:ascii="Corbel" w:hAnsi="Corbel" w:cs="Corbel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260" w:after="100"/>
        <w:ind w:left="0"/>
        <w:pBdr>
          <w:top w:val="single" w:sz="12" w:space="4" w:color="B88A2E"/>
        </w:pBdr>
      </w:pPr>
      <w:r>
        <w:rPr>
          <w:b/>
          <w:i w:val="0"/>
          <w:color w:val="142B4E"/>
          <w:sz w:val="21"/>
          <w:u w:val="none"/>
          <w:rFonts w:ascii="Calibri" w:hAnsi="Calibri" w:cs="Calibri"/>
          <w:spacing w:val="38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42B"/>
          <w:sz w:val="20"/>
          <w:u w:val="none"/>
          <w:rFonts w:ascii="Corbel" w:hAnsi="Corbel" w:cs="Corbel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42B"/>
                <w:sz w:val="20"/>
                <w:u w:val="none"/>
                <w:rFonts w:ascii="Corbel" w:hAnsi="Corbel" w:cs="Corbel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42B4E"/>
                <w:sz w:val="20"/>
                <w:u w:val="none"/>
                <w:rFonts w:ascii="Corbel" w:hAnsi="Corbel" w:cs="Corbe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2D9E4"/>
              </w:pBdr>
            </w:pPr>
            <w:r>
              <w:rPr>
                <w:b w:val="0"/>
                <w:i/>
                <w:color w:val="5A6675"/>
                <w:sz w:val="18"/>
                <w:u w:val="none"/>
                <w:rFonts w:ascii="Corbel" w:hAnsi="Corbel" w:cs="Corbe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rbel" w:hAnsi="Corbel" w:eastAsia="Corbe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