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B3FA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D2330"/>
                <w:sz w:val="45"/>
                <w:u w:val="none"/>
                <w:rFonts w:ascii="Arial" w:hAnsi="Arial" w:cs="Arial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2E9BD6"/>
                <w:sz w:val="16"/>
                <w:u w:val="none"/>
                <w:rFonts w:ascii="Arial" w:hAnsi="Arial" w:cs="Arial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86274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B3FA0"/>
                <w:left w:val="single" w:sz="18" w:space="0" w:color="1B3FA0"/>
                <w:bottom w:val="single" w:sz="18" w:space="0" w:color="1B3FA0"/>
                <w:right w:val="single" w:sz="18" w:space="0" w:color="1B3FA0"/>
                <w:insideH w:val="single" w:sz="18" w:space="0" w:color="1B3FA0"/>
                <w:insideV w:val="single" w:sz="18" w:space="0" w:color="1B3FA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3DAEC"/>
        </w:pBdr>
      </w:pPr>
    </w:p>
    <w:p>
      <w:pPr>
        <w:keepNext/>
        <w:spacing w:before="172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D2330"/>
          <w:sz w:val="19"/>
          <w:u w:val="none"/>
          <w:rFonts w:ascii="Century Gothic" w:hAnsi="Century Gothic" w:cs="Century Gothic"/>
        </w:rPr>
        <w:t/>
      </w:r>
    </w:p>
    <w:p>
      <w:pPr>
        <w:spacing w:before="160" w:after="0"/>
      </w:pPr>
      <w:r>
        <w:rPr>
          <w:b/>
          <w:i w:val="0"/>
          <w:color w:val="586274"/>
          <w:sz w:val="15"/>
          <w:u w:val="none"/>
          <w:rFonts w:ascii="Arial" w:hAnsi="Arial" w:cs="Arial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1B3FA0"/>
          <w:sz w:val="21"/>
          <w:u w:val="none"/>
          <w:rFonts w:ascii="Century Gothic" w:hAnsi="Century Gothic" w:cs="Century Gothic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86274"/>
          <w:sz w:val="17"/>
          <w:u w:val="none"/>
          <w:rFonts w:ascii="Century Gothic" w:hAnsi="Century Gothic" w:cs="Century Gothic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D2330"/>
          <w:sz w:val="19"/>
          <w:u w:val="none"/>
          <w:rFonts w:ascii="Century Gothic" w:hAnsi="Century Gothic" w:cs="Century Gothic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3DAEC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17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PASSPORT DETAILS</w:t>
      </w:r>
    </w:p>
    <w:tbl>
      <w:tblPr>
        <w:tblW w:type="auto" w:w="0"/>
        <w:tblBorders>
          <w:top w:val="single" w:sz="4" w:space="0" w:color="D3DAEC"/>
          <w:left w:val="none" w:sz="0" w:space="0" w:color="auto"/>
          <w:bottom w:val="single" w:sz="4" w:space="0" w:color="D3DAEC"/>
          <w:right w:val="none" w:sz="0" w:space="0" w:color="auto"/>
          <w:insideH w:val="single" w:sz="4" w:space="0" w:color="D3DAEC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tcBorders>
              <w:bottom w:val="single" w:sz="10" w:space="0" w:color="1B3FA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99"/>
            <w:tcBorders>
              <w:bottom w:val="single" w:sz="10" w:space="0" w:color="1B3FA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99"/>
            <w:tcBorders>
              <w:bottom w:val="single" w:sz="10" w:space="0" w:color="1B3FA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614"/>
            <w:tcBorders>
              <w:bottom w:val="single" w:sz="10" w:space="0" w:color="1B3FA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2E9BD6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3DAEC"/>
        </w:pBdr>
      </w:pPr>
      <w:r>
        <w:rPr>
          <w:b w:val="0"/>
          <w:i w:val="0"/>
          <w:color w:val="1D2330"/>
          <w:sz w:val="19"/>
          <w:u w:val="none"/>
          <w:rFonts w:ascii="Century Gothic" w:hAnsi="Century Gothic" w:cs="Century Gothic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2E9BD6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3DAEC"/>
        </w:pBdr>
      </w:pPr>
      <w:r>
        <w:rPr>
          <w:b w:val="0"/>
          <w:i w:val="0"/>
          <w:color w:val="1D2330"/>
          <w:sz w:val="19"/>
          <w:u w:val="none"/>
          <w:rFonts w:ascii="Century Gothic" w:hAnsi="Century Gothic" w:cs="Century Gothic"/>
        </w:rPr>
        <w:t/>
      </w:r>
    </w:p>
    <w:p>
      <w:pPr>
        <w:keepNext/>
        <w:spacing w:before="191" w:after="100"/>
        <w:ind w:left="0"/>
        <w:pBdr>
          <w:bottom w:val="single" w:sz="6" w:space="3" w:color="2E9BD6"/>
        </w:pBdr>
      </w:pPr>
      <w:r>
        <w:rPr>
          <w:b/>
          <w:i w:val="0"/>
          <w:color w:val="1D2330"/>
          <w:sz w:val="18"/>
          <w:u w:val="none"/>
          <w:rFonts w:ascii="Arial" w:hAnsi="Arial" w:cs="Arial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D2330"/>
          <w:sz w:val="19"/>
          <w:u w:val="none"/>
          <w:rFonts w:ascii="Century Gothic" w:hAnsi="Century Gothic" w:cs="Century Gothic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19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B3FA0"/>
              </w:pBdr>
            </w:pPr>
            <w:r>
              <w:rPr>
                <w:b w:val="0"/>
                <w:i/>
                <w:color w:val="586274"/>
                <w:sz w:val="17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