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1E4433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F2620"/>
                <w:sz w:val="45"/>
                <w:u w:val="none"/>
                <w:rFonts w:ascii="Georgia" w:hAnsi="Georgia" w:cs="Georgia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86953F"/>
                <w:sz w:val="16"/>
                <w:u w:val="none"/>
                <w:rFonts w:ascii="Georgia" w:hAnsi="Georgia" w:cs="Georgia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B6A60"/>
                <w:sz w:val="19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86953F"/>
                <w:left w:val="dotted" w:sz="8" w:space="0" w:color="86953F"/>
                <w:bottom w:val="dotted" w:sz="8" w:space="0" w:color="86953F"/>
                <w:right w:val="dotted" w:sz="8" w:space="0" w:color="86953F"/>
                <w:insideH w:val="dotted" w:sz="8" w:space="0" w:color="86953F"/>
                <w:insideV w:val="dotted" w:sz="8" w:space="0" w:color="86953F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DF3EE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4DED7"/>
        </w:pBdr>
      </w:pPr>
    </w:p>
    <w:p>
      <w:pPr>
        <w:keepNext/>
        <w:spacing w:before="172" w:after="100"/>
        <w:ind w:left="0"/>
        <w:pBdr>
          <w:bottom w:val="single" w:sz="6" w:space="3" w:color="86953F"/>
        </w:pBdr>
      </w:pPr>
      <w:r>
        <w:rPr>
          <w:b/>
          <w:i w:val="0"/>
          <w:color w:val="1F2620"/>
          <w:sz w:val="18"/>
          <w:u w:val="none"/>
          <w:rFonts w:ascii="Georgia" w:hAnsi="Georgia" w:cs="Georgia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1F2620"/>
          <w:sz w:val="19"/>
          <w:u w:val="none"/>
          <w:rFonts w:ascii="Book Antiqua" w:hAnsi="Book Antiqua" w:cs="Book Antiqua"/>
        </w:rPr>
        <w:t/>
      </w:r>
    </w:p>
    <w:p>
      <w:pPr>
        <w:spacing w:before="160" w:after="0"/>
      </w:pPr>
      <w:r>
        <w:rPr>
          <w:b/>
          <w:i w:val="0"/>
          <w:color w:val="5B6A60"/>
          <w:sz w:val="15"/>
          <w:u w:val="none"/>
          <w:rFonts w:ascii="Georgia" w:hAnsi="Georgia" w:cs="Georgia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1E4433"/>
          <w:sz w:val="21"/>
          <w:u w:val="none"/>
          <w:rFonts w:ascii="Book Antiqua" w:hAnsi="Book Antiqua" w:cs="Book Antiqua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5B6A60"/>
          <w:sz w:val="17"/>
          <w:u w:val="none"/>
          <w:rFonts w:ascii="Book Antiqua" w:hAnsi="Book Antiqua" w:cs="Book Antiqua"/>
        </w:rPr>
        <w:t xml:space="preserve">Valid until</w:t>
      </w:r>
    </w:p>
    <w:p>
      <w:pPr>
        <w:keepNext/>
        <w:spacing w:before="191" w:after="100"/>
        <w:ind w:left="0"/>
        <w:pBdr>
          <w:bottom w:val="single" w:sz="6" w:space="3" w:color="86953F"/>
        </w:pBdr>
      </w:pPr>
      <w:r>
        <w:rPr>
          <w:b/>
          <w:i w:val="0"/>
          <w:color w:val="1F2620"/>
          <w:sz w:val="18"/>
          <w:u w:val="none"/>
          <w:rFonts w:ascii="Georgia" w:hAnsi="Georgia" w:cs="Georgia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F2620"/>
          <w:sz w:val="19"/>
          <w:u w:val="none"/>
          <w:rFonts w:ascii="Book Antiqua" w:hAnsi="Book Antiqua" w:cs="Book Antiqu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191" w:after="100"/>
        <w:ind w:left="0"/>
        <w:pBdr>
          <w:bottom w:val="single" w:sz="6" w:space="3" w:color="86953F"/>
        </w:pBdr>
      </w:pPr>
      <w:r>
        <w:rPr>
          <w:b/>
          <w:i w:val="0"/>
          <w:color w:val="1F2620"/>
          <w:sz w:val="18"/>
          <w:u w:val="none"/>
          <w:rFonts w:ascii="Georgia" w:hAnsi="Georgia" w:cs="Georgia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4DED7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776"/>
      </w:tblGrid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</w:rPr>
              <w:t>Full Name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</w:rPr>
              <w:t>Date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</w:rPr>
              <w:t>Gender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</w:rPr>
              <w:t>Mobile No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</w:rPr>
              <w:t>Nationality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17"/>
                <w:u w:val="none"/>
                <w:rFonts w:ascii="Georgia" w:hAnsi="Georgia" w:cs="Georgia"/>
              </w:rPr>
              <w:t>Place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86953F"/>
        </w:pBdr>
      </w:pPr>
      <w:r>
        <w:rPr>
          <w:b/>
          <w:i w:val="0"/>
          <w:color w:val="1F2620"/>
          <w:sz w:val="18"/>
          <w:u w:val="none"/>
          <w:rFonts w:ascii="Georgia" w:hAnsi="Georgia" w:cs="Georgia"/>
          <w:spacing w:val="44"/>
        </w:rPr>
        <w:t>PASSPORT DETAILS</w:t>
      </w:r>
    </w:p>
    <w:tbl>
      <w:tblPr>
        <w:tblW w:type="auto" w:w="0"/>
        <w:tblBorders>
          <w:top w:val="single" w:sz="4" w:space="0" w:color="D4DED7"/>
          <w:left w:val="none" w:sz="0" w:space="0" w:color="auto"/>
          <w:bottom w:val="single" w:sz="4" w:space="0" w:color="D4DED7"/>
          <w:right w:val="none" w:sz="0" w:space="0" w:color="auto"/>
          <w:insideH w:val="single" w:sz="4" w:space="0" w:color="D4DED7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52"/>
        <w:gridCol w:w="2563"/>
        <w:gridCol w:w="2563"/>
        <w:gridCol w:w="2577"/>
      </w:tblGrid>
      <w:tr>
        <w:trPr>
          <w:trHeight w:val="340" w:hRule="atLeast"/>
        </w:trPr>
        <w:tc>
          <w:tcPr>
            <w:tcW w:type="dxa" w:w="2952"/>
            <w:tcBorders>
              <w:bottom w:val="single" w:sz="10" w:space="0" w:color="1E4433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4433"/>
                <w:sz w:val="16"/>
                <w:u w:val="none"/>
                <w:rFonts w:ascii="Georgia" w:hAnsi="Georgia" w:cs="Georgia"/>
                <w:spacing w:val="8"/>
              </w:rPr>
              <w:t>Passport Number</w:t>
            </w:r>
          </w:p>
        </w:tc>
        <w:tc>
          <w:tcPr>
            <w:tcW w:type="dxa" w:w="2563"/>
            <w:tcBorders>
              <w:bottom w:val="single" w:sz="10" w:space="0" w:color="1E4433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4433"/>
                <w:sz w:val="16"/>
                <w:u w:val="none"/>
                <w:rFonts w:ascii="Georgia" w:hAnsi="Georgia" w:cs="Georgia"/>
                <w:spacing w:val="8"/>
              </w:rPr>
              <w:t>Issue Date</w:t>
            </w:r>
          </w:p>
        </w:tc>
        <w:tc>
          <w:tcPr>
            <w:tcW w:type="dxa" w:w="2563"/>
            <w:tcBorders>
              <w:bottom w:val="single" w:sz="10" w:space="0" w:color="1E4433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4433"/>
                <w:sz w:val="16"/>
                <w:u w:val="none"/>
                <w:rFonts w:ascii="Georgia" w:hAnsi="Georgia" w:cs="Georgia"/>
                <w:spacing w:val="8"/>
              </w:rPr>
              <w:t>Expiry Date</w:t>
            </w:r>
          </w:p>
        </w:tc>
        <w:tc>
          <w:tcPr>
            <w:tcW w:type="dxa" w:w="2578"/>
            <w:tcBorders>
              <w:bottom w:val="single" w:sz="10" w:space="0" w:color="1E4433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4433"/>
                <w:sz w:val="16"/>
                <w:u w:val="none"/>
                <w:rFonts w:ascii="Georgia" w:hAnsi="Georgia" w:cs="Georgi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5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6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578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620"/>
                <w:sz w:val="18"/>
                <w:u w:val="none"/>
                <w:rFonts w:ascii="Book Antiqua" w:hAnsi="Book Antiqua" w:cs="Book Antiqua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86953F"/>
        </w:pBdr>
      </w:pPr>
      <w:r>
        <w:rPr>
          <w:b/>
          <w:i w:val="0"/>
          <w:color w:val="1F2620"/>
          <w:sz w:val="18"/>
          <w:u w:val="none"/>
          <w:rFonts w:ascii="Georgia" w:hAnsi="Georgia" w:cs="Georgia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86953F"/>
          <w:sz w:val="15"/>
          <w:u w:val="none"/>
          <w:rFonts w:ascii="Georgia" w:hAnsi="Georgia" w:cs="Georgi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4DED7"/>
        </w:pBdr>
      </w:pPr>
      <w:r>
        <w:rPr>
          <w:b w:val="0"/>
          <w:i w:val="0"/>
          <w:color w:val="1F2620"/>
          <w:sz w:val="19"/>
          <w:u w:val="none"/>
          <w:rFonts w:ascii="Book Antiqua" w:hAnsi="Book Antiqua" w:cs="Book Antiqua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86953F"/>
          <w:sz w:val="15"/>
          <w:u w:val="none"/>
          <w:rFonts w:ascii="Georgia" w:hAnsi="Georgia" w:cs="Georgia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D4DED7"/>
        </w:pBdr>
      </w:pPr>
      <w:r>
        <w:rPr>
          <w:b w:val="0"/>
          <w:i w:val="0"/>
          <w:color w:val="1F2620"/>
          <w:sz w:val="19"/>
          <w:u w:val="none"/>
          <w:rFonts w:ascii="Book Antiqua" w:hAnsi="Book Antiqua" w:cs="Book Antiqua"/>
        </w:rPr>
        <w:t/>
      </w:r>
    </w:p>
    <w:p>
      <w:pPr>
        <w:keepNext/>
        <w:spacing w:before="191" w:after="100"/>
        <w:ind w:left="0"/>
        <w:pBdr>
          <w:bottom w:val="single" w:sz="6" w:space="3" w:color="86953F"/>
        </w:pBdr>
      </w:pPr>
      <w:r>
        <w:rPr>
          <w:b/>
          <w:i w:val="0"/>
          <w:color w:val="1F2620"/>
          <w:sz w:val="18"/>
          <w:u w:val="none"/>
          <w:rFonts w:ascii="Georgia" w:hAnsi="Georgia" w:cs="Georgia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1F2620"/>
          <w:sz w:val="19"/>
          <w:u w:val="none"/>
          <w:rFonts w:ascii="Book Antiqua" w:hAnsi="Book Antiqua" w:cs="Book Antiqu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620"/>
                <w:sz w:val="19"/>
                <w:u w:val="none"/>
                <w:rFonts w:ascii="Book Antiqua" w:hAnsi="Book Antiqua" w:cs="Book Antiqu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E4433"/>
                <w:sz w:val="19"/>
                <w:u w:val="none"/>
                <w:rFonts w:ascii="Book Antiqua" w:hAnsi="Book Antiqua" w:cs="Book Antiqu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4DED7"/>
              </w:pBdr>
            </w:pPr>
            <w:r>
              <w:rPr>
                <w:b w:val="0"/>
                <w:i/>
                <w:color w:val="5B6A60"/>
                <w:sz w:val="17"/>
                <w:u w:val="none"/>
                <w:rFonts w:ascii="Book Antiqua" w:hAnsi="Book Antiqua" w:cs="Book Antiqu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