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26303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242A"/>
                <w:sz w:val="43"/>
                <w:u w:val="none"/>
                <w:rFonts w:ascii="Segoe UI" w:hAnsi="Segoe UI" w:cs="Segoe UI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0E8C86"/>
                <w:sz w:val="15"/>
                <w:u w:val="none"/>
                <w:rFonts w:ascii="Segoe UI" w:hAnsi="Segoe UI" w:cs="Segoe UI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C6772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26303A"/>
                <w:left w:val="single" w:sz="18" w:space="0" w:color="26303A"/>
                <w:bottom w:val="single" w:sz="18" w:space="0" w:color="26303A"/>
                <w:right w:val="single" w:sz="18" w:space="0" w:color="26303A"/>
                <w:insideH w:val="single" w:sz="18" w:space="0" w:color="26303A"/>
                <w:insideV w:val="single" w:sz="18" w:space="0" w:color="26303A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BE0"/>
        </w:pBdr>
      </w:pPr>
    </w:p>
    <w:p>
      <w:pPr>
        <w:keepNext/>
        <w:spacing w:before="164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17"/>
          <w:u w:val="none"/>
          <w:rFonts w:ascii="Segoe UI" w:hAnsi="Segoe UI" w:cs="Segoe UI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E242A"/>
          <w:sz w:val="18"/>
          <w:u w:val="none"/>
          <w:rFonts w:ascii="Corbel" w:hAnsi="Corbel" w:cs="Corbel"/>
        </w:rPr>
        <w:t/>
      </w:r>
    </w:p>
    <w:p>
      <w:pPr>
        <w:spacing w:before="160" w:after="0"/>
      </w:pPr>
      <w:r>
        <w:rPr>
          <w:b/>
          <w:i w:val="0"/>
          <w:color w:val="5C6772"/>
          <w:sz w:val="14"/>
          <w:u w:val="none"/>
          <w:rFonts w:ascii="Segoe UI" w:hAnsi="Segoe UI" w:cs="Segoe UI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26303A"/>
          <w:sz w:val="20"/>
          <w:u w:val="none"/>
          <w:rFonts w:ascii="Corbel" w:hAnsi="Corbel" w:cs="Corbel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5C6772"/>
          <w:sz w:val="16"/>
          <w:u w:val="none"/>
          <w:rFonts w:ascii="Corbel" w:hAnsi="Corbel" w:cs="Corbel"/>
        </w:rPr>
        <w:t xml:space="preserve">Valid until</w:t>
      </w:r>
    </w:p>
    <w:p>
      <w:pPr>
        <w:keepNext/>
        <w:spacing w:before="182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17"/>
          <w:u w:val="none"/>
          <w:rFonts w:ascii="Segoe UI" w:hAnsi="Segoe UI" w:cs="Segoe UI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E242A"/>
          <w:sz w:val="18"/>
          <w:u w:val="none"/>
          <w:rFonts w:ascii="Corbel" w:hAnsi="Corbel" w:cs="Corbel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82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17"/>
          <w:u w:val="none"/>
          <w:rFonts w:ascii="Segoe UI" w:hAnsi="Segoe UI" w:cs="Segoe UI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6DBE0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574"/>
      </w:tblGrid>
      <w:tr>
        <w:trPr>
          <w:trHeight w:val="273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</w:rPr>
              <w:t>Full Name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273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</w:rPr>
              <w:t>Date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273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</w:rPr>
              <w:t>Gender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273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</w:rPr>
              <w:t>Mobile No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273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</w:rPr>
              <w:t>Nationality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273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</w:rPr>
              <w:t>Place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182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17"/>
          <w:u w:val="none"/>
          <w:rFonts w:ascii="Segoe UI" w:hAnsi="Segoe UI" w:cs="Segoe UI"/>
          <w:spacing w:val="44"/>
        </w:rPr>
        <w:t>PASSPORT DETAILS</w:t>
      </w:r>
    </w:p>
    <w:tbl>
      <w:tblPr>
        <w:tblW w:type="auto" w:w="0"/>
        <w:tblBorders>
          <w:top w:val="single" w:sz="4" w:space="0" w:color="D6DBE0"/>
          <w:left w:val="none" w:sz="0" w:space="0" w:color="auto"/>
          <w:bottom w:val="single" w:sz="4" w:space="0" w:color="D6DBE0"/>
          <w:right w:val="none" w:sz="0" w:space="0" w:color="auto"/>
          <w:insideH w:val="single" w:sz="4" w:space="0" w:color="D6DBE0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8"/>
              </w:rPr>
              <w:t>Passport Number</w:t>
            </w:r>
          </w:p>
        </w:tc>
        <w:tc>
          <w:tcPr>
            <w:tcW w:type="dxa" w:w="2513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8"/>
              </w:rPr>
              <w:t>Issue Date</w:t>
            </w:r>
          </w:p>
        </w:tc>
        <w:tc>
          <w:tcPr>
            <w:tcW w:type="dxa" w:w="2513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8"/>
              </w:rPr>
              <w:t>Expiry Date</w:t>
            </w:r>
          </w:p>
        </w:tc>
        <w:tc>
          <w:tcPr>
            <w:tcW w:type="dxa" w:w="2527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5"/>
                <w:u w:val="none"/>
                <w:rFonts w:ascii="Segoe UI" w:hAnsi="Segoe UI" w:cs="Segoe UI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27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182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17"/>
          <w:u w:val="none"/>
          <w:rFonts w:ascii="Segoe UI" w:hAnsi="Segoe UI" w:cs="Segoe UI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0E8C86"/>
          <w:sz w:val="14"/>
          <w:u w:val="none"/>
          <w:rFonts w:ascii="Segoe UI" w:hAnsi="Segoe UI" w:cs="Segoe UI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BE0"/>
        </w:pBdr>
      </w:pPr>
      <w:r>
        <w:rPr>
          <w:b w:val="0"/>
          <w:i w:val="0"/>
          <w:color w:val="1E242A"/>
          <w:sz w:val="18"/>
          <w:u w:val="none"/>
          <w:rFonts w:ascii="Corbel" w:hAnsi="Corbel" w:cs="Corbel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0E8C86"/>
          <w:sz w:val="14"/>
          <w:u w:val="none"/>
          <w:rFonts w:ascii="Segoe UI" w:hAnsi="Segoe UI" w:cs="Segoe UI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BE0"/>
        </w:pBdr>
      </w:pPr>
      <w:r>
        <w:rPr>
          <w:b w:val="0"/>
          <w:i w:val="0"/>
          <w:color w:val="1E242A"/>
          <w:sz w:val="18"/>
          <w:u w:val="none"/>
          <w:rFonts w:ascii="Corbel" w:hAnsi="Corbel" w:cs="Corbel"/>
        </w:rPr>
        <w:t/>
      </w:r>
    </w:p>
    <w:p>
      <w:pPr>
        <w:keepNext/>
        <w:spacing w:before="182" w:after="100"/>
        <w:ind w:left="0"/>
        <w:pBdr>
          <w:bottom w:val="single" w:sz="6" w:space="3" w:color="0E8C86"/>
        </w:pBdr>
      </w:pPr>
      <w:r>
        <w:rPr>
          <w:b/>
          <w:i w:val="0"/>
          <w:color w:val="1E242A"/>
          <w:sz w:val="17"/>
          <w:u w:val="none"/>
          <w:rFonts w:ascii="Segoe UI" w:hAnsi="Segoe UI" w:cs="Segoe UI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E242A"/>
          <w:sz w:val="18"/>
          <w:u w:val="none"/>
          <w:rFonts w:ascii="Corbel" w:hAnsi="Corbel" w:cs="Corbe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18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BE0"/>
              </w:pBdr>
            </w:pPr>
            <w:r>
              <w:rPr>
                <w:b w:val="0"/>
                <w:i/>
                <w:color w:val="5C6772"/>
                <w:sz w:val="16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