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4A3521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41E17"/>
                <w:sz w:val="48"/>
                <w:u w:val="none"/>
                <w:rFonts w:ascii="Times New Roman" w:hAnsi="Times New Roman" w:cs="Times New Roman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C08A2E"/>
                <w:sz w:val="17"/>
                <w:u w:val="none"/>
                <w:rFonts w:ascii="Times New Roman" w:hAnsi="Times New Roman" w:cs="Times New Roman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55C50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C08A2E"/>
                <w:left w:val="dotted" w:sz="8" w:space="0" w:color="C08A2E"/>
                <w:bottom w:val="dotted" w:sz="8" w:space="0" w:color="C08A2E"/>
                <w:right w:val="dotted" w:sz="8" w:space="0" w:color="C08A2E"/>
                <w:insideH w:val="dotted" w:sz="8" w:space="0" w:color="C08A2E"/>
                <w:insideV w:val="dotted" w:sz="8" w:space="0" w:color="C0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5F1EA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E0D8CB"/>
        </w:pBdr>
      </w:pPr>
    </w:p>
    <w:p>
      <w:pPr>
        <w:keepNext/>
        <w:spacing w:before="180" w:after="100"/>
        <w:ind w:left="0"/>
        <w:pBdr>
          <w:bottom w:val="single" w:sz="6" w:space="3" w:color="C08A2E"/>
        </w:pBdr>
      </w:pPr>
      <w:r>
        <w:rPr>
          <w:b/>
          <w:i w:val="0"/>
          <w:color w:val="241E17"/>
          <w:sz w:val="19"/>
          <w:u w:val="none"/>
          <w:rFonts w:ascii="Times New Roman" w:hAnsi="Times New Roman" w:cs="Times New Roman"/>
          <w:spacing w:val="44"/>
        </w:rPr>
        <w:t>ADDRESS:</w:t>
      </w:r>
    </w:p>
    <w:p>
      <w:pPr>
        <w:spacing w:before="60" w:after="0" w:line="288" w:lineRule="auto"/>
        <w:ind w:left="0" w:right="0"/>
        <w:jc w:val="left"/>
      </w:pPr>
      <w:r>
        <w:rPr>
          <w:b w:val="0"/>
          <w:i w:val="0"/>
          <w:color w:val="241E17"/>
          <w:sz w:val="20"/>
          <w:u w:val="none"/>
          <w:rFonts w:ascii="Arial" w:hAnsi="Arial" w:cs="Arial"/>
        </w:rPr>
        <w:t/>
      </w:r>
    </w:p>
    <w:p>
      <w:pPr>
        <w:spacing w:before="160" w:after="0"/>
      </w:pPr>
      <w:r>
        <w:rPr>
          <w:b/>
          <w:i w:val="0"/>
          <w:color w:val="655C50"/>
          <w:sz w:val="16"/>
          <w:u w:val="none"/>
          <w:rFonts w:ascii="Times New Roman" w:hAnsi="Times New Roman" w:cs="Times New Roman"/>
          <w:spacing w:val="30"/>
        </w:rPr>
        <w:t>PASSPORT</w:t>
      </w:r>
    </w:p>
    <w:p>
      <w:pPr>
        <w:spacing w:before="40" w:after="0"/>
      </w:pPr>
      <w:r>
        <w:rPr>
          <w:b/>
          <w:i w:val="0"/>
          <w:color w:val="4A3521"/>
          <w:sz w:val="22"/>
          <w:u w:val="none"/>
          <w:rFonts w:ascii="Arial" w:hAnsi="Arial" w:cs="Arial"/>
          <w:spacing w:val="14"/>
        </w:rPr>
        <w:t/>
      </w:r>
    </w:p>
    <w:p>
      <w:pPr>
        <w:spacing w:before="20" w:after="0"/>
      </w:pPr>
      <w:r>
        <w:rPr>
          <w:b w:val="0"/>
          <w:i w:val="0"/>
          <w:color w:val="655C50"/>
          <w:sz w:val="18"/>
          <w:u w:val="none"/>
          <w:rFonts w:ascii="Arial" w:hAnsi="Arial" w:cs="Arial"/>
        </w:rPr>
        <w:t xml:space="preserve">Valid until</w:t>
      </w:r>
    </w:p>
    <w:p>
      <w:pPr>
        <w:keepNext/>
        <w:spacing w:before="200" w:after="100"/>
        <w:ind w:left="0"/>
        <w:pBdr>
          <w:bottom w:val="single" w:sz="6" w:space="3" w:color="C08A2E"/>
        </w:pBdr>
      </w:pPr>
      <w:r>
        <w:rPr>
          <w:b/>
          <w:i w:val="0"/>
          <w:color w:val="241E17"/>
          <w:sz w:val="19"/>
          <w:u w:val="none"/>
          <w:rFonts w:ascii="Times New Roman" w:hAnsi="Times New Roman" w:cs="Times New Roman"/>
          <w:spacing w:val="44"/>
        </w:rPr>
        <w:t>CAREER OBJECTIVE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Arial" w:hAnsi="Arial" w:cs="Arial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00" w:after="100"/>
        <w:ind w:left="0"/>
        <w:pBdr>
          <w:bottom w:val="single" w:sz="6" w:space="3" w:color="C08A2E"/>
        </w:pBdr>
      </w:pPr>
      <w:r>
        <w:rPr>
          <w:b/>
          <w:i w:val="0"/>
          <w:color w:val="241E17"/>
          <w:sz w:val="19"/>
          <w:u w:val="none"/>
          <w:rFonts w:ascii="Times New Roman" w:hAnsi="Times New Roman" w:cs="Times New Roman"/>
          <w:spacing w:val="44"/>
        </w:rPr>
        <w:t>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0D8CB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574"/>
      </w:tblGrid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Full Name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Date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Gender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Mobile No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Nationality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4A3521"/>
                <w:sz w:val="18"/>
                <w:u w:val="none"/>
                <w:rFonts w:ascii="Times New Roman" w:hAnsi="Times New Roman" w:cs="Times New Roman"/>
              </w:rPr>
              <w:t>Place of Birth</w:t>
            </w:r>
          </w:p>
        </w:tc>
        <w:tc>
          <w:tcPr>
            <w:tcW w:type="dxa" w:w="757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00" w:after="100"/>
        <w:ind w:left="0"/>
        <w:pBdr>
          <w:bottom w:val="single" w:sz="6" w:space="3" w:color="C08A2E"/>
        </w:pBdr>
      </w:pPr>
      <w:r>
        <w:rPr>
          <w:b/>
          <w:i w:val="0"/>
          <w:color w:val="241E17"/>
          <w:sz w:val="19"/>
          <w:u w:val="none"/>
          <w:rFonts w:ascii="Times New Roman" w:hAnsi="Times New Roman" w:cs="Times New Roman"/>
          <w:spacing w:val="44"/>
        </w:rPr>
        <w:t>PASSPORT DETAILS</w:t>
      </w:r>
    </w:p>
    <w:tbl>
      <w:tblPr>
        <w:tblW w:type="auto" w:w="0"/>
        <w:tblBorders>
          <w:top w:val="single" w:sz="4" w:space="0" w:color="E0D8CB"/>
          <w:left w:val="none" w:sz="0" w:space="0" w:color="auto"/>
          <w:bottom w:val="single" w:sz="4" w:space="0" w:color="E0D8CB"/>
          <w:right w:val="none" w:sz="0" w:space="0" w:color="auto"/>
          <w:insideH w:val="single" w:sz="4" w:space="0" w:color="E0D8CB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01"/>
        <w:gridCol w:w="2512"/>
        <w:gridCol w:w="2512"/>
        <w:gridCol w:w="2527"/>
      </w:tblGrid>
      <w:tr>
        <w:trPr>
          <w:trHeight w:val="340" w:hRule="atLeast"/>
        </w:trPr>
        <w:tc>
          <w:tcPr>
            <w:tcW w:type="dxa" w:w="2902"/>
            <w:tcBorders>
              <w:bottom w:val="single" w:sz="10" w:space="0" w:color="4A3521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8"/>
              </w:rPr>
              <w:t>Passport Number</w:t>
            </w:r>
          </w:p>
        </w:tc>
        <w:tc>
          <w:tcPr>
            <w:tcW w:type="dxa" w:w="2513"/>
            <w:tcBorders>
              <w:bottom w:val="single" w:sz="10" w:space="0" w:color="4A3521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8"/>
              </w:rPr>
              <w:t>Issue Date</w:t>
            </w:r>
          </w:p>
        </w:tc>
        <w:tc>
          <w:tcPr>
            <w:tcW w:type="dxa" w:w="2513"/>
            <w:tcBorders>
              <w:bottom w:val="single" w:sz="10" w:space="0" w:color="4A3521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8"/>
              </w:rPr>
              <w:t>Expiry Date</w:t>
            </w:r>
          </w:p>
        </w:tc>
        <w:tc>
          <w:tcPr>
            <w:tcW w:type="dxa" w:w="2527"/>
            <w:tcBorders>
              <w:bottom w:val="single" w:sz="10" w:space="0" w:color="4A3521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4A3521"/>
                <w:sz w:val="17"/>
                <w:u w:val="none"/>
                <w:rFonts w:ascii="Times New Roman" w:hAnsi="Times New Roman" w:cs="Times New Roman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0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13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527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241E17"/>
                <w:sz w:val="19"/>
                <w:u w:val="none"/>
                <w:rFonts w:ascii="Arial" w:hAnsi="Arial" w:cs="Arial"/>
              </w:rPr>
              <w:t/>
            </w:r>
          </w:p>
        </w:tc>
      </w:tr>
    </w:tbl>
    <w:p>
      <w:pPr>
        <w:keepNext/>
        <w:spacing w:before="200" w:after="100"/>
        <w:ind w:left="0"/>
        <w:pBdr>
          <w:bottom w:val="single" w:sz="6" w:space="3" w:color="C08A2E"/>
        </w:pBdr>
      </w:pPr>
      <w:r>
        <w:rPr>
          <w:b/>
          <w:i w:val="0"/>
          <w:color w:val="241E17"/>
          <w:sz w:val="19"/>
          <w:u w:val="none"/>
          <w:rFonts w:ascii="Times New Roman" w:hAnsi="Times New Roman" w:cs="Times New Roman"/>
          <w:spacing w:val="44"/>
        </w:rPr>
        <w:t>WORK EXPERIENCE</w:t>
      </w:r>
    </w:p>
    <w:p>
      <w:pPr>
        <w:spacing w:before="140" w:after="0" w:line="276" w:lineRule="auto"/>
        <w:ind w:left="0"/>
      </w:pPr>
      <w:r>
        <w:rPr>
          <w:b/>
          <w:i w:val="0"/>
          <w:color w:val="C08A2E"/>
          <w:sz w:val="16"/>
          <w:u w:val="none"/>
          <w:rFonts w:ascii="Times New Roman" w:hAnsi="Times New Roman" w:cs="Times New Roman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0D8CB"/>
        </w:pBdr>
      </w:pPr>
      <w:r>
        <w:rPr>
          <w:b w:val="0"/>
          <w:i w:val="0"/>
          <w:color w:val="241E17"/>
          <w:sz w:val="20"/>
          <w:u w:val="none"/>
          <w:rFonts w:ascii="Arial" w:hAnsi="Arial" w:cs="Arial"/>
        </w:rPr>
        <w:t/>
      </w:r>
    </w:p>
    <w:p>
      <w:pPr>
        <w:spacing w:before="140" w:after="0" w:line="276" w:lineRule="auto"/>
        <w:ind w:left="0"/>
      </w:pPr>
      <w:r>
        <w:rPr>
          <w:b/>
          <w:i w:val="0"/>
          <w:color w:val="C08A2E"/>
          <w:sz w:val="16"/>
          <w:u w:val="none"/>
          <w:rFonts w:ascii="Times New Roman" w:hAnsi="Times New Roman" w:cs="Times New Roman"/>
          <w:spacing w:val="22"/>
        </w:rPr>
        <w:t>Experience</w:t>
      </w:r>
    </w:p>
    <w:p>
      <w:pPr>
        <w:spacing w:before="0" w:after="0" w:line="276" w:lineRule="auto"/>
        <w:ind w:left="0"/>
        <w:pBdr>
          <w:bottom w:val="single" w:sz="4" w:space="4" w:color="E0D8CB"/>
        </w:pBdr>
      </w:pPr>
      <w:r>
        <w:rPr>
          <w:b w:val="0"/>
          <w:i w:val="0"/>
          <w:color w:val="241E17"/>
          <w:sz w:val="20"/>
          <w:u w:val="none"/>
          <w:rFonts w:ascii="Arial" w:hAnsi="Arial" w:cs="Arial"/>
        </w:rPr>
        <w:t/>
      </w:r>
    </w:p>
    <w:p>
      <w:pPr>
        <w:keepNext/>
        <w:spacing w:before="200" w:after="100"/>
        <w:ind w:left="0"/>
        <w:pBdr>
          <w:bottom w:val="single" w:sz="6" w:space="3" w:color="C08A2E"/>
        </w:pBdr>
      </w:pPr>
      <w:r>
        <w:rPr>
          <w:b/>
          <w:i w:val="0"/>
          <w:color w:val="241E17"/>
          <w:sz w:val="19"/>
          <w:u w:val="none"/>
          <w:rFonts w:ascii="Times New Roman" w:hAnsi="Times New Roman" w:cs="Times New Roman"/>
          <w:spacing w:val="44"/>
        </w:rPr>
        <w:t>DECLARATION</w:t>
      </w:r>
    </w:p>
    <w:p>
      <w:pPr>
        <w:spacing w:before="60" w:after="0" w:line="293" w:lineRule="auto"/>
        <w:ind w:left="0" w:right="0"/>
        <w:jc w:val="both"/>
      </w:pPr>
      <w:r>
        <w:rPr>
          <w:b w:val="0"/>
          <w:i w:val="0"/>
          <w:color w:val="241E17"/>
          <w:sz w:val="20"/>
          <w:u w:val="none"/>
          <w:rFonts w:ascii="Arial" w:hAnsi="Arial" w:cs="Arial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241E17"/>
                <w:sz w:val="20"/>
                <w:u w:val="none"/>
                <w:rFonts w:ascii="Arial" w:hAnsi="Arial" w:cs="Arial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4A3521"/>
                <w:sz w:val="20"/>
                <w:u w:val="none"/>
                <w:rFonts w:ascii="Arial" w:hAnsi="Arial" w:cs="Arial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E0D8CB"/>
              </w:pBdr>
            </w:pPr>
            <w:r>
              <w:rPr>
                <w:b w:val="0"/>
                <w:i/>
                <w:color w:val="655C50"/>
                <w:sz w:val="18"/>
                <w:u w:val="none"/>
                <w:rFonts w:ascii="Arial" w:hAnsi="Arial" w:cs="Arial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