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2A2A7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D1D2B"/>
                <w:sz w:val="48"/>
                <w:u w:val="none"/>
                <w:rFonts w:ascii="Tahoma" w:hAnsi="Tahoma" w:cs="Tahom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00A6A6"/>
                <w:sz w:val="17"/>
                <w:u w:val="none"/>
                <w:rFonts w:ascii="Tahoma" w:hAnsi="Tahoma" w:cs="Tahom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B5B75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00A6A6"/>
                <w:left w:val="double" w:sz="12" w:space="0" w:color="00A6A6"/>
                <w:bottom w:val="double" w:sz="12" w:space="0" w:color="00A6A6"/>
                <w:right w:val="double" w:sz="12" w:space="0" w:color="00A6A6"/>
                <w:insideH w:val="double" w:sz="12" w:space="0" w:color="00A6A6"/>
                <w:insideV w:val="double" w:sz="12" w:space="0" w:color="00A6A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6D6E6"/>
        </w:pBdr>
      </w:pPr>
    </w:p>
    <w:p>
      <w:pPr>
        <w:keepNext/>
        <w:spacing w:before="18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19"/>
          <w:u w:val="none"/>
          <w:rFonts w:ascii="Tahoma" w:hAnsi="Tahoma" w:cs="Tahoma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1D1D2B"/>
          <w:sz w:val="20"/>
          <w:u w:val="none"/>
          <w:rFonts w:ascii="Georgia" w:hAnsi="Georgia" w:cs="Georgia"/>
        </w:rPr>
        <w:t/>
      </w:r>
    </w:p>
    <w:p>
      <w:pPr>
        <w:spacing w:before="160" w:after="0"/>
      </w:pPr>
      <w:r>
        <w:rPr>
          <w:b/>
          <w:i w:val="0"/>
          <w:color w:val="5B5B75"/>
          <w:sz w:val="16"/>
          <w:u w:val="none"/>
          <w:rFonts w:ascii="Tahoma" w:hAnsi="Tahoma" w:cs="Tahoma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2A2A72"/>
          <w:sz w:val="22"/>
          <w:u w:val="none"/>
          <w:rFonts w:ascii="Georgia" w:hAnsi="Georgia" w:cs="Georgia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5B5B75"/>
          <w:sz w:val="18"/>
          <w:u w:val="none"/>
          <w:rFonts w:ascii="Georgia" w:hAnsi="Georgia" w:cs="Georgia"/>
        </w:rPr>
        <w:t xml:space="preserve">Valid until</w:t>
      </w:r>
    </w:p>
    <w:p>
      <w:pPr>
        <w:keepNext/>
        <w:spacing w:before="20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19"/>
          <w:u w:val="none"/>
          <w:rFonts w:ascii="Tahoma" w:hAnsi="Tahoma" w:cs="Tahoma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Georgia" w:hAnsi="Georgia" w:cs="Georg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0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19"/>
          <w:u w:val="none"/>
          <w:rFonts w:ascii="Tahoma" w:hAnsi="Tahoma" w:cs="Tahoma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6D6E6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Full Name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Date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Gender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Mobile No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Nationality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18"/>
                <w:u w:val="none"/>
                <w:rFonts w:ascii="Tahoma" w:hAnsi="Tahoma" w:cs="Tahoma"/>
              </w:rPr>
              <w:t>Place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0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19"/>
          <w:u w:val="none"/>
          <w:rFonts w:ascii="Tahoma" w:hAnsi="Tahoma" w:cs="Tahoma"/>
          <w:spacing w:val="44"/>
        </w:rPr>
        <w:t>PASSPORT DETAILS</w:t>
      </w:r>
    </w:p>
    <w:tbl>
      <w:tblPr>
        <w:tblW w:type="auto" w:w="0"/>
        <w:tblBorders>
          <w:top w:val="single" w:sz="4" w:space="0" w:color="D6D6E6"/>
          <w:left w:val="none" w:sz="0" w:space="0" w:color="auto"/>
          <w:bottom w:val="single" w:sz="4" w:space="0" w:color="D6D6E6"/>
          <w:right w:val="none" w:sz="0" w:space="0" w:color="auto"/>
          <w:insideH w:val="single" w:sz="4" w:space="0" w:color="D6D6E6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tcBorders>
              <w:bottom w:val="single" w:sz="10" w:space="0" w:color="2A2A7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Passport Number</w:t>
            </w:r>
          </w:p>
        </w:tc>
        <w:tc>
          <w:tcPr>
            <w:tcW w:type="dxa" w:w="2599"/>
            <w:tcBorders>
              <w:bottom w:val="single" w:sz="10" w:space="0" w:color="2A2A7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Issue Date</w:t>
            </w:r>
          </w:p>
        </w:tc>
        <w:tc>
          <w:tcPr>
            <w:tcW w:type="dxa" w:w="2599"/>
            <w:tcBorders>
              <w:bottom w:val="single" w:sz="10" w:space="0" w:color="2A2A7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Expiry Date</w:t>
            </w:r>
          </w:p>
        </w:tc>
        <w:tc>
          <w:tcPr>
            <w:tcW w:type="dxa" w:w="2614"/>
            <w:tcBorders>
              <w:bottom w:val="single" w:sz="10" w:space="0" w:color="2A2A7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1D2B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0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19"/>
          <w:u w:val="none"/>
          <w:rFonts w:ascii="Tahoma" w:hAnsi="Tahoma" w:cs="Tahoma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00A6A6"/>
          <w:sz w:val="16"/>
          <w:u w:val="none"/>
          <w:rFonts w:ascii="Tahoma" w:hAnsi="Tahoma" w:cs="Tahom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6E6"/>
        </w:pBdr>
      </w:pPr>
      <w:r>
        <w:rPr>
          <w:b w:val="0"/>
          <w:i w:val="0"/>
          <w:color w:val="1D1D2B"/>
          <w:sz w:val="20"/>
          <w:u w:val="none"/>
          <w:rFonts w:ascii="Georgia" w:hAnsi="Georgia" w:cs="Georgia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00A6A6"/>
          <w:sz w:val="16"/>
          <w:u w:val="none"/>
          <w:rFonts w:ascii="Tahoma" w:hAnsi="Tahoma" w:cs="Tahom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6D6E6"/>
        </w:pBdr>
      </w:pPr>
      <w:r>
        <w:rPr>
          <w:b w:val="0"/>
          <w:i w:val="0"/>
          <w:color w:val="1D1D2B"/>
          <w:sz w:val="20"/>
          <w:u w:val="none"/>
          <w:rFonts w:ascii="Georgia" w:hAnsi="Georgia" w:cs="Georgia"/>
        </w:rPr>
        <w:t/>
      </w:r>
    </w:p>
    <w:p>
      <w:pPr>
        <w:keepNext/>
        <w:spacing w:before="200" w:after="100"/>
        <w:ind w:left="0"/>
        <w:pBdr>
          <w:bottom w:val="single" w:sz="6" w:space="3" w:color="00A6A6"/>
        </w:pBdr>
      </w:pPr>
      <w:r>
        <w:rPr>
          <w:b/>
          <w:i w:val="0"/>
          <w:color w:val="1D1D2B"/>
          <w:sz w:val="19"/>
          <w:u w:val="none"/>
          <w:rFonts w:ascii="Tahoma" w:hAnsi="Tahoma" w:cs="Tahoma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D1D2B"/>
          <w:sz w:val="20"/>
          <w:u w:val="none"/>
          <w:rFonts w:ascii="Georgia" w:hAnsi="Georgia" w:cs="Georg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1D2B"/>
                <w:sz w:val="20"/>
                <w:u w:val="none"/>
                <w:rFonts w:ascii="Georgia" w:hAnsi="Georgia" w:cs="Georgi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A2A72"/>
                <w:sz w:val="20"/>
                <w:u w:val="none"/>
                <w:rFonts w:ascii="Georgia" w:hAnsi="Georgia" w:cs="Georg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A2A72"/>
              </w:pBdr>
            </w:pPr>
            <w:r>
              <w:rPr>
                <w:b w:val="0"/>
                <w:i/>
                <w:color w:val="5B5B75"/>
                <w:sz w:val="18"/>
                <w:u w:val="none"/>
                <w:rFonts w:ascii="Georgia" w:hAnsi="Georgia" w:cs="Georg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