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33414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52B"/>
                <w:sz w:val="45"/>
                <w:u w:val="none"/>
                <w:rFonts w:ascii="Verdana" w:hAnsi="Verdana" w:cs="Verdan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D2691E"/>
                <w:sz w:val="16"/>
                <w:u w:val="none"/>
                <w:rFonts w:ascii="Verdana" w:hAnsi="Verdana" w:cs="Verdan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F6B77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33414F"/>
                <w:left w:val="single" w:sz="18" w:space="0" w:color="33414F"/>
                <w:bottom w:val="single" w:sz="18" w:space="0" w:color="33414F"/>
                <w:right w:val="single" w:sz="18" w:space="0" w:color="33414F"/>
                <w:insideH w:val="single" w:sz="18" w:space="0" w:color="33414F"/>
                <w:insideV w:val="single" w:sz="18" w:space="0" w:color="33414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8DEE4"/>
        </w:pBdr>
      </w:pPr>
    </w:p>
    <w:p>
      <w:pPr>
        <w:keepNext/>
        <w:spacing w:before="172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F252B"/>
          <w:sz w:val="19"/>
          <w:u w:val="none"/>
          <w:rFonts w:ascii="Cambria" w:hAnsi="Cambria" w:cs="Cambria"/>
        </w:rPr>
        <w:t/>
      </w:r>
    </w:p>
    <w:p>
      <w:pPr>
        <w:spacing w:before="160" w:after="0"/>
      </w:pPr>
      <w:r>
        <w:rPr>
          <w:b/>
          <w:i w:val="0"/>
          <w:color w:val="5F6B77"/>
          <w:sz w:val="15"/>
          <w:u w:val="none"/>
          <w:rFonts w:ascii="Verdana" w:hAnsi="Verdana" w:cs="Verdana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33414F"/>
          <w:sz w:val="21"/>
          <w:u w:val="none"/>
          <w:rFonts w:ascii="Cambria" w:hAnsi="Cambria" w:cs="Cambria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F6B77"/>
          <w:sz w:val="17"/>
          <w:u w:val="none"/>
          <w:rFonts w:ascii="Cambria" w:hAnsi="Cambria" w:cs="Cambria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52B"/>
          <w:sz w:val="19"/>
          <w:u w:val="none"/>
          <w:rFonts w:ascii="Cambria" w:hAnsi="Cambria" w:cs="Cambr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8DEE4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776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PASSPORT DETAILS</w:t>
      </w:r>
    </w:p>
    <w:tbl>
      <w:tblPr>
        <w:tblW w:type="auto" w:w="0"/>
        <w:tblBorders>
          <w:top w:val="single" w:sz="4" w:space="0" w:color="D8DEE4"/>
          <w:left w:val="none" w:sz="0" w:space="0" w:color="auto"/>
          <w:bottom w:val="single" w:sz="4" w:space="0" w:color="D8DEE4"/>
          <w:right w:val="none" w:sz="0" w:space="0" w:color="auto"/>
          <w:insideH w:val="single" w:sz="4" w:space="0" w:color="D8DEE4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tcBorders>
              <w:bottom w:val="single" w:sz="10" w:space="0" w:color="33414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8"/>
              </w:rPr>
              <w:t>Passport Number</w:t>
            </w:r>
          </w:p>
        </w:tc>
        <w:tc>
          <w:tcPr>
            <w:tcW w:type="dxa" w:w="2563"/>
            <w:tcBorders>
              <w:bottom w:val="single" w:sz="10" w:space="0" w:color="33414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8"/>
              </w:rPr>
              <w:t>Issue Date</w:t>
            </w:r>
          </w:p>
        </w:tc>
        <w:tc>
          <w:tcPr>
            <w:tcW w:type="dxa" w:w="2563"/>
            <w:tcBorders>
              <w:bottom w:val="single" w:sz="10" w:space="0" w:color="33414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8"/>
              </w:rPr>
              <w:t>Expiry Date</w:t>
            </w:r>
          </w:p>
        </w:tc>
        <w:tc>
          <w:tcPr>
            <w:tcW w:type="dxa" w:w="2578"/>
            <w:tcBorders>
              <w:bottom w:val="single" w:sz="10" w:space="0" w:color="33414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D2691E"/>
          <w:sz w:val="15"/>
          <w:u w:val="none"/>
          <w:rFonts w:ascii="Verdana" w:hAnsi="Verdana" w:cs="Verdan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8DEE4"/>
        </w:pBdr>
      </w:pPr>
      <w:r>
        <w:rPr>
          <w:b w:val="0"/>
          <w:i w:val="0"/>
          <w:color w:val="1F252B"/>
          <w:sz w:val="19"/>
          <w:u w:val="none"/>
          <w:rFonts w:ascii="Cambria" w:hAnsi="Cambria" w:cs="Cambri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D2691E"/>
          <w:sz w:val="15"/>
          <w:u w:val="none"/>
          <w:rFonts w:ascii="Verdana" w:hAnsi="Verdana" w:cs="Verdan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8DEE4"/>
        </w:pBdr>
      </w:pPr>
      <w:r>
        <w:rPr>
          <w:b w:val="0"/>
          <w:i w:val="0"/>
          <w:color w:val="1F252B"/>
          <w:sz w:val="19"/>
          <w:u w:val="none"/>
          <w:rFonts w:ascii="Cambria" w:hAnsi="Cambria" w:cs="Cambria"/>
        </w:rPr>
        <w:t/>
      </w:r>
    </w:p>
    <w:p>
      <w:pPr>
        <w:keepNext/>
        <w:spacing w:before="191" w:after="100"/>
        <w:ind w:left="0"/>
        <w:pBdr>
          <w:bottom w:val="single" w:sz="6" w:space="3" w:color="D2691E"/>
        </w:pBdr>
      </w:pPr>
      <w:r>
        <w:rPr>
          <w:b/>
          <w:i w:val="0"/>
          <w:color w:val="1F252B"/>
          <w:sz w:val="18"/>
          <w:u w:val="none"/>
          <w:rFonts w:ascii="Verdana" w:hAnsi="Verdana" w:cs="Verdana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52B"/>
          <w:sz w:val="19"/>
          <w:u w:val="none"/>
          <w:rFonts w:ascii="Cambria" w:hAnsi="Cambria" w:cs="Cambr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19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8DEE4"/>
              </w:pBdr>
            </w:pPr>
            <w:r>
              <w:rPr>
                <w:b w:val="0"/>
                <w:i/>
                <w:color w:val="5F6B77"/>
                <w:sz w:val="17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