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1E5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F26"/>
                <w:sz w:val="45"/>
                <w:u w:val="none"/>
                <w:rFonts w:ascii="Trebuchet MS" w:hAnsi="Trebuchet MS" w:cs="Trebuchet MS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B4567E"/>
                <w:sz w:val="16"/>
                <w:u w:val="none"/>
                <w:rFonts w:ascii="Trebuchet MS" w:hAnsi="Trebuchet MS" w:cs="Trebuchet MS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69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B4567E"/>
                <w:left w:val="dotted" w:sz="8" w:space="0" w:color="B4567E"/>
                <w:bottom w:val="dotted" w:sz="8" w:space="0" w:color="B4567E"/>
                <w:right w:val="dotted" w:sz="8" w:space="0" w:color="B4567E"/>
                <w:insideH w:val="dotted" w:sz="8" w:space="0" w:color="B4567E"/>
                <w:insideV w:val="dotted" w:sz="8" w:space="0" w:color="B4567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EEF7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5E3"/>
        </w:pBdr>
      </w:pPr>
    </w:p>
    <w:p>
      <w:pPr>
        <w:keepNext/>
        <w:spacing w:before="172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241F26"/>
          <w:sz w:val="19"/>
          <w:u w:val="none"/>
          <w:rFonts w:ascii="Segoe UI" w:hAnsi="Segoe UI" w:cs="Segoe UI"/>
        </w:rPr>
        <w:t/>
      </w:r>
    </w:p>
    <w:p>
      <w:pPr>
        <w:spacing w:before="160" w:after="0"/>
      </w:pPr>
      <w:r>
        <w:rPr>
          <w:b/>
          <w:i w:val="0"/>
          <w:color w:val="655C69"/>
          <w:sz w:val="15"/>
          <w:u w:val="none"/>
          <w:rFonts w:ascii="Trebuchet MS" w:hAnsi="Trebuchet MS" w:cs="Trebuchet MS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4A1E52"/>
          <w:sz w:val="21"/>
          <w:u w:val="none"/>
          <w:rFonts w:ascii="Segoe UI" w:hAnsi="Segoe UI" w:cs="Segoe UI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655C69"/>
          <w:sz w:val="17"/>
          <w:u w:val="none"/>
          <w:rFonts w:ascii="Segoe UI" w:hAnsi="Segoe UI" w:cs="Segoe UI"/>
        </w:rPr>
        <w:t xml:space="preserve">Valid until</w:t>
      </w:r>
    </w:p>
    <w:p>
      <w:pPr>
        <w:keepNext/>
        <w:spacing w:before="191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41F26"/>
          <w:sz w:val="19"/>
          <w:u w:val="none"/>
          <w:rFonts w:ascii="Segoe UI" w:hAnsi="Segoe UI" w:cs="Segoe U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191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0D5E3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689"/>
      </w:tblGrid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Full Name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Date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Gender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Mobile No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Nationality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286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1E52"/>
                <w:sz w:val="17"/>
                <w:u w:val="none"/>
                <w:rFonts w:ascii="Trebuchet MS" w:hAnsi="Trebuchet MS" w:cs="Trebuchet MS"/>
              </w:rPr>
              <w:t>Place of Birth</w:t>
            </w:r>
          </w:p>
        </w:tc>
        <w:tc>
          <w:tcPr>
            <w:tcW w:type="dxa" w:w="769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PASSPORT DETAILS</w:t>
      </w:r>
    </w:p>
    <w:tbl>
      <w:tblPr>
        <w:tblW w:type="auto" w:w="0"/>
        <w:tblBorders>
          <w:top w:val="single" w:sz="4" w:space="0" w:color="E0D5E3"/>
          <w:left w:val="none" w:sz="0" w:space="0" w:color="auto"/>
          <w:bottom w:val="single" w:sz="4" w:space="0" w:color="E0D5E3"/>
          <w:right w:val="none" w:sz="0" w:space="0" w:color="auto"/>
          <w:insideH w:val="single" w:sz="4" w:space="0" w:color="E0D5E3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8"/>
              </w:rPr>
              <w:t>Passport Number</w:t>
            </w:r>
          </w:p>
        </w:tc>
        <w:tc>
          <w:tcPr>
            <w:tcW w:type="dxa" w:w="2542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8"/>
              </w:rPr>
              <w:t>Issue Date</w:t>
            </w:r>
          </w:p>
        </w:tc>
        <w:tc>
          <w:tcPr>
            <w:tcW w:type="dxa" w:w="2542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8"/>
              </w:rPr>
              <w:t>Expiry Date</w:t>
            </w:r>
          </w:p>
        </w:tc>
        <w:tc>
          <w:tcPr>
            <w:tcW w:type="dxa" w:w="2556"/>
            <w:tcBorders>
              <w:bottom w:val="single" w:sz="10" w:space="0" w:color="4A1E52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1E52"/>
                <w:sz w:val="16"/>
                <w:u w:val="none"/>
                <w:rFonts w:ascii="Trebuchet MS" w:hAnsi="Trebuchet MS" w:cs="Trebuchet MS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56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F26"/>
                <w:sz w:val="18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191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B4567E"/>
          <w:sz w:val="15"/>
          <w:u w:val="none"/>
          <w:rFonts w:ascii="Trebuchet MS" w:hAnsi="Trebuchet MS" w:cs="Trebuchet MS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5E3"/>
        </w:pBdr>
      </w:pPr>
      <w:r>
        <w:rPr>
          <w:b w:val="0"/>
          <w:i w:val="0"/>
          <w:color w:val="241F26"/>
          <w:sz w:val="19"/>
          <w:u w:val="none"/>
          <w:rFonts w:ascii="Segoe UI" w:hAnsi="Segoe UI" w:cs="Segoe UI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B4567E"/>
          <w:sz w:val="15"/>
          <w:u w:val="none"/>
          <w:rFonts w:ascii="Trebuchet MS" w:hAnsi="Trebuchet MS" w:cs="Trebuchet MS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5E3"/>
        </w:pBdr>
      </w:pPr>
      <w:r>
        <w:rPr>
          <w:b w:val="0"/>
          <w:i w:val="0"/>
          <w:color w:val="241F26"/>
          <w:sz w:val="19"/>
          <w:u w:val="none"/>
          <w:rFonts w:ascii="Segoe UI" w:hAnsi="Segoe UI" w:cs="Segoe UI"/>
        </w:rPr>
        <w:t/>
      </w:r>
    </w:p>
    <w:p>
      <w:pPr>
        <w:keepNext/>
        <w:spacing w:before="191" w:after="100"/>
        <w:ind w:left="0"/>
        <w:pBdr>
          <w:bottom w:val="single" w:sz="6" w:space="3" w:color="B4567E"/>
        </w:pBdr>
      </w:pPr>
      <w:r>
        <w:rPr>
          <w:b/>
          <w:i w:val="0"/>
          <w:color w:val="241F26"/>
          <w:sz w:val="18"/>
          <w:u w:val="none"/>
          <w:rFonts w:ascii="Trebuchet MS" w:hAnsi="Trebuchet MS" w:cs="Trebuchet MS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41F26"/>
          <w:sz w:val="19"/>
          <w:u w:val="none"/>
          <w:rFonts w:ascii="Segoe UI" w:hAnsi="Segoe UI" w:cs="Segoe U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F26"/>
                <w:sz w:val="19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1E52"/>
                <w:sz w:val="19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4A1E52"/>
              </w:pBdr>
            </w:pPr>
            <w:r>
              <w:rPr>
                <w:b w:val="0"/>
                <w:i/>
                <w:color w:val="655C69"/>
                <w:sz w:val="17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