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A1A1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21212"/>
                <w:sz w:val="45"/>
                <w:u w:val="none"/>
                <w:rFonts w:ascii="Arial" w:hAnsi="Arial" w:cs="Arial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6E6E6E"/>
                <w:sz w:val="16"/>
                <w:u w:val="none"/>
                <w:rFonts w:ascii="Arial" w:hAnsi="Arial" w:cs="Arial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A6A6A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6E6E6E"/>
                <w:left w:val="double" w:sz="12" w:space="0" w:color="6E6E6E"/>
                <w:bottom w:val="double" w:sz="12" w:space="0" w:color="6E6E6E"/>
                <w:right w:val="double" w:sz="12" w:space="0" w:color="6E6E6E"/>
                <w:insideH w:val="double" w:sz="12" w:space="0" w:color="6E6E6E"/>
                <w:insideV w:val="double" w:sz="12" w:space="0" w:color="6E6E6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6D6"/>
        </w:pBdr>
      </w:pPr>
    </w:p>
    <w:p>
      <w:pPr>
        <w:keepNext/>
        <w:spacing w:before="172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18"/>
          <w:u w:val="none"/>
          <w:rFonts w:ascii="Arial" w:hAnsi="Arial" w:cs="Arial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21212"/>
          <w:sz w:val="19"/>
          <w:u w:val="none"/>
          <w:rFonts w:ascii="Calibri" w:hAnsi="Calibri" w:cs="Calibri"/>
        </w:rPr>
        <w:t/>
      </w:r>
    </w:p>
    <w:p>
      <w:pPr>
        <w:spacing w:before="160" w:after="0"/>
      </w:pPr>
      <w:r>
        <w:rPr>
          <w:b/>
          <w:i w:val="0"/>
          <w:color w:val="6A6A6A"/>
          <w:sz w:val="15"/>
          <w:u w:val="none"/>
          <w:rFonts w:ascii="Arial" w:hAnsi="Arial" w:cs="Arial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1A1A1A"/>
          <w:sz w:val="21"/>
          <w:u w:val="none"/>
          <w:rFonts w:ascii="Calibri" w:hAnsi="Calibri" w:cs="Calibri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6A6A6A"/>
          <w:sz w:val="17"/>
          <w:u w:val="none"/>
          <w:rFonts w:ascii="Calibri" w:hAnsi="Calibri" w:cs="Calibri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18"/>
          <w:u w:val="none"/>
          <w:rFonts w:ascii="Arial" w:hAnsi="Arial" w:cs="Arial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21212"/>
          <w:sz w:val="19"/>
          <w:u w:val="none"/>
          <w:rFonts w:ascii="Calibri" w:hAnsi="Calibri" w:cs="Calibri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18"/>
          <w:u w:val="none"/>
          <w:rFonts w:ascii="Arial" w:hAnsi="Arial" w:cs="Arial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6D6D6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574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Full Name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Date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Gender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Mobile No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Nationality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Place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18"/>
          <w:u w:val="none"/>
          <w:rFonts w:ascii="Arial" w:hAnsi="Arial" w:cs="Arial"/>
          <w:spacing w:val="44"/>
        </w:rPr>
        <w:t>PASSPORT DETAILS</w:t>
      </w:r>
    </w:p>
    <w:tbl>
      <w:tblPr>
        <w:tblW w:type="auto" w:w="0"/>
        <w:tblBorders>
          <w:top w:val="single" w:sz="4" w:space="0" w:color="D6D6D6"/>
          <w:left w:val="none" w:sz="0" w:space="0" w:color="auto"/>
          <w:bottom w:val="single" w:sz="4" w:space="0" w:color="D6D6D6"/>
          <w:right w:val="none" w:sz="0" w:space="0" w:color="auto"/>
          <w:insideH w:val="single" w:sz="4" w:space="0" w:color="D6D6D6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tcBorders>
              <w:bottom w:val="single" w:sz="10" w:space="0" w:color="1A1A1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8"/>
              </w:rPr>
              <w:t>Passport Number</w:t>
            </w:r>
          </w:p>
        </w:tc>
        <w:tc>
          <w:tcPr>
            <w:tcW w:type="dxa" w:w="2513"/>
            <w:tcBorders>
              <w:bottom w:val="single" w:sz="10" w:space="0" w:color="1A1A1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8"/>
              </w:rPr>
              <w:t>Issue Date</w:t>
            </w:r>
          </w:p>
        </w:tc>
        <w:tc>
          <w:tcPr>
            <w:tcW w:type="dxa" w:w="2513"/>
            <w:tcBorders>
              <w:bottom w:val="single" w:sz="10" w:space="0" w:color="1A1A1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8"/>
              </w:rPr>
              <w:t>Expiry Date</w:t>
            </w:r>
          </w:p>
        </w:tc>
        <w:tc>
          <w:tcPr>
            <w:tcW w:type="dxa" w:w="2527"/>
            <w:tcBorders>
              <w:bottom w:val="single" w:sz="10" w:space="0" w:color="1A1A1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27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18"/>
          <w:u w:val="none"/>
          <w:rFonts w:ascii="Arial" w:hAnsi="Arial" w:cs="Arial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6E6E6E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6D6"/>
        </w:pBdr>
      </w:pPr>
      <w:r>
        <w:rPr>
          <w:b w:val="0"/>
          <w:i w:val="0"/>
          <w:color w:val="121212"/>
          <w:sz w:val="19"/>
          <w:u w:val="none"/>
          <w:rFonts w:ascii="Calibri" w:hAnsi="Calibri" w:cs="Calibri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6E6E6E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6D6"/>
        </w:pBdr>
      </w:pPr>
      <w:r>
        <w:rPr>
          <w:b w:val="0"/>
          <w:i w:val="0"/>
          <w:color w:val="121212"/>
          <w:sz w:val="19"/>
          <w:u w:val="none"/>
          <w:rFonts w:ascii="Calibri" w:hAnsi="Calibri" w:cs="Calibri"/>
        </w:rPr>
        <w:t/>
      </w:r>
    </w:p>
    <w:p>
      <w:pPr>
        <w:keepNext/>
        <w:spacing w:before="191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18"/>
          <w:u w:val="none"/>
          <w:rFonts w:ascii="Arial" w:hAnsi="Arial" w:cs="Arial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21212"/>
          <w:sz w:val="19"/>
          <w:u w:val="none"/>
          <w:rFonts w:ascii="Calibri" w:hAnsi="Calibri" w:cs="Calibr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19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6D6"/>
              </w:pBdr>
            </w:pPr>
            <w:r>
              <w:rPr>
                <w:b w:val="0"/>
                <w:i/>
                <w:color w:val="6A6A6A"/>
                <w:sz w:val="17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