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42B"/>
                <w:sz w:val="48"/>
                <w:u w:val="none"/>
                <w:rFonts w:ascii="Calibri" w:hAnsi="Calibri" w:cs="Calibr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88A2E"/>
                <w:sz w:val="17"/>
                <w:u w:val="none"/>
                <w:rFonts w:ascii="Calibri" w:hAnsi="Calibri" w:cs="Calibr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A6675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2D9E4"/>
        </w:pBdr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EF2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2D9E4"/>
                <w:left w:val="none" w:sz="0" w:space="0" w:color="auto"/>
                <w:bottom w:val="single" w:sz="4" w:space="0" w:color="D2D9E4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77"/>
              <w:gridCol w:w="4118"/>
            </w:tblGrid>
            <w:tr>
              <w:tc>
                <w:tcPr>
                  <w:tcW w:type="dxa" w:w="617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411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A6675"/>
                      <w:sz w:val="17"/>
                      <w:u w:val="none"/>
                      <w:rFonts w:ascii="Arial" w:hAnsi="Arial" w:cs="Arial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  <w:spacing w:val="44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Arial" w:hAnsi="Arial" w:cs="Arial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  <w:spacing w:val="44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560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Full Name</w:t>
                  </w:r>
                </w:p>
              </w:tc>
              <w:tc>
                <w:tcPr>
                  <w:tcW w:type="dxa" w:w="7560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Date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Gender</w:t>
                  </w:r>
                </w:p>
              </w:tc>
              <w:tc>
                <w:tcPr>
                  <w:tcW w:type="dxa" w:w="7560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Mobile No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Nationality</w:t>
                  </w:r>
                </w:p>
              </w:tc>
              <w:tc>
                <w:tcPr>
                  <w:tcW w:type="dxa" w:w="7560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8"/>
                      <w:u w:val="none"/>
                      <w:rFonts w:ascii="Calibri" w:hAnsi="Calibri" w:cs="Calibri"/>
                    </w:rPr>
                    <w:t>Place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  <w:spacing w:val="44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62"/>
              <w:gridCol w:w="2473"/>
              <w:gridCol w:w="2473"/>
              <w:gridCol w:w="2487"/>
            </w:tblGrid>
            <w:tr>
              <w:trPr>
                <w:trHeight w:val="340" w:hRule="atLeast"/>
              </w:trPr>
              <w:tc>
                <w:tcPr>
                  <w:tcW w:type="dxa" w:w="2862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73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73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88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6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4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73"/>
                  <w:shd w:val="clear" w:color="auto" w:fill="EEF2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488"/>
                  <w:shd w:val="clear" w:color="auto" w:fill="EEF2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  <w:spacing w:val="44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10296"/>
            </w:tblGrid>
            <w:tr>
              <w:tc>
                <w:tcPr>
                  <w:tcW w:type="dxa" w:w="10296"/>
                  <w:shd w:val="clear" w:color="auto" w:fill="EEF2F8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A6675"/>
                      <w:sz w:val="14"/>
                      <w:u w:val="none"/>
                      <w:rFonts w:ascii="Calibri" w:hAnsi="Calibri" w:cs="Calibri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10296"/>
            </w:tblGrid>
            <w:tr>
              <w:tc>
                <w:tcPr>
                  <w:tcW w:type="dxa" w:w="10296"/>
                  <w:shd w:val="clear" w:color="auto" w:fill="EEF2F8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A6675"/>
                      <w:sz w:val="14"/>
                      <w:u w:val="none"/>
                      <w:rFonts w:ascii="Calibri" w:hAnsi="Calibri" w:cs="Calibri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20"/>
                <w:u w:val="none"/>
                <w:rFonts w:ascii="Calibri" w:hAnsi="Calibri" w:cs="Calibri"/>
                <w:spacing w:val="44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Arial" w:hAnsi="Arial" w:cs="Arial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2D9E4"/>
              </w:pBdr>
            </w:pPr>
            <w:r>
              <w:rPr>
                <w:b w:val="0"/>
                <w:i/>
                <w:color w:val="5A6675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