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33414F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Verdana" w:hAnsi="Verdana" w:cs="Verdan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2691E"/>
                <w:sz w:val="18"/>
                <w:u w:val="none"/>
                <w:rFonts w:ascii="Verdana" w:hAnsi="Verdana" w:cs="Verdan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3CED9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shd w:val="clear" w:color="auto" w:fill="33414F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D2691E"/>
                <w:left w:val="single" w:sz="8" w:space="0" w:color="D2691E"/>
                <w:bottom w:val="single" w:sz="8" w:space="0" w:color="D2691E"/>
                <w:right w:val="single" w:sz="8" w:space="0" w:color="D2691E"/>
                <w:insideH w:val="single" w:sz="8" w:space="0" w:color="D2691E"/>
                <w:insideV w:val="single" w:sz="8" w:space="0" w:color="D2691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D2691E"/>
        </w:pBdr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EFF2F5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none" w:sz="0" w:space="0" w:color="auto"/>
                <w:bottom w:val="single" w:sz="4" w:space="0" w:color="D8DEE4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25"/>
              <w:gridCol w:w="4083"/>
            </w:tblGrid>
            <w:tr>
              <w:tc>
                <w:tcPr>
                  <w:tcW w:type="dxa" w:w="612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33414F"/>
                      <w:sz w:val="15"/>
                      <w:u w:val="none"/>
                      <w:rFonts w:ascii="Verdana" w:hAnsi="Verdana" w:cs="Verdan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408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33414F"/>
                      <w:sz w:val="15"/>
                      <w:u w:val="none"/>
                      <w:rFonts w:ascii="Verdana" w:hAnsi="Verdana" w:cs="Verdan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F6B77"/>
                      <w:sz w:val="17"/>
                      <w:u w:val="none"/>
                      <w:rFonts w:ascii="Segoe UI" w:hAnsi="Segoe UI" w:cs="Segoe UI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Verdana" w:hAnsi="Verdana" w:cs="Verdana"/>
                <w:spacing w:val="44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Segoe UI" w:hAnsi="Segoe UI" w:cs="Segoe UI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Verdana" w:hAnsi="Verdana" w:cs="Verdana"/>
                <w:spacing w:val="44"/>
              </w:rPr>
              <w:t>PERSONAL DETAILS</w:t>
            </w:r>
          </w:p>
          <w:tbl>
            <w:tblPr>
              <w:tblW w:type="auto" w:w="0"/>
              <w:tblBorders>
                <w:top w:val="single" w:sz="8" w:space="0" w:color="33414F"/>
                <w:left w:val="single" w:sz="8" w:space="0" w:color="33414F"/>
                <w:bottom w:val="single" w:sz="8" w:space="0" w:color="33414F"/>
                <w:right w:val="single" w:sz="8" w:space="0" w:color="33414F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47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Full Name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Date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Gender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Mobile No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Nationality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Place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Verdana" w:hAnsi="Verdana" w:cs="Verdana"/>
                <w:spacing w:val="44"/>
              </w:rPr>
              <w:t>PASSPORT DETAILS</w:t>
            </w:r>
          </w:p>
          <w:tbl>
            <w:tblPr>
              <w:tblW w:type="auto" w:w="0"/>
              <w:tblBorders>
                <w:top w:val="single" w:sz="8" w:space="0" w:color="33414F"/>
                <w:left w:val="single" w:sz="8" w:space="0" w:color="33414F"/>
                <w:bottom w:val="single" w:sz="8" w:space="0" w:color="33414F"/>
                <w:right w:val="single" w:sz="8" w:space="0" w:color="33414F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40"/>
              <w:gridCol w:w="2451"/>
              <w:gridCol w:w="2451"/>
              <w:gridCol w:w="2466"/>
            </w:tblGrid>
            <w:tr>
              <w:trPr>
                <w:trHeight w:val="340" w:hRule="atLeast"/>
              </w:trPr>
              <w:tc>
                <w:tcPr>
                  <w:tcW w:type="dxa" w:w="2840"/>
                  <w:shd w:val="clear" w:color="auto" w:fill="D2691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Verdana" w:hAnsi="Verdana" w:cs="Verdan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52"/>
                  <w:shd w:val="clear" w:color="auto" w:fill="D2691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Verdana" w:hAnsi="Verdana" w:cs="Verdan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52"/>
                  <w:shd w:val="clear" w:color="auto" w:fill="D2691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Verdana" w:hAnsi="Verdana" w:cs="Verdan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66"/>
                  <w:shd w:val="clear" w:color="auto" w:fill="D2691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Verdana" w:hAnsi="Verdana" w:cs="Verdan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4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52B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  <w:tc>
                <w:tcPr>
                  <w:tcW w:type="dxa" w:w="246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Verdana" w:hAnsi="Verdana" w:cs="Verdana"/>
                <w:spacing w:val="44"/>
              </w:rPr>
              <w:t>WORK EXPERIENCE</w:t>
            </w:r>
          </w:p>
          <w:p>
            <w:pPr>
              <w:spacing w:before="160" w:after="0"/>
              <w:ind w:left="173"/>
              <w:pBdr>
                <w:left w:val="single" w:sz="18" w:space="8" w:color="D2691E"/>
              </w:pBdr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173"/>
              <w:pBdr>
                <w:left w:val="single" w:sz="18" w:space="8" w:color="D2691E"/>
              </w:pBdr>
            </w:pPr>
            <w:r>
              <w:rPr>
                <w:b/>
                <w:i w:val="0"/>
                <w:color w:val="1F252B"/>
                <w:sz w:val="19"/>
                <w:u w:val="none"/>
                <w:rFonts w:ascii="Segoe UI" w:hAnsi="Segoe UI" w:cs="Segoe UI"/>
              </w:rPr>
              <w:t/>
            </w:r>
          </w:p>
          <w:p>
            <w:pPr>
              <w:spacing w:before="160" w:after="0"/>
              <w:ind w:left="173"/>
              <w:pBdr>
                <w:left w:val="single" w:sz="18" w:space="8" w:color="D2691E"/>
              </w:pBdr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173"/>
              <w:pBdr>
                <w:left w:val="single" w:sz="18" w:space="8" w:color="D2691E"/>
              </w:pBdr>
            </w:pPr>
            <w:r>
              <w:rPr>
                <w:b/>
                <w:i w:val="0"/>
                <w:color w:val="1F252B"/>
                <w:sz w:val="19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6" w:space="3" w:color="D2691E"/>
              </w:pBdr>
            </w:pPr>
            <w:r>
              <w:rPr>
                <w:b/>
                <w:i w:val="0"/>
                <w:color w:val="1F252B"/>
                <w:sz w:val="20"/>
                <w:u w:val="none"/>
                <w:rFonts w:ascii="Verdana" w:hAnsi="Verdana" w:cs="Verdana"/>
                <w:spacing w:val="44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Segoe UI" w:hAnsi="Segoe UI" w:cs="Segoe UI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33414F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