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1B3FA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9C8EC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9C8EC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2E9BD6"/>
                <w:left w:val="single" w:sz="8" w:space="0" w:color="2E9BD6"/>
                <w:bottom w:val="single" w:sz="8" w:space="0" w:color="2E9BD6"/>
                <w:right w:val="single" w:sz="8" w:space="0" w:color="2E9BD6"/>
                <w:insideH w:val="single" w:sz="8" w:space="0" w:color="2E9BD6"/>
                <w:insideV w:val="single" w:sz="8" w:space="0" w:color="2E9BD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CF1FB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3DAEC"/>
                <w:left w:val="none" w:sz="0" w:space="0" w:color="auto"/>
                <w:bottom w:val="single" w:sz="4" w:space="0" w:color="D3DAEC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77"/>
              <w:gridCol w:w="4118"/>
            </w:tblGrid>
            <w:tr>
              <w:tc>
                <w:tcPr>
                  <w:tcW w:type="dxa" w:w="617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B3FA0"/>
                      <w:sz w:val="15"/>
                      <w:u w:val="none"/>
                      <w:rFonts w:ascii="Arial" w:hAnsi="Arial" w:cs="Arial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411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B3FA0"/>
                      <w:sz w:val="15"/>
                      <w:u w:val="none"/>
                      <w:rFonts w:ascii="Arial" w:hAnsi="Arial" w:cs="Arial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86274"/>
                      <w:sz w:val="17"/>
                      <w:u w:val="none"/>
                      <w:rFonts w:ascii="Book Antiqua" w:hAnsi="Book Antiqua" w:cs="Book Antiqua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20"/>
                <w:u w:val="none"/>
                <w:rFonts w:ascii="Arial" w:hAnsi="Arial" w:cs="Arial"/>
                <w:spacing w:val="30"/>
              </w:rPr>
              <w:t xml:space="preserve">  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Book Antiqua" w:hAnsi="Book Antiqua" w:cs="Book Antiqu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20"/>
                <w:u w:val="none"/>
                <w:rFonts w:ascii="Arial" w:hAnsi="Arial" w:cs="Arial"/>
                <w:spacing w:val="30"/>
              </w:rPr>
              <w:t xml:space="preserve">  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3DAEC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560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20"/>
                <w:u w:val="none"/>
                <w:rFonts w:ascii="Arial" w:hAnsi="Arial" w:cs="Arial"/>
                <w:spacing w:val="30"/>
              </w:rPr>
              <w:t xml:space="preserve">  PASSPORT DETAILS</w:t>
            </w:r>
          </w:p>
          <w:tbl>
            <w:tblPr>
              <w:tblW w:type="auto" w:w="0"/>
              <w:tblBorders>
                <w:top w:val="single" w:sz="4" w:space="0" w:color="D3DAEC"/>
                <w:left w:val="none" w:sz="0" w:space="0" w:color="auto"/>
                <w:bottom w:val="single" w:sz="4" w:space="0" w:color="D3DAEC"/>
                <w:right w:val="none" w:sz="0" w:space="0" w:color="auto"/>
                <w:insideH w:val="single" w:sz="4" w:space="0" w:color="D3DAEC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62"/>
              <w:gridCol w:w="2473"/>
              <w:gridCol w:w="2473"/>
              <w:gridCol w:w="2487"/>
            </w:tblGrid>
            <w:tr>
              <w:trPr>
                <w:trHeight w:val="340" w:hRule="atLeast"/>
              </w:trPr>
              <w:tc>
                <w:tcPr>
                  <w:tcW w:type="dxa" w:w="2862"/>
                  <w:tcBorders>
                    <w:bottom w:val="single" w:sz="10" w:space="0" w:color="1B3FA0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73"/>
                  <w:tcBorders>
                    <w:bottom w:val="single" w:sz="10" w:space="0" w:color="1B3FA0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73"/>
                  <w:tcBorders>
                    <w:bottom w:val="single" w:sz="10" w:space="0" w:color="1B3FA0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88"/>
                  <w:tcBorders>
                    <w:bottom w:val="single" w:sz="10" w:space="0" w:color="1B3FA0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6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2330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8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20"/>
                <w:u w:val="none"/>
                <w:rFonts w:ascii="Arial" w:hAnsi="Arial" w:cs="Arial"/>
                <w:spacing w:val="30"/>
              </w:rPr>
              <w:t xml:space="preserve">  WORK EXPERIENCE</w:t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2E9BD6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3DAEC"/>
              </w:pBdr>
            </w:pPr>
            <w:r>
              <w:rPr>
                <w:b w:val="0"/>
                <w:i w:val="0"/>
                <w:color w:val="1D2330"/>
                <w:sz w:val="19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2E9BD6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3DAEC"/>
              </w:pBdr>
            </w:pPr>
            <w:r>
              <w:rPr>
                <w:b w:val="0"/>
                <w:i w:val="0"/>
                <w:color w:val="1D2330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20"/>
                <w:u w:val="none"/>
                <w:rFonts w:ascii="Arial" w:hAnsi="Arial" w:cs="Arial"/>
                <w:spacing w:val="30"/>
              </w:rPr>
              <w:t xml:space="preserve">  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Book Antiqua" w:hAnsi="Book Antiqua" w:cs="Book Antiqua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3DAEC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