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50"/>
                <w:u w:val="none"/>
                <w:rFonts w:ascii="Georgia" w:hAnsi="Georgia" w:cs="Georg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86953F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6A60"/>
                <w:sz w:val="18"/>
                <w:u w:val="none"/>
                <w:rFonts w:ascii="Georgia" w:hAnsi="Georgia" w:cs="Georg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620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E4433"/>
        </w:pBdr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  <w:shd w:val="clear" w:color="auto" w:fill="EDF3EE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4DED7"/>
                <w:left w:val="none" w:sz="0" w:space="0" w:color="auto"/>
                <w:bottom w:val="single" w:sz="4" w:space="0" w:color="D4DED7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25"/>
              <w:gridCol w:w="4083"/>
            </w:tblGrid>
            <w:tr>
              <w:tc>
                <w:tcPr>
                  <w:tcW w:type="dxa" w:w="612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E4433"/>
                      <w:sz w:val="15"/>
                      <w:u w:val="none"/>
                      <w:rFonts w:ascii="Georgia" w:hAnsi="Georgia" w:cs="Georgi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408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1E4433"/>
                      <w:sz w:val="15"/>
                      <w:u w:val="none"/>
                      <w:rFonts w:ascii="Georgia" w:hAnsi="Georgia" w:cs="Georgi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B6A60"/>
                      <w:sz w:val="17"/>
                      <w:u w:val="none"/>
                      <w:rFonts w:ascii="Constantia" w:hAnsi="Constantia" w:cs="Constantia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6"/>
              </w:rPr>
              <w:t>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onstantia" w:hAnsi="Constantia" w:cs="Constant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6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single" w:sz="4" w:space="0" w:color="D4DED7"/>
                <w:insideV w:val="single" w:sz="4" w:space="0" w:color="D4DED7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47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Full Name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Date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Gender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Mobile No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Nationality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Place of Birth</w:t>
                  </w:r>
                </w:p>
              </w:tc>
              <w:tc>
                <w:tcPr>
                  <w:tcW w:type="dxa" w:w="74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6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single" w:sz="4" w:space="0" w:color="D4DED7"/>
                <w:insideV w:val="single" w:sz="4" w:space="0" w:color="D4DED7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40"/>
              <w:gridCol w:w="2451"/>
              <w:gridCol w:w="2451"/>
              <w:gridCol w:w="2466"/>
            </w:tblGrid>
            <w:tr>
              <w:trPr>
                <w:trHeight w:val="340" w:hRule="atLeast"/>
              </w:trPr>
              <w:tc>
                <w:tcPr>
                  <w:tcW w:type="dxa" w:w="2840"/>
                  <w:shd w:val="clear" w:color="auto" w:fill="1E443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52"/>
                  <w:shd w:val="clear" w:color="auto" w:fill="1E443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52"/>
                  <w:shd w:val="clear" w:color="auto" w:fill="1E443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66"/>
                  <w:shd w:val="clear" w:color="auto" w:fill="1E443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Georgia" w:hAnsi="Georgia" w:cs="Georg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40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45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46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6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4DED7"/>
                <w:left w:val="single" w:sz="4" w:space="0" w:color="D4DED7"/>
                <w:bottom w:val="single" w:sz="4" w:space="0" w:color="D4DED7"/>
                <w:right w:val="single" w:sz="4" w:space="0" w:color="D4DED7"/>
                <w:insideH w:val="single" w:sz="4" w:space="0" w:color="D4DED7"/>
                <w:insideV w:val="single" w:sz="4" w:space="0" w:color="D4DED7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8193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Experience</w:t>
                  </w:r>
                </w:p>
              </w:tc>
              <w:tc>
                <w:tcPr>
                  <w:tcW w:type="dxa" w:w="819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7"/>
                      <w:u w:val="none"/>
                      <w:rFonts w:ascii="Georgia" w:hAnsi="Georgia" w:cs="Georgia"/>
                    </w:rPr>
                    <w:t>Experience</w:t>
                  </w:r>
                </w:p>
              </w:tc>
              <w:tc>
                <w:tcPr>
                  <w:tcW w:type="dxa" w:w="819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4DED7"/>
          <w:left w:val="single" w:sz="4" w:space="0" w:color="D4DED7"/>
          <w:bottom w:val="single" w:sz="4" w:space="0" w:color="D4DED7"/>
          <w:right w:val="single" w:sz="4" w:space="0" w:color="D4DED7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569"/>
      </w:tblGrid>
      <w:tr>
        <w:tc>
          <w:tcPr>
            <w:tcW w:type="dxa" w:w="1057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bottom w:val="single" w:sz="10" w:space="3" w:color="1E4433"/>
              </w:pBdr>
            </w:pPr>
            <w:r>
              <w:rPr>
                <w:b/>
                <w:i w:val="0"/>
                <w:color w:val="1E4433"/>
                <w:sz w:val="20"/>
                <w:u w:val="none"/>
                <w:rFonts w:ascii="Georgia" w:hAnsi="Georgia" w:cs="Georgia"/>
                <w:spacing w:val="36"/>
              </w:rPr>
              <w:t>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onstantia" w:hAnsi="Constantia" w:cs="Constantia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E4433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