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shd w:val="clear" w:color="auto" w:fill="6E1B26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Cambria" w:hAnsi="Cambria" w:cs="Cambria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08150"/>
                <w:sz w:val="18"/>
                <w:u w:val="none"/>
                <w:rFonts w:ascii="Cambria" w:hAnsi="Cambria" w:cs="Cambri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E0C3C0"/>
                <w:sz w:val="20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376"/>
            <w:shd w:val="clear" w:color="auto" w:fill="6E1B26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6E1B26"/>
                <w:left w:val="dashed" w:sz="8" w:space="0" w:color="6E1B26"/>
                <w:bottom w:val="dashed" w:sz="8" w:space="0" w:color="6E1B26"/>
                <w:right w:val="dashed" w:sz="8" w:space="0" w:color="6E1B26"/>
                <w:insideH w:val="dashed" w:sz="8" w:space="0" w:color="6E1B26"/>
                <w:insideV w:val="dashed" w:sz="8" w:space="0" w:color="6E1B2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7EFEA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B08150"/>
        </w:pBdr>
      </w:pPr>
    </w:p>
    <w:tbl>
      <w:tblPr>
        <w:tblW w:type="auto" w:w="0"/>
        <w:tblBorders>
          <w:top w:val="single" w:sz="4" w:space="0" w:color="E2D6D2"/>
          <w:left w:val="single" w:sz="4" w:space="0" w:color="E2D6D2"/>
          <w:bottom w:val="single" w:sz="4" w:space="0" w:color="E2D6D2"/>
          <w:right w:val="single" w:sz="4" w:space="0" w:color="E2D6D2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val="clear" w:color="auto" w:fill="F7EFEA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2D6D2"/>
                <w:left w:val="none" w:sz="0" w:space="0" w:color="auto"/>
                <w:bottom w:val="single" w:sz="4" w:space="0" w:color="E2D6D2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056"/>
              <w:gridCol w:w="4037"/>
            </w:tblGrid>
            <w:tr>
              <w:tc>
                <w:tcPr>
                  <w:tcW w:type="dxa" w:w="6057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6E1B26"/>
                      <w:sz w:val="15"/>
                      <w:u w:val="none"/>
                      <w:rFonts w:ascii="Cambria" w:hAnsi="Cambria" w:cs="Cambria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  <w:tc>
                <w:tcPr>
                  <w:tcW w:type="dxa" w:w="4038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6E1B26"/>
                      <w:sz w:val="15"/>
                      <w:u w:val="none"/>
                      <w:rFonts w:ascii="Cambria" w:hAnsi="Cambria" w:cs="Cambria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201F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6B5A57"/>
                      <w:sz w:val="17"/>
                      <w:u w:val="none"/>
                      <w:rFonts w:ascii="Corbel" w:hAnsi="Corbel" w:cs="Corbel"/>
                    </w:rPr>
                    <w:t xml:space="preserve">Valid until</w:t>
                  </w:r>
                </w:p>
              </w:tc>
            </w:tr>
          </w:tbl>
          <w:p/>
        </w:tc>
      </w:tr>
    </w:tbl>
    <w:p>
      <w:pPr>
        <w:spacing w:line="60" w:lineRule="exact"/>
      </w:pPr>
    </w:p>
    <w:tbl>
      <w:tblPr>
        <w:tblW w:type="auto" w:w="0"/>
        <w:tblBorders>
          <w:top w:val="single" w:sz="4" w:space="0" w:color="E2D6D2"/>
          <w:left w:val="single" w:sz="4" w:space="0" w:color="E2D6D2"/>
          <w:bottom w:val="single" w:sz="4" w:space="0" w:color="E2D6D2"/>
          <w:right w:val="single" w:sz="4" w:space="0" w:color="E2D6D2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12" w:space="4" w:color="B08150"/>
              </w:pBdr>
            </w:pPr>
            <w:r>
              <w:rPr>
                <w:b/>
                <w:i w:val="0"/>
                <w:color w:val="6E1B26"/>
                <w:sz w:val="20"/>
                <w:u w:val="none"/>
                <w:rFonts w:ascii="Cambria" w:hAnsi="Cambria" w:cs="Cambria"/>
                <w:spacing w:val="38"/>
              </w:rPr>
              <w:t>CAREER OBJECTIVE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26201F"/>
                <w:sz w:val="20"/>
                <w:u w:val="none"/>
                <w:rFonts w:ascii="Corbel" w:hAnsi="Corbel" w:cs="Corbel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E2D6D2"/>
          <w:left w:val="single" w:sz="4" w:space="0" w:color="E2D6D2"/>
          <w:bottom w:val="single" w:sz="4" w:space="0" w:color="E2D6D2"/>
          <w:right w:val="single" w:sz="4" w:space="0" w:color="E2D6D2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12" w:space="4" w:color="B08150"/>
              </w:pBdr>
            </w:pPr>
            <w:r>
              <w:rPr>
                <w:b/>
                <w:i w:val="0"/>
                <w:color w:val="6E1B26"/>
                <w:sz w:val="20"/>
                <w:u w:val="none"/>
                <w:rFonts w:ascii="Cambria" w:hAnsi="Cambria" w:cs="Cambria"/>
                <w:spacing w:val="38"/>
              </w:rPr>
              <w:t>PERSONAL DETAILS</w:t>
            </w:r>
          </w:p>
          <w:tbl>
            <w:tblPr>
              <w:tblW w:type="auto" w:w="0"/>
              <w:tblBorders>
                <w:top w:val="single" w:sz="8" w:space="0" w:color="6E1B26"/>
                <w:left w:val="single" w:sz="8" w:space="0" w:color="6E1B26"/>
                <w:bottom w:val="single" w:sz="8" w:space="0" w:color="6E1B26"/>
                <w:right w:val="single" w:sz="8" w:space="0" w:color="6E1B26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358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8"/>
                      <w:u w:val="none"/>
                      <w:rFonts w:ascii="Cambria" w:hAnsi="Cambria" w:cs="Cambria"/>
                    </w:rPr>
                    <w:t>Full Name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8"/>
                      <w:u w:val="none"/>
                      <w:rFonts w:ascii="Cambria" w:hAnsi="Cambria" w:cs="Cambria"/>
                    </w:rPr>
                    <w:t>Date of Birth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8"/>
                      <w:u w:val="none"/>
                      <w:rFonts w:ascii="Cambria" w:hAnsi="Cambria" w:cs="Cambria"/>
                    </w:rPr>
                    <w:t>Gender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8"/>
                      <w:u w:val="none"/>
                      <w:rFonts w:ascii="Cambria" w:hAnsi="Cambria" w:cs="Cambria"/>
                    </w:rPr>
                    <w:t>Mobile No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8"/>
                      <w:u w:val="none"/>
                      <w:rFonts w:ascii="Cambria" w:hAnsi="Cambria" w:cs="Cambria"/>
                    </w:rPr>
                    <w:t>Nationality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8"/>
                      <w:u w:val="none"/>
                      <w:rFonts w:ascii="Cambria" w:hAnsi="Cambria" w:cs="Cambria"/>
                    </w:rPr>
                    <w:t>Place of Birth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9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E2D6D2"/>
          <w:left w:val="single" w:sz="4" w:space="0" w:color="E2D6D2"/>
          <w:bottom w:val="single" w:sz="4" w:space="0" w:color="E2D6D2"/>
          <w:right w:val="single" w:sz="4" w:space="0" w:color="E2D6D2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12" w:space="4" w:color="B08150"/>
              </w:pBdr>
            </w:pPr>
            <w:r>
              <w:rPr>
                <w:b/>
                <w:i w:val="0"/>
                <w:color w:val="6E1B26"/>
                <w:sz w:val="20"/>
                <w:u w:val="none"/>
                <w:rFonts w:ascii="Cambria" w:hAnsi="Cambria" w:cs="Cambria"/>
                <w:spacing w:val="38"/>
              </w:rPr>
              <w:t>PASSPORT DETAILS</w:t>
            </w:r>
          </w:p>
          <w:tbl>
            <w:tblPr>
              <w:tblW w:type="auto" w:w="0"/>
              <w:tblBorders>
                <w:top w:val="single" w:sz="8" w:space="0" w:color="6E1B26"/>
                <w:left w:val="single" w:sz="8" w:space="0" w:color="6E1B26"/>
                <w:bottom w:val="single" w:sz="8" w:space="0" w:color="6E1B26"/>
                <w:right w:val="single" w:sz="8" w:space="0" w:color="6E1B26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11"/>
              <w:gridCol w:w="2422"/>
              <w:gridCol w:w="2422"/>
              <w:gridCol w:w="2437"/>
            </w:tblGrid>
            <w:tr>
              <w:trPr>
                <w:trHeight w:val="340" w:hRule="atLeast"/>
              </w:trPr>
              <w:tc>
                <w:tcPr>
                  <w:tcW w:type="dxa" w:w="2812"/>
                  <w:shd w:val="clear" w:color="auto" w:fill="B0815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Cambria" w:hAnsi="Cambria" w:cs="Cambria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23"/>
                  <w:shd w:val="clear" w:color="auto" w:fill="B0815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Cambria" w:hAnsi="Cambria" w:cs="Cambria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23"/>
                  <w:shd w:val="clear" w:color="auto" w:fill="B0815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Cambria" w:hAnsi="Cambria" w:cs="Cambria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37"/>
                  <w:shd w:val="clear" w:color="auto" w:fill="B0815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Cambria" w:hAnsi="Cambria" w:cs="Cambria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1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201F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  <w:tc>
                <w:tcPr>
                  <w:tcW w:type="dxa" w:w="242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  <w:tc>
                <w:tcPr>
                  <w:tcW w:type="dxa" w:w="242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  <w:tc>
                <w:tcPr>
                  <w:tcW w:type="dxa" w:w="243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6201F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E2D6D2"/>
          <w:left w:val="single" w:sz="4" w:space="0" w:color="E2D6D2"/>
          <w:bottom w:val="single" w:sz="4" w:space="0" w:color="E2D6D2"/>
          <w:right w:val="single" w:sz="4" w:space="0" w:color="E2D6D2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12" w:space="4" w:color="B08150"/>
              </w:pBdr>
            </w:pPr>
            <w:r>
              <w:rPr>
                <w:b/>
                <w:i w:val="0"/>
                <w:color w:val="6E1B26"/>
                <w:sz w:val="20"/>
                <w:u w:val="none"/>
                <w:rFonts w:ascii="Cambria" w:hAnsi="Cambria" w:cs="Cambria"/>
                <w:spacing w:val="38"/>
              </w:rPr>
              <w:t>WORK EXPERIENCE</w:t>
            </w:r>
          </w:p>
          <w:p>
            <w:pPr>
              <w:spacing w:before="160" w:after="0"/>
              <w:ind w:left="173"/>
              <w:pBdr>
                <w:left w:val="single" w:sz="18" w:space="8" w:color="B08150"/>
              </w:pBdr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Experience</w:t>
            </w:r>
          </w:p>
          <w:p>
            <w:pPr>
              <w:spacing w:before="20" w:after="0" w:line="264" w:lineRule="auto"/>
              <w:ind w:left="173"/>
              <w:pBdr>
                <w:left w:val="single" w:sz="18" w:space="8" w:color="B08150"/>
              </w:pBdr>
            </w:pPr>
            <w:r>
              <w:rPr>
                <w:b/>
                <w:i w:val="0"/>
                <w:color w:val="26201F"/>
                <w:sz w:val="19"/>
                <w:u w:val="none"/>
                <w:rFonts w:ascii="Corbel" w:hAnsi="Corbel" w:cs="Corbel"/>
              </w:rPr>
              <w:t/>
            </w:r>
          </w:p>
          <w:p>
            <w:pPr>
              <w:spacing w:before="160" w:after="0"/>
              <w:ind w:left="173"/>
              <w:pBdr>
                <w:left w:val="single" w:sz="18" w:space="8" w:color="B08150"/>
              </w:pBdr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Experience</w:t>
            </w:r>
          </w:p>
          <w:p>
            <w:pPr>
              <w:spacing w:before="20" w:after="0" w:line="264" w:lineRule="auto"/>
              <w:ind w:left="173"/>
              <w:pBdr>
                <w:left w:val="single" w:sz="18" w:space="8" w:color="B08150"/>
              </w:pBdr>
            </w:pPr>
            <w:r>
              <w:rPr>
                <w:b/>
                <w:i w:val="0"/>
                <w:color w:val="26201F"/>
                <w:sz w:val="19"/>
                <w:u w:val="none"/>
                <w:rFonts w:ascii="Corbel" w:hAnsi="Corbel" w:cs="Corbel"/>
              </w:rPr>
              <w:t/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E2D6D2"/>
          <w:left w:val="single" w:sz="4" w:space="0" w:color="E2D6D2"/>
          <w:bottom w:val="single" w:sz="4" w:space="0" w:color="E2D6D2"/>
          <w:right w:val="single" w:sz="4" w:space="0" w:color="E2D6D2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12" w:space="4" w:color="B08150"/>
              </w:pBdr>
            </w:pPr>
            <w:r>
              <w:rPr>
                <w:b/>
                <w:i w:val="0"/>
                <w:color w:val="6E1B26"/>
                <w:sz w:val="20"/>
                <w:u w:val="none"/>
                <w:rFonts w:ascii="Cambria" w:hAnsi="Cambria" w:cs="Cambria"/>
                <w:spacing w:val="38"/>
              </w:rPr>
              <w:t>DECLARATION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26201F"/>
                <w:sz w:val="20"/>
                <w:u w:val="none"/>
                <w:rFonts w:ascii="Corbel" w:hAnsi="Corbel" w:cs="Corbel"/>
              </w:rPr>
              <w:t>I hereby declare that the above information is true and correct to the best of my knowledge.</w:t>
            </w:r>
          </w:p>
        </w:tc>
      </w:tr>
    </w:tbl>
    <w:p>
      <w:pPr>
        <w:spacing w:before="0" w:after="0" w:line="60" w:lineRule="exact"/>
      </w:pP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6201F"/>
                <w:sz w:val="20"/>
                <w:u w:val="none"/>
                <w:rFonts w:ascii="Corbel" w:hAnsi="Corbel" w:cs="Corbel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6E1B26"/>
                <w:sz w:val="20"/>
                <w:u w:val="none"/>
                <w:rFonts w:ascii="Corbel" w:hAnsi="Corbel" w:cs="Corbe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E2D6D2"/>
              </w:pBdr>
            </w:pPr>
            <w:r>
              <w:rPr>
                <w:b w:val="0"/>
                <w:i/>
                <w:color w:val="6B5A57"/>
                <w:sz w:val="18"/>
                <w:u w:val="none"/>
                <w:rFonts w:ascii="Corbel" w:hAnsi="Corbel" w:cs="Corbe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rbel" w:hAnsi="Corbel" w:eastAsia="Corbe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