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tcBorders>
              <w:left w:val="single" w:sz="30" w:space="0" w:color="00A6A6"/>
            </w:tcBorders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46"/>
                <w:u w:val="none"/>
                <w:rFonts w:ascii="Tahoma" w:hAnsi="Tahoma" w:cs="Tahom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0A6A6"/>
                <w:sz w:val="17"/>
                <w:u w:val="none"/>
                <w:rFonts w:ascii="Tahoma" w:hAnsi="Tahoma" w:cs="Tahom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5B75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shd w:val="clear" w:color="auto" w:fill="EEEEF8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2A2A72"/>
                <w:left w:val="single" w:sz="18" w:space="0" w:color="2A2A72"/>
                <w:bottom w:val="single" w:sz="18" w:space="0" w:color="2A2A72"/>
                <w:right w:val="single" w:sz="18" w:space="0" w:color="2A2A72"/>
                <w:insideH w:val="single" w:sz="18" w:space="0" w:color="2A2A72"/>
                <w:insideV w:val="single" w:sz="18" w:space="0" w:color="2A2A7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2A2A7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E9F6F6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6"/>
                <w:u w:val="none"/>
                <w:rFonts w:ascii="Tahoma" w:hAnsi="Tahoma" w:cs="Tahom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1D2B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4228"/>
            <w:shd w:val="clear" w:color="auto" w:fill="EEEE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6"/>
                <w:u w:val="none"/>
                <w:rFonts w:ascii="Tahoma" w:hAnsi="Tahoma" w:cs="Tahom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1D2B"/>
                <w:sz w:val="20"/>
                <w:u w:val="none"/>
                <w:rFonts w:ascii="Segoe UI" w:hAnsi="Segoe UI" w:cs="Segoe U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5B75"/>
                <w:sz w:val="18"/>
                <w:u w:val="none"/>
                <w:rFonts w:ascii="Segoe UI" w:hAnsi="Segoe UI" w:cs="Segoe UI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21"/>
          <w:u w:val="none"/>
          <w:rFonts w:ascii="Tahoma" w:hAnsi="Tahoma" w:cs="Tahoma"/>
          <w:spacing w:val="44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Segoe UI" w:hAnsi="Segoe UI" w:cs="Segoe UI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26"/>
        <w:gridCol w:w="316"/>
        <w:gridCol w:w="5126"/>
      </w:tblGrid>
      <w:tr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6" w:space="3" w:color="00A6A6"/>
              </w:pBdr>
            </w:pPr>
            <w:r>
              <w:rPr>
                <w:b/>
                <w:i w:val="0"/>
                <w:color w:val="1D1D2B"/>
                <w:sz w:val="19"/>
                <w:u w:val="none"/>
                <w:rFonts w:ascii="Tahoma" w:hAnsi="Tahoma" w:cs="Tahoma"/>
                <w:spacing w:val="44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58"/>
              <w:gridCol w:w="2768"/>
            </w:tblGrid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Full Name</w:t>
                  </w:r>
                </w:p>
              </w:tc>
              <w:tc>
                <w:tcPr>
                  <w:tcW w:type="dxa" w:w="276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Date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Gender</w:t>
                  </w:r>
                </w:p>
              </w:tc>
              <w:tc>
                <w:tcPr>
                  <w:tcW w:type="dxa" w:w="276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Mobile No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Nationality</w:t>
                  </w:r>
                </w:p>
              </w:tc>
              <w:tc>
                <w:tcPr>
                  <w:tcW w:type="dxa" w:w="2768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</w:rPr>
                    <w:t>Place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6" w:space="3" w:color="00A6A6"/>
              </w:pBdr>
            </w:pPr>
            <w:r>
              <w:rPr>
                <w:b/>
                <w:i w:val="0"/>
                <w:color w:val="1D1D2B"/>
                <w:sz w:val="19"/>
                <w:u w:val="none"/>
                <w:rFonts w:ascii="Tahoma" w:hAnsi="Tahoma" w:cs="Tahoma"/>
                <w:spacing w:val="44"/>
              </w:rPr>
              <w:t>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21"/>
          <w:u w:val="none"/>
          <w:rFonts w:ascii="Tahoma" w:hAnsi="Tahoma" w:cs="Tahoma"/>
          <w:spacing w:val="44"/>
        </w:rPr>
        <w:t>WORK EXPERIENCE</w:t>
      </w:r>
    </w:p>
    <w:p>
      <w:pPr>
        <w:spacing w:before="160" w:after="0"/>
        <w:ind w:left="0"/>
      </w:pPr>
      <w:r>
        <w:rPr>
          <w:b/>
          <w:i w:val="0"/>
          <w:color w:val="5B5B75"/>
          <w:sz w:val="15"/>
          <w:u w:val="none"/>
          <w:rFonts w:ascii="Tahoma" w:hAnsi="Tahoma" w:cs="Tahoma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2A2A72"/>
          <w:bottom w:val="single" w:sz="4" w:space="5" w:color="D6D6E6"/>
        </w:pBdr>
      </w:pPr>
      <w:r>
        <w:rPr>
          <w:b/>
          <w:i w:val="0"/>
          <w:color w:val="1D1D2B"/>
          <w:sz w:val="20"/>
          <w:u w:val="none"/>
          <w:rFonts w:ascii="Segoe UI" w:hAnsi="Segoe UI" w:cs="Segoe UI"/>
        </w:rPr>
        <w:t/>
      </w:r>
    </w:p>
    <w:p>
      <w:pPr>
        <w:spacing w:before="160" w:after="0"/>
        <w:ind w:left="0"/>
      </w:pPr>
      <w:r>
        <w:rPr>
          <w:b/>
          <w:i w:val="0"/>
          <w:color w:val="5B5B75"/>
          <w:sz w:val="15"/>
          <w:u w:val="none"/>
          <w:rFonts w:ascii="Tahoma" w:hAnsi="Tahoma" w:cs="Tahoma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2A2A72"/>
          <w:bottom w:val="single" w:sz="4" w:space="5" w:color="D6D6E6"/>
        </w:pBdr>
      </w:pPr>
      <w:r>
        <w:rPr>
          <w:b/>
          <w:i w:val="0"/>
          <w:color w:val="1D1D2B"/>
          <w:sz w:val="20"/>
          <w:u w:val="none"/>
          <w:rFonts w:ascii="Segoe UI" w:hAnsi="Segoe UI" w:cs="Segoe UI"/>
        </w:rPr>
        <w:t/>
      </w:r>
    </w:p>
    <w:p>
      <w:pPr>
        <w:keepNext/>
        <w:spacing w:before="26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21"/>
          <w:u w:val="none"/>
          <w:rFonts w:ascii="Tahoma" w:hAnsi="Tahoma" w:cs="Tahoma"/>
          <w:spacing w:val="44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Segoe UI" w:hAnsi="Segoe UI" w:cs="Segoe U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A2A72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