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4A1E5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Trebuchet MS" w:hAnsi="Trebuchet MS" w:cs="Trebuchet MS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D7C0DC"/>
                <w:sz w:val="17"/>
                <w:u w:val="none"/>
                <w:rFonts w:ascii="Trebuchet MS" w:hAnsi="Trebuchet MS" w:cs="Trebuchet MS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D7C0DC"/>
                <w:sz w:val="20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B4567E"/>
                <w:left w:val="double" w:sz="12" w:space="0" w:color="B4567E"/>
                <w:bottom w:val="double" w:sz="12" w:space="0" w:color="B4567E"/>
                <w:right w:val="double" w:sz="12" w:space="0" w:color="B4567E"/>
                <w:insideH w:val="double" w:sz="12" w:space="0" w:color="B4567E"/>
                <w:insideV w:val="double" w:sz="12" w:space="0" w:color="B4567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single" w:sz="4" w:space="0" w:color="E0D5E3"/>
          <w:insideV w:val="single" w:sz="4" w:space="0" w:color="E0D5E3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6"/>
                <w:u w:val="none"/>
                <w:rFonts w:ascii="Trebuchet MS" w:hAnsi="Trebuchet MS" w:cs="Trebuchet MS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F26"/>
                <w:sz w:val="19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6"/>
                <w:u w:val="none"/>
                <w:rFonts w:ascii="Trebuchet MS" w:hAnsi="Trebuchet MS" w:cs="Trebuchet MS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F26"/>
                <w:sz w:val="20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69"/>
                <w:sz w:val="18"/>
                <w:u w:val="none"/>
                <w:rFonts w:ascii="Century Gothic" w:hAnsi="Century Gothic" w:cs="Century Gothic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pBdr>
          <w:left w:val="single" w:sz="24" w:space="7" w:color="B4567E"/>
          <w:bottom w:val="single" w:sz="4" w:space="3" w:color="E0D5E3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0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F26"/>
          <w:sz w:val="20"/>
          <w:u w:val="none"/>
          <w:rFonts w:ascii="Century Gothic" w:hAnsi="Century Gothic" w:cs="Century Gothic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241"/>
        <w:gridCol w:w="316"/>
        <w:gridCol w:w="5241"/>
      </w:tblGrid>
      <w:tr>
        <w:tc>
          <w:tcPr>
            <w:tcW w:type="dxa" w:w="524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left w:val="single" w:sz="24" w:space="7" w:color="B4567E"/>
                <w:bottom w:val="single" w:sz="4" w:space="3" w:color="E0D5E3"/>
              </w:pBdr>
            </w:pPr>
            <w:r>
              <w:rPr>
                <w:b/>
                <w:i w:val="0"/>
                <w:color w:val="4A1E52"/>
                <w:sz w:val="19"/>
                <w:u w:val="none"/>
                <w:rFonts w:ascii="Trebuchet MS" w:hAnsi="Trebuchet MS" w:cs="Trebuchet MS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E0D5E3"/>
                <w:left w:val="single" w:sz="4" w:space="0" w:color="E0D5E3"/>
                <w:bottom w:val="single" w:sz="4" w:space="0" w:color="E0D5E3"/>
                <w:right w:val="single" w:sz="4" w:space="0" w:color="E0D5E3"/>
                <w:insideH w:val="single" w:sz="4" w:space="0" w:color="E0D5E3"/>
                <w:insideV w:val="single" w:sz="4" w:space="0" w:color="E0D5E3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411"/>
              <w:gridCol w:w="2830"/>
            </w:tblGrid>
            <w:tr>
              <w:trPr>
                <w:trHeight w:val="300" w:hRule="atLeast"/>
              </w:trPr>
              <w:tc>
                <w:tcPr>
                  <w:tcW w:type="dxa" w:w="2411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</w:rPr>
                    <w:t>Full Name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</w:rPr>
                    <w:t>Date of Birth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</w:rPr>
                    <w:t>Gender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</w:rPr>
                    <w:t>Mobile No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</w:rPr>
                    <w:t>Nationality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</w:rPr>
                    <w:t>Place of Birth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24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left w:val="single" w:sz="24" w:space="7" w:color="B4567E"/>
                <w:bottom w:val="single" w:sz="4" w:space="3" w:color="E0D5E3"/>
              </w:pBdr>
            </w:pPr>
            <w:r>
              <w:rPr>
                <w:b/>
                <w:i w:val="0"/>
                <w:color w:val="4A1E52"/>
                <w:sz w:val="19"/>
                <w:u w:val="none"/>
                <w:rFonts w:ascii="Trebuchet MS" w:hAnsi="Trebuchet MS" w:cs="Trebuchet MS"/>
                <w:spacing w:val="30"/>
              </w:rPr>
              <w:t>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260" w:after="100"/>
        <w:ind w:left="0"/>
        <w:pBdr>
          <w:left w:val="single" w:sz="24" w:space="7" w:color="B4567E"/>
          <w:bottom w:val="single" w:sz="4" w:space="3" w:color="E0D5E3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0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B4567E"/>
          <w:sz w:val="16"/>
          <w:u w:val="none"/>
          <w:rFonts w:ascii="Trebuchet MS" w:hAnsi="Trebuchet MS" w:cs="Trebuchet MS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0D5E3"/>
        </w:pBdr>
      </w:pPr>
      <w:r>
        <w:rPr>
          <w:b w:val="0"/>
          <w:i w:val="0"/>
          <w:color w:val="241F26"/>
          <w:sz w:val="20"/>
          <w:u w:val="none"/>
          <w:rFonts w:ascii="Century Gothic" w:hAnsi="Century Gothic" w:cs="Century Gothic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B4567E"/>
          <w:sz w:val="16"/>
          <w:u w:val="none"/>
          <w:rFonts w:ascii="Trebuchet MS" w:hAnsi="Trebuchet MS" w:cs="Trebuchet MS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0D5E3"/>
        </w:pBdr>
      </w:pPr>
      <w:r>
        <w:rPr>
          <w:b w:val="0"/>
          <w:i w:val="0"/>
          <w:color w:val="241F26"/>
          <w:sz w:val="20"/>
          <w:u w:val="none"/>
          <w:rFonts w:ascii="Century Gothic" w:hAnsi="Century Gothic" w:cs="Century Gothic"/>
        </w:rPr>
        <w:t/>
      </w:r>
    </w:p>
    <w:p>
      <w:pPr>
        <w:keepNext/>
        <w:spacing w:before="260" w:after="100"/>
        <w:ind w:left="0"/>
        <w:pBdr>
          <w:left w:val="single" w:sz="24" w:space="7" w:color="B4567E"/>
          <w:bottom w:val="single" w:sz="4" w:space="3" w:color="E0D5E3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0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F26"/>
          <w:sz w:val="20"/>
          <w:u w:val="none"/>
          <w:rFonts w:ascii="Century Gothic" w:hAnsi="Century Gothic" w:cs="Century Gothic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entury Gothic" w:hAnsi="Century Gothic" w:cs="Century Gothic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1E52"/>
                <w:sz w:val="20"/>
                <w:u w:val="none"/>
                <w:rFonts w:ascii="Century Gothic" w:hAnsi="Century Gothic" w:cs="Century Gothic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4A1E52"/>
              </w:pBdr>
            </w:pPr>
            <w:r>
              <w:rPr>
                <w:b w:val="0"/>
                <w:i/>
                <w:color w:val="655C69"/>
                <w:sz w:val="18"/>
                <w:u w:val="none"/>
                <w:rFonts w:ascii="Century Gothic" w:hAnsi="Century Gothic" w:cs="Century Gothic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