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6E1B26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201F"/>
                <w:sz w:val="48"/>
                <w:u w:val="none"/>
                <w:rFonts w:ascii="Cambria" w:hAnsi="Cambria" w:cs="Cambria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B08150"/>
                <w:sz w:val="17"/>
                <w:u w:val="none"/>
                <w:rFonts w:ascii="Cambria" w:hAnsi="Cambria" w:cs="Cambria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B5A57"/>
                <w:sz w:val="20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6E1B26"/>
                <w:left w:val="single" w:sz="18" w:space="0" w:color="6E1B26"/>
                <w:bottom w:val="single" w:sz="18" w:space="0" w:color="6E1B26"/>
                <w:right w:val="single" w:sz="18" w:space="0" w:color="6E1B26"/>
                <w:insideH w:val="single" w:sz="18" w:space="0" w:color="6E1B26"/>
                <w:insideV w:val="single" w:sz="18" w:space="0" w:color="6E1B2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E2D6D2"/>
        </w:pBdr>
      </w:pPr>
    </w:p>
    <w:tbl>
      <w:tblPr>
        <w:tblW w:type="auto" w:w="0"/>
        <w:tblBorders>
          <w:top w:val="single" w:sz="4" w:space="0" w:color="E2D6D2"/>
          <w:left w:val="single" w:sz="4" w:space="0" w:color="E2D6D2"/>
          <w:bottom w:val="single" w:sz="4" w:space="0" w:color="E2D6D2"/>
          <w:right w:val="single" w:sz="4" w:space="0" w:color="E2D6D2"/>
          <w:insideH w:val="single" w:sz="4" w:space="0" w:color="E2D6D2"/>
          <w:insideV w:val="single" w:sz="4" w:space="0" w:color="E2D6D2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480"/>
        <w:gridCol w:w="4320"/>
      </w:tblGrid>
      <w:tr>
        <w:tc>
          <w:tcPr>
            <w:tcW w:type="dxa" w:w="648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6E1B26"/>
                <w:sz w:val="16"/>
                <w:u w:val="none"/>
                <w:rFonts w:ascii="Cambria" w:hAnsi="Cambria" w:cs="Cambri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6201F"/>
                <w:sz w:val="19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432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6E1B26"/>
                <w:sz w:val="16"/>
                <w:u w:val="none"/>
                <w:rFonts w:ascii="Cambria" w:hAnsi="Cambria" w:cs="Cambri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6201F"/>
                <w:sz w:val="20"/>
                <w:u w:val="none"/>
                <w:rFonts w:ascii="Candara" w:hAnsi="Candara" w:cs="Candar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B5A57"/>
                <w:sz w:val="18"/>
                <w:u w:val="none"/>
                <w:rFonts w:ascii="Candara" w:hAnsi="Candara" w:cs="Candara"/>
              </w:rPr>
              <w:t xml:space="preserve">Valid until</w:t>
            </w:r>
          </w:p>
        </w:tc>
      </w:tr>
    </w:tbl>
    <w:p>
      <w:pPr>
        <w:keepNext/>
        <w:spacing w:before="260" w:after="100"/>
        <w:ind w:left="0"/>
        <w:pBdr>
          <w:top w:val="single" w:sz="6" w:space="4" w:color="E2D6D2"/>
          <w:left w:val="single" w:sz="6" w:space="6" w:color="E2D6D2"/>
          <w:bottom w:val="single" w:sz="6" w:space="4" w:color="E2D6D2"/>
          <w:right w:val="single" w:sz="6" w:space="6" w:color="E2D6D2"/>
        </w:pBdr>
      </w:pPr>
      <w:r>
        <w:rPr>
          <w:b/>
          <w:i w:val="0"/>
          <w:color w:val="6E1B26"/>
          <w:sz w:val="21"/>
          <w:u w:val="none"/>
          <w:rFonts w:ascii="Cambria" w:hAnsi="Cambria" w:cs="Cambria"/>
          <w:spacing w:val="32"/>
        </w:rPr>
        <w:t xml:space="preserve">  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6201F"/>
          <w:sz w:val="20"/>
          <w:u w:val="none"/>
          <w:rFonts w:ascii="Candara" w:hAnsi="Candara" w:cs="Candara"/>
        </w:rPr>
        <w:t>To obtain a suitable overseas employment opportunity where I can use my skills, dedication, and willingness to learn while contributing positively to the organization.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241"/>
        <w:gridCol w:w="316"/>
        <w:gridCol w:w="5241"/>
      </w:tblGrid>
      <w:tr>
        <w:tc>
          <w:tcPr>
            <w:tcW w:type="dxa" w:w="5242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pBdr>
                <w:top w:val="single" w:sz="6" w:space="4" w:color="E2D6D2"/>
                <w:left w:val="single" w:sz="6" w:space="6" w:color="E2D6D2"/>
                <w:bottom w:val="single" w:sz="6" w:space="4" w:color="E2D6D2"/>
                <w:right w:val="single" w:sz="6" w:space="6" w:color="E2D6D2"/>
              </w:pBdr>
            </w:pPr>
            <w:r>
              <w:rPr>
                <w:b/>
                <w:i w:val="0"/>
                <w:color w:val="6E1B26"/>
                <w:sz w:val="19"/>
                <w:u w:val="none"/>
                <w:rFonts w:ascii="Cambria" w:hAnsi="Cambria" w:cs="Cambria"/>
                <w:spacing w:val="32"/>
              </w:rPr>
              <w:t xml:space="preserve">  PERSONAL DETAILS</w:t>
            </w:r>
          </w:p>
          <w:tbl>
            <w:tblPr>
              <w:tblW w:type="auto" w:w="0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4" w:space="0" w:color="E2D6D2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411"/>
              <w:gridCol w:w="2830"/>
            </w:tblGrid>
            <w:tr>
              <w:trPr>
                <w:trHeight w:val="300" w:hRule="atLeast"/>
              </w:trPr>
              <w:tc>
                <w:tcPr>
                  <w:tcW w:type="dxa" w:w="2411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6"/>
                      <w:u w:val="none"/>
                      <w:rFonts w:ascii="Cambria" w:hAnsi="Cambria" w:cs="Cambria"/>
                    </w:rPr>
                    <w:t>Full Name</w:t>
                  </w:r>
                </w:p>
              </w:tc>
              <w:tc>
                <w:tcPr>
                  <w:tcW w:type="dxa" w:w="283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411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6"/>
                      <w:u w:val="none"/>
                      <w:rFonts w:ascii="Cambria" w:hAnsi="Cambria" w:cs="Cambria"/>
                    </w:rPr>
                    <w:t>Date of Birth</w:t>
                  </w:r>
                </w:p>
              </w:tc>
              <w:tc>
                <w:tcPr>
                  <w:tcW w:type="dxa" w:w="283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411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6"/>
                      <w:u w:val="none"/>
                      <w:rFonts w:ascii="Cambria" w:hAnsi="Cambria" w:cs="Cambria"/>
                    </w:rPr>
                    <w:t>Gender</w:t>
                  </w:r>
                </w:p>
              </w:tc>
              <w:tc>
                <w:tcPr>
                  <w:tcW w:type="dxa" w:w="283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411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6"/>
                      <w:u w:val="none"/>
                      <w:rFonts w:ascii="Cambria" w:hAnsi="Cambria" w:cs="Cambria"/>
                    </w:rPr>
                    <w:t>Mobile No</w:t>
                  </w:r>
                </w:p>
              </w:tc>
              <w:tc>
                <w:tcPr>
                  <w:tcW w:type="dxa" w:w="283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411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6"/>
                      <w:u w:val="none"/>
                      <w:rFonts w:ascii="Cambria" w:hAnsi="Cambria" w:cs="Cambria"/>
                    </w:rPr>
                    <w:t>Nationality</w:t>
                  </w:r>
                </w:p>
              </w:tc>
              <w:tc>
                <w:tcPr>
                  <w:tcW w:type="dxa" w:w="283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411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6"/>
                      <w:u w:val="none"/>
                      <w:rFonts w:ascii="Cambria" w:hAnsi="Cambria" w:cs="Cambria"/>
                    </w:rPr>
                    <w:t>Place of Birth</w:t>
                  </w:r>
                </w:p>
              </w:tc>
              <w:tc>
                <w:tcPr>
                  <w:tcW w:type="dxa" w:w="283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</w:tbl>
          <w:p/>
        </w:tc>
        <w:tc>
          <w:tcPr>
            <w:tcW w:type="dxa" w:w="317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242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pBdr>
                <w:top w:val="single" w:sz="6" w:space="4" w:color="E2D6D2"/>
                <w:left w:val="single" w:sz="6" w:space="6" w:color="E2D6D2"/>
                <w:bottom w:val="single" w:sz="6" w:space="4" w:color="E2D6D2"/>
                <w:right w:val="single" w:sz="6" w:space="6" w:color="E2D6D2"/>
              </w:pBdr>
            </w:pPr>
            <w:r>
              <w:rPr>
                <w:b/>
                <w:i w:val="0"/>
                <w:color w:val="6E1B26"/>
                <w:sz w:val="19"/>
                <w:u w:val="none"/>
                <w:rFonts w:ascii="Cambria" w:hAnsi="Cambria" w:cs="Cambria"/>
                <w:spacing w:val="32"/>
              </w:rPr>
              <w:t xml:space="preserve">  PASSPORT DETAILS</w:t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26201F"/>
                <w:sz w:val="18"/>
                <w:u w:val="none"/>
                <w:rFonts w:ascii="Candara" w:hAnsi="Candara" w:cs="Candara"/>
              </w:rPr>
              <w:t/>
            </w:r>
          </w:p>
        </w:tc>
      </w:tr>
    </w:tbl>
    <w:p>
      <w:pPr>
        <w:keepNext/>
        <w:spacing w:before="260" w:after="100"/>
        <w:ind w:left="0"/>
        <w:pBdr>
          <w:top w:val="single" w:sz="6" w:space="4" w:color="E2D6D2"/>
          <w:left w:val="single" w:sz="6" w:space="6" w:color="E2D6D2"/>
          <w:bottom w:val="single" w:sz="6" w:space="4" w:color="E2D6D2"/>
          <w:right w:val="single" w:sz="6" w:space="6" w:color="E2D6D2"/>
        </w:pBdr>
      </w:pPr>
      <w:r>
        <w:rPr>
          <w:b/>
          <w:i w:val="0"/>
          <w:color w:val="6E1B26"/>
          <w:sz w:val="21"/>
          <w:u w:val="none"/>
          <w:rFonts w:ascii="Cambria" w:hAnsi="Cambria" w:cs="Cambria"/>
          <w:spacing w:val="32"/>
        </w:rPr>
        <w:t xml:space="preserve">  WORK EXPERIENCE</w:t>
      </w:r>
    </w:p>
    <w:tbl>
      <w:tblPr>
        <w:tblW w:type="auto" w:w="0"/>
        <w:tblBorders>
          <w:top w:val="single" w:sz="4" w:space="0" w:color="E2D6D2"/>
          <w:left w:val="single" w:sz="4" w:space="0" w:color="E2D6D2"/>
          <w:bottom w:val="single" w:sz="4" w:space="0" w:color="E2D6D2"/>
          <w:right w:val="single" w:sz="4" w:space="0" w:color="E2D6D2"/>
          <w:insideH w:val="none" w:sz="0" w:space="0" w:color="auto"/>
          <w:insideV w:val="none" w:sz="0" w:space="0" w:color="auto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F7EFEA"/>
          </w:tcPr>
          <w:p>
            <w:pPr>
              <w:spacing w:before="0" w:after="20"/>
            </w:pPr>
            <w:r>
              <w:rPr>
                <w:b/>
                <w:i w:val="0"/>
                <w:color w:val="6B5A57"/>
                <w:sz w:val="15"/>
                <w:u w:val="none"/>
                <w:rFonts w:ascii="Cambria" w:hAnsi="Cambria" w:cs="Cambria"/>
                <w:spacing w:val="22"/>
              </w:rPr>
              <w:t>Experience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6E1B26"/>
                <w:sz w:val="20"/>
                <w:u w:val="none"/>
                <w:rFonts w:ascii="Candara" w:hAnsi="Candara" w:cs="Candara"/>
              </w:rPr>
              <w:t/>
            </w:r>
          </w:p>
        </w:tc>
      </w:tr>
    </w:tbl>
    <w:p>
      <w:pPr>
        <w:spacing w:before="0" w:after="0" w:line="80" w:lineRule="exact"/>
      </w:pPr>
    </w:p>
    <w:tbl>
      <w:tblPr>
        <w:tblW w:type="auto" w:w="0"/>
        <w:tblBorders>
          <w:top w:val="single" w:sz="4" w:space="0" w:color="E2D6D2"/>
          <w:left w:val="single" w:sz="4" w:space="0" w:color="E2D6D2"/>
          <w:bottom w:val="single" w:sz="4" w:space="0" w:color="E2D6D2"/>
          <w:right w:val="single" w:sz="4" w:space="0" w:color="E2D6D2"/>
          <w:insideH w:val="none" w:sz="0" w:space="0" w:color="auto"/>
          <w:insideV w:val="none" w:sz="0" w:space="0" w:color="auto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F7EFEA"/>
          </w:tcPr>
          <w:p>
            <w:pPr>
              <w:spacing w:before="0" w:after="20"/>
            </w:pPr>
            <w:r>
              <w:rPr>
                <w:b/>
                <w:i w:val="0"/>
                <w:color w:val="6B5A57"/>
                <w:sz w:val="15"/>
                <w:u w:val="none"/>
                <w:rFonts w:ascii="Cambria" w:hAnsi="Cambria" w:cs="Cambria"/>
                <w:spacing w:val="22"/>
              </w:rPr>
              <w:t>Experience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6E1B26"/>
                <w:sz w:val="20"/>
                <w:u w:val="none"/>
                <w:rFonts w:ascii="Candara" w:hAnsi="Candara" w:cs="Candara"/>
              </w:rPr>
              <w:t/>
            </w:r>
          </w:p>
        </w:tc>
      </w:tr>
    </w:tbl>
    <w:p>
      <w:pPr>
        <w:spacing w:before="0" w:after="0" w:line="80" w:lineRule="exact"/>
      </w:pPr>
    </w:p>
    <w:p>
      <w:pPr>
        <w:keepNext/>
        <w:spacing w:before="260" w:after="100"/>
        <w:ind w:left="0"/>
        <w:pBdr>
          <w:top w:val="single" w:sz="6" w:space="4" w:color="E2D6D2"/>
          <w:left w:val="single" w:sz="6" w:space="6" w:color="E2D6D2"/>
          <w:bottom w:val="single" w:sz="6" w:space="4" w:color="E2D6D2"/>
          <w:right w:val="single" w:sz="6" w:space="6" w:color="E2D6D2"/>
        </w:pBdr>
      </w:pPr>
      <w:r>
        <w:rPr>
          <w:b/>
          <w:i w:val="0"/>
          <w:color w:val="6E1B26"/>
          <w:sz w:val="21"/>
          <w:u w:val="none"/>
          <w:rFonts w:ascii="Cambria" w:hAnsi="Cambria" w:cs="Cambria"/>
          <w:spacing w:val="32"/>
        </w:rPr>
        <w:t xml:space="preserve">  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6201F"/>
          <w:sz w:val="20"/>
          <w:u w:val="none"/>
          <w:rFonts w:ascii="Candara" w:hAnsi="Candara" w:cs="Candar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6201F"/>
                <w:sz w:val="20"/>
                <w:u w:val="none"/>
                <w:rFonts w:ascii="Candara" w:hAnsi="Candara" w:cs="Candara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6E1B26"/>
                <w:sz w:val="20"/>
                <w:u w:val="none"/>
                <w:rFonts w:ascii="Candara" w:hAnsi="Candara" w:cs="Candar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6E1B26"/>
              </w:pBdr>
            </w:pPr>
            <w:r>
              <w:rPr>
                <w:b w:val="0"/>
                <w:i/>
                <w:color w:val="6B5A57"/>
                <w:sz w:val="18"/>
                <w:u w:val="none"/>
                <w:rFonts w:ascii="Candara" w:hAnsi="Candara" w:cs="Candar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ndara" w:hAnsi="Candara" w:eastAsia="Candar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