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4A3521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Times New Roman" w:hAnsi="Times New Roman" w:cs="Times New Roman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C08A2E"/>
                <w:sz w:val="18"/>
                <w:u w:val="none"/>
                <w:rFonts w:ascii="Times New Roman" w:hAnsi="Times New Roman" w:cs="Times New Roman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D6C6AE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shd w:val="clear" w:color="auto" w:fill="4A3521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C08A2E"/>
                <w:left w:val="double" w:sz="12" w:space="0" w:color="C08A2E"/>
                <w:bottom w:val="double" w:sz="12" w:space="0" w:color="C08A2E"/>
                <w:right w:val="double" w:sz="12" w:space="0" w:color="C08A2E"/>
                <w:insideH w:val="double" w:sz="12" w:space="0" w:color="C08A2E"/>
                <w:insideV w:val="double" w:sz="12" w:space="0" w:color="C0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C08A2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F5F1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6"/>
                <w:u w:val="none"/>
                <w:rFonts w:ascii="Times New Roman" w:hAnsi="Times New Roman" w:cs="Times New Roman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4262"/>
            <w:tcBorders>
              <w:left w:val="single" w:sz="6" w:space="0" w:color="E0D8CB"/>
            </w:tcBorders>
            <w:shd w:val="clear" w:color="auto" w:fill="F5F1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6"/>
                <w:u w:val="none"/>
                <w:rFonts w:ascii="Times New Roman" w:hAnsi="Times New Roman" w:cs="Times New Roman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E17"/>
                <w:sz w:val="20"/>
                <w:u w:val="none"/>
                <w:rFonts w:ascii="Cambria" w:hAnsi="Cambria" w:cs="Cambr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50"/>
                <w:sz w:val="18"/>
                <w:u w:val="none"/>
                <w:rFonts w:ascii="Cambria" w:hAnsi="Cambria" w:cs="Cambria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top w:val="single" w:sz="6" w:space="4" w:color="E0D8CB"/>
          <w:left w:val="single" w:sz="6" w:space="6" w:color="E0D8CB"/>
          <w:bottom w:val="single" w:sz="6" w:space="4" w:color="E0D8CB"/>
          <w:right w:val="single" w:sz="6" w:space="6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2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ambria" w:hAnsi="Cambria" w:cs="Cambria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69"/>
        <w:gridCol w:w="316"/>
        <w:gridCol w:w="5169"/>
      </w:tblGrid>
      <w:tr>
        <w:tc>
          <w:tcPr>
            <w:tcW w:type="dxa" w:w="5170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top w:val="single" w:sz="6" w:space="4" w:color="E0D8CB"/>
                <w:left w:val="single" w:sz="6" w:space="6" w:color="E0D8CB"/>
                <w:bottom w:val="single" w:sz="6" w:space="4" w:color="E0D8CB"/>
                <w:right w:val="single" w:sz="6" w:space="6" w:color="E0D8CB"/>
              </w:pBdr>
            </w:pPr>
            <w:r>
              <w:rPr>
                <w:b/>
                <w:i w:val="0"/>
                <w:color w:val="4A3521"/>
                <w:sz w:val="19"/>
                <w:u w:val="none"/>
                <w:rFonts w:ascii="Times New Roman" w:hAnsi="Times New Roman" w:cs="Times New Roman"/>
                <w:spacing w:val="32"/>
              </w:rPr>
              <w:t xml:space="preserve">  PERSONAL DETAILS</w:t>
            </w:r>
          </w:p>
          <w:tbl>
            <w:tblPr>
              <w:tblW w:type="auto" w:w="0"/>
              <w:tblBorders>
                <w:top w:val="single" w:sz="4" w:space="0" w:color="E0D8CB"/>
                <w:left w:val="none" w:sz="0" w:space="0" w:color="auto"/>
                <w:bottom w:val="single" w:sz="4" w:space="0" w:color="E0D8CB"/>
                <w:right w:val="none" w:sz="0" w:space="0" w:color="auto"/>
                <w:insideH w:val="single" w:sz="4" w:space="0" w:color="E0D8CB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78"/>
              <w:gridCol w:w="2791"/>
            </w:tblGrid>
            <w:tr>
              <w:trPr>
                <w:trHeight w:val="300" w:hRule="atLeast"/>
              </w:trPr>
              <w:tc>
                <w:tcPr>
                  <w:tcW w:type="dxa" w:w="237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</w:rPr>
                    <w:t>Full Name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</w:rPr>
                    <w:t>Date of Birth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</w:rPr>
                    <w:t>Gender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</w:rPr>
                    <w:t>Mobile No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</w:rPr>
                    <w:t>Nationality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7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6"/>
                      <w:u w:val="none"/>
                      <w:rFonts w:ascii="Times New Roman" w:hAnsi="Times New Roman" w:cs="Times New Roman"/>
                    </w:rPr>
                    <w:t>Place of Birth</w:t>
                  </w:r>
                </w:p>
              </w:tc>
              <w:tc>
                <w:tcPr>
                  <w:tcW w:type="dxa" w:w="279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70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top w:val="single" w:sz="6" w:space="4" w:color="E0D8CB"/>
                <w:left w:val="single" w:sz="6" w:space="6" w:color="E0D8CB"/>
                <w:bottom w:val="single" w:sz="6" w:space="4" w:color="E0D8CB"/>
                <w:right w:val="single" w:sz="6" w:space="6" w:color="E0D8CB"/>
              </w:pBdr>
            </w:pPr>
            <w:r>
              <w:rPr>
                <w:b/>
                <w:i w:val="0"/>
                <w:color w:val="4A3521"/>
                <w:sz w:val="19"/>
                <w:u w:val="none"/>
                <w:rFonts w:ascii="Times New Roman" w:hAnsi="Times New Roman" w:cs="Times New Roman"/>
                <w:spacing w:val="32"/>
              </w:rPr>
              <w:t xml:space="preserve">  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mbria" w:hAnsi="Cambria" w:cs="Cambr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top w:val="single" w:sz="6" w:space="4" w:color="E0D8CB"/>
          <w:left w:val="single" w:sz="6" w:space="6" w:color="E0D8CB"/>
          <w:bottom w:val="single" w:sz="6" w:space="4" w:color="E0D8CB"/>
          <w:right w:val="single" w:sz="6" w:space="6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2"/>
        </w:rPr>
        <w:t xml:space="preserve">  WORK EXPERIENCE</w:t>
      </w:r>
    </w:p>
    <w:p>
      <w:pPr>
        <w:spacing w:before="160" w:after="0"/>
        <w:ind w:left="173"/>
        <w:pBdr>
          <w:left w:val="single" w:sz="18" w:space="8" w:color="C08A2E"/>
        </w:pBdr>
      </w:pPr>
      <w:r>
        <w:rPr>
          <w:b/>
          <w:i w:val="0"/>
          <w:color w:val="655C50"/>
          <w:sz w:val="15"/>
          <w:u w:val="none"/>
          <w:rFonts w:ascii="Times New Roman" w:hAnsi="Times New Roman" w:cs="Times New Roman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C08A2E"/>
        </w:pBdr>
      </w:pPr>
      <w:r>
        <w:rPr>
          <w:b/>
          <w:i w:val="0"/>
          <w:color w:val="241E17"/>
          <w:sz w:val="20"/>
          <w:u w:val="none"/>
          <w:rFonts w:ascii="Cambria" w:hAnsi="Cambria" w:cs="Cambria"/>
        </w:rPr>
        <w:t/>
      </w:r>
    </w:p>
    <w:p>
      <w:pPr>
        <w:spacing w:before="160" w:after="0"/>
        <w:ind w:left="173"/>
        <w:pBdr>
          <w:left w:val="single" w:sz="18" w:space="8" w:color="C08A2E"/>
        </w:pBdr>
      </w:pPr>
      <w:r>
        <w:rPr>
          <w:b/>
          <w:i w:val="0"/>
          <w:color w:val="655C50"/>
          <w:sz w:val="15"/>
          <w:u w:val="none"/>
          <w:rFonts w:ascii="Times New Roman" w:hAnsi="Times New Roman" w:cs="Times New Roman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C08A2E"/>
        </w:pBdr>
      </w:pPr>
      <w:r>
        <w:rPr>
          <w:b/>
          <w:i w:val="0"/>
          <w:color w:val="241E17"/>
          <w:sz w:val="20"/>
          <w:u w:val="none"/>
          <w:rFonts w:ascii="Cambria" w:hAnsi="Cambria" w:cs="Cambria"/>
        </w:rPr>
        <w:t/>
      </w:r>
    </w:p>
    <w:p>
      <w:pPr>
        <w:keepNext/>
        <w:spacing w:before="260" w:after="100"/>
        <w:ind w:left="0"/>
        <w:pBdr>
          <w:top w:val="single" w:sz="6" w:space="4" w:color="E0D8CB"/>
          <w:left w:val="single" w:sz="6" w:space="6" w:color="E0D8CB"/>
          <w:bottom w:val="single" w:sz="6" w:space="4" w:color="E0D8CB"/>
          <w:right w:val="single" w:sz="6" w:space="6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2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ambria" w:hAnsi="Cambria" w:cs="Cambr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20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0D8CB"/>
              </w:pBdr>
            </w:pPr>
            <w:r>
              <w:rPr>
                <w:b w:val="0"/>
                <w:i/>
                <w:color w:val="655C50"/>
                <w:sz w:val="18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