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tcBorders>
              <w:left w:val="single" w:sz="30" w:space="0" w:color="6E6E6E"/>
            </w:tcBorders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6E6E6E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A6A6A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shd w:val="clear" w:color="auto" w:fill="F2F2F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6E6E6E"/>
                <w:left w:val="single" w:sz="8" w:space="0" w:color="6E6E6E"/>
                <w:bottom w:val="single" w:sz="8" w:space="0" w:color="6E6E6E"/>
                <w:right w:val="single" w:sz="8" w:space="0" w:color="6E6E6E"/>
                <w:insideH w:val="single" w:sz="8" w:space="0" w:color="6E6E6E"/>
                <w:insideV w:val="single" w:sz="8" w:space="0" w:color="6E6E6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1A1A1A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817"/>
        <w:gridCol w:w="3752"/>
      </w:tblGrid>
      <w:tr>
        <w:trPr>
          <w:trHeight w:val="7600" w:hRule="atLeast"/>
        </w:trPr>
        <w:tc>
          <w:tcPr>
            <w:tcW w:type="dxa" w:w="681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bottom w:val="single" w:sz="10" w:space="3" w:color="1A1A1A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6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onstantia" w:hAnsi="Constantia" w:cs="Constant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bottom w:val="single" w:sz="10" w:space="3" w:color="1A1A1A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6"/>
              </w:rPr>
              <w:t>WORK EXPERIENCE</w:t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6A6A6A"/>
                <w:sz w:val="15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1A1A1A"/>
                <w:bottom w:val="single" w:sz="4" w:space="5" w:color="D6D6D6"/>
              </w:pBdr>
            </w:pPr>
            <w:r>
              <w:rPr>
                <w:b/>
                <w:i w:val="0"/>
                <w:color w:val="121212"/>
                <w:sz w:val="20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6A6A6A"/>
                <w:sz w:val="15"/>
                <w:u w:val="none"/>
                <w:rFonts w:ascii="Arial" w:hAnsi="Arial" w:cs="Arial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1A1A1A"/>
                <w:bottom w:val="single" w:sz="4" w:space="5" w:color="D6D6D6"/>
              </w:pBdr>
            </w:pPr>
            <w:r>
              <w:rPr>
                <w:b/>
                <w:i w:val="0"/>
                <w:color w:val="121212"/>
                <w:sz w:val="20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320" w:after="100"/>
              <w:ind w:left="374"/>
              <w:pBdr>
                <w:bottom w:val="single" w:sz="10" w:space="3" w:color="1A1A1A"/>
              </w:pBdr>
            </w:pPr>
            <w:r>
              <w:rPr>
                <w:b/>
                <w:i w:val="0"/>
                <w:color w:val="1A1A1A"/>
                <w:sz w:val="21"/>
                <w:u w:val="none"/>
                <w:rFonts w:ascii="Arial" w:hAnsi="Arial" w:cs="Arial"/>
                <w:spacing w:val="36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121212"/>
                <w:sz w:val="20"/>
                <w:u w:val="none"/>
                <w:rFonts w:ascii="Constantia" w:hAnsi="Constantia" w:cs="Constant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82"/>
              <w:gridCol w:w="3030"/>
            </w:tblGrid>
            <w:tr>
              <w:tc>
                <w:tcPr>
                  <w:tcW w:type="dxa" w:w="3283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121212"/>
                      <w:sz w:val="20"/>
                      <w:u w:val="none"/>
                      <w:rFonts w:ascii="Constantia" w:hAnsi="Constantia" w:cs="Constantia"/>
                    </w:rPr>
                    <w:t>Date: ____________________</w:t>
                  </w:r>
                </w:p>
              </w:tc>
              <w:tc>
                <w:tcPr>
                  <w:tcW w:type="dxa" w:w="303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1A1A1A"/>
                      <w:sz w:val="20"/>
                      <w:u w:val="none"/>
                      <w:rFonts w:ascii="Constantia" w:hAnsi="Constantia" w:cs="Constant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1A1A1A"/>
                    </w:pBdr>
                  </w:pPr>
                  <w:r>
                    <w:rPr>
                      <w:b w:val="0"/>
                      <w:i/>
                      <w:color w:val="6A6A6A"/>
                      <w:sz w:val="18"/>
                      <w:u w:val="none"/>
                      <w:rFonts w:ascii="Constantia" w:hAnsi="Constantia" w:cs="Constantia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52"/>
            <w:tcBorders>
              <w:left w:val="single" w:sz="6" w:space="0" w:color="D6D6D6"/>
            </w:tcBorders>
            <w:shd w:val="clear" w:color="auto" w:fill="F2F2F2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shd w:val="clear" w:color="auto" w:fill="F2F2F2"/>
              <w:pBdr>
                <w:top w:val="single" w:sz="2" w:space="3" w:color="F2F2F2"/>
                <w:left w:val="single" w:sz="2" w:space="6" w:color="F2F2F2"/>
                <w:bottom w:val="single" w:sz="2" w:space="3" w:color="F2F2F2"/>
                <w:right w:val="single" w:sz="2" w:space="6" w:color="F2F2F2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 xml:space="preserve">  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240" w:after="80"/>
              <w:ind w:left="245"/>
              <w:shd w:val="clear" w:color="auto" w:fill="F2F2F2"/>
              <w:pBdr>
                <w:top w:val="single" w:sz="2" w:space="3" w:color="F2F2F2"/>
                <w:left w:val="single" w:sz="2" w:space="6" w:color="F2F2F2"/>
                <w:bottom w:val="single" w:sz="2" w:space="3" w:color="F2F2F2"/>
                <w:right w:val="single" w:sz="2" w:space="6" w:color="F2F2F2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 xml:space="preserve">  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1A1A1A"/>
                <w:sz w:val="21"/>
                <w:u w:val="none"/>
                <w:rFonts w:ascii="Constantia" w:hAnsi="Constantia" w:cs="Constant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A6A6A"/>
                <w:sz w:val="17"/>
                <w:u w:val="none"/>
                <w:rFonts w:ascii="Constantia" w:hAnsi="Constantia" w:cs="Constant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shd w:val="clear" w:color="auto" w:fill="F2F2F2"/>
              <w:pBdr>
                <w:top w:val="single" w:sz="2" w:space="3" w:color="F2F2F2"/>
                <w:left w:val="single" w:sz="2" w:space="6" w:color="F2F2F2"/>
                <w:bottom w:val="single" w:sz="2" w:space="3" w:color="F2F2F2"/>
                <w:right w:val="single" w:sz="2" w:space="6" w:color="F2F2F2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 xml:space="preserve">  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keepNext/>
              <w:spacing w:before="280" w:after="100"/>
              <w:ind w:left="245"/>
              <w:shd w:val="clear" w:color="auto" w:fill="F2F2F2"/>
              <w:pBdr>
                <w:top w:val="single" w:sz="2" w:space="3" w:color="F2F2F2"/>
                <w:left w:val="single" w:sz="2" w:space="6" w:color="F2F2F2"/>
                <w:bottom w:val="single" w:sz="2" w:space="3" w:color="F2F2F2"/>
                <w:right w:val="single" w:sz="2" w:space="6" w:color="F2F2F2"/>
              </w:pBdr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A6A6A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121212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