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shd w:val="clear" w:color="auto" w:fill="1E443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6"/>
                <w:u w:val="none"/>
                <w:rFonts w:ascii="Georgia" w:hAnsi="Georgia" w:cs="Georgia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DD3C4"/>
                <w:sz w:val="17"/>
                <w:u w:val="none"/>
                <w:rFonts w:ascii="Georgia" w:hAnsi="Georgia" w:cs="Georgia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DD3C4"/>
                <w:sz w:val="20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1E4433"/>
                <w:left w:val="dashed" w:sz="8" w:space="0" w:color="1E4433"/>
                <w:bottom w:val="dashed" w:sz="8" w:space="0" w:color="1E4433"/>
                <w:right w:val="dashed" w:sz="8" w:space="0" w:color="1E4433"/>
                <w:insideH w:val="dashed" w:sz="8" w:space="0" w:color="1E4433"/>
                <w:insideV w:val="dashed" w:sz="8" w:space="0" w:color="1E4433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DF3EE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966"/>
        <w:gridCol w:w="3833"/>
      </w:tblGrid>
      <w:tr>
        <w:trPr>
          <w:trHeight w:val="7600" w:hRule="atLeast"/>
        </w:trPr>
        <w:tc>
          <w:tcPr>
            <w:tcW w:type="dxa" w:w="696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pBdr>
                <w:top w:val="single" w:sz="6" w:space="4" w:color="D4DED7"/>
                <w:left w:val="single" w:sz="6" w:space="6" w:color="D4DED7"/>
                <w:bottom w:val="single" w:sz="6" w:space="4" w:color="D4DED7"/>
                <w:right w:val="single" w:sz="6" w:space="6" w:color="D4DED7"/>
              </w:pBdr>
            </w:pPr>
            <w:r>
              <w:rPr>
                <w:b/>
                <w:i w:val="0"/>
                <w:color w:val="1E4433"/>
                <w:sz w:val="21"/>
                <w:u w:val="none"/>
                <w:rFonts w:ascii="Georgia" w:hAnsi="Georgia" w:cs="Georgia"/>
                <w:spacing w:val="32"/>
              </w:rPr>
              <w:t xml:space="preserve">  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F2620"/>
                <w:sz w:val="20"/>
                <w:u w:val="none"/>
                <w:rFonts w:ascii="Candara" w:hAnsi="Candara" w:cs="Candara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pBdr>
                <w:top w:val="single" w:sz="6" w:space="4" w:color="D4DED7"/>
                <w:left w:val="single" w:sz="6" w:space="6" w:color="D4DED7"/>
                <w:bottom w:val="single" w:sz="6" w:space="4" w:color="D4DED7"/>
                <w:right w:val="single" w:sz="6" w:space="6" w:color="D4DED7"/>
              </w:pBdr>
            </w:pPr>
            <w:r>
              <w:rPr>
                <w:b/>
                <w:i w:val="0"/>
                <w:color w:val="1E4433"/>
                <w:sz w:val="21"/>
                <w:u w:val="none"/>
                <w:rFonts w:ascii="Georgia" w:hAnsi="Georgia" w:cs="Georgia"/>
                <w:spacing w:val="32"/>
              </w:rPr>
              <w:t xml:space="preserve">  WORK EXPERIENCE</w:t>
            </w:r>
          </w:p>
          <w:p>
            <w:pPr>
              <w:spacing w:before="140" w:after="0" w:line="276" w:lineRule="auto"/>
              <w:ind w:left="374"/>
            </w:pPr>
            <w:r>
              <w:rPr>
                <w:b/>
                <w:i w:val="0"/>
                <w:color w:val="86953F"/>
                <w:sz w:val="16"/>
                <w:u w:val="none"/>
                <w:rFonts w:ascii="Georgia" w:hAnsi="Georgia" w:cs="Georgia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374"/>
              <w:pBdr>
                <w:bottom w:val="single" w:sz="4" w:space="4" w:color="D4DED7"/>
              </w:pBdr>
            </w:pPr>
            <w:r>
              <w:rPr>
                <w:b w:val="0"/>
                <w:i w:val="0"/>
                <w:color w:val="1F2620"/>
                <w:sz w:val="20"/>
                <w:u w:val="none"/>
                <w:rFonts w:ascii="Candara" w:hAnsi="Candara" w:cs="Candara"/>
              </w:rPr>
              <w:t/>
            </w:r>
          </w:p>
          <w:p>
            <w:pPr>
              <w:spacing w:before="140" w:after="0" w:line="276" w:lineRule="auto"/>
              <w:ind w:left="374"/>
            </w:pPr>
            <w:r>
              <w:rPr>
                <w:b/>
                <w:i w:val="0"/>
                <w:color w:val="86953F"/>
                <w:sz w:val="16"/>
                <w:u w:val="none"/>
                <w:rFonts w:ascii="Georgia" w:hAnsi="Georgia" w:cs="Georgia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374"/>
              <w:pBdr>
                <w:bottom w:val="single" w:sz="4" w:space="4" w:color="D4DED7"/>
              </w:pBdr>
            </w:pPr>
            <w:r>
              <w:rPr>
                <w:b w:val="0"/>
                <w:i w:val="0"/>
                <w:color w:val="1F2620"/>
                <w:sz w:val="20"/>
                <w:u w:val="none"/>
                <w:rFonts w:ascii="Candara" w:hAnsi="Candara" w:cs="Candara"/>
              </w:rPr>
              <w:t/>
            </w:r>
          </w:p>
          <w:p>
            <w:pPr>
              <w:keepNext/>
              <w:spacing w:before="320" w:after="100"/>
              <w:ind w:left="374"/>
              <w:pBdr>
                <w:top w:val="single" w:sz="6" w:space="4" w:color="D4DED7"/>
                <w:left w:val="single" w:sz="6" w:space="6" w:color="D4DED7"/>
                <w:bottom w:val="single" w:sz="6" w:space="4" w:color="D4DED7"/>
                <w:right w:val="single" w:sz="6" w:space="6" w:color="D4DED7"/>
              </w:pBdr>
            </w:pPr>
            <w:r>
              <w:rPr>
                <w:b/>
                <w:i w:val="0"/>
                <w:color w:val="1E4433"/>
                <w:sz w:val="21"/>
                <w:u w:val="none"/>
                <w:rFonts w:ascii="Georgia" w:hAnsi="Georgia" w:cs="Georgia"/>
                <w:spacing w:val="32"/>
              </w:rPr>
              <w:t xml:space="preserve">  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F2620"/>
                <w:sz w:val="20"/>
                <w:u w:val="none"/>
                <w:rFonts w:ascii="Candara" w:hAnsi="Candara" w:cs="Candara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360"/>
              <w:gridCol w:w="3101"/>
            </w:tblGrid>
            <w:tr>
              <w:tc>
                <w:tcPr>
                  <w:tcW w:type="dxa" w:w="3360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1F2620"/>
                      <w:sz w:val="20"/>
                      <w:u w:val="none"/>
                      <w:rFonts w:ascii="Candara" w:hAnsi="Candara" w:cs="Candara"/>
                    </w:rPr>
                    <w:t>Date: ____________________</w:t>
                  </w:r>
                </w:p>
              </w:tc>
              <w:tc>
                <w:tcPr>
                  <w:tcW w:type="dxa" w:w="3102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1E4433"/>
                      <w:sz w:val="20"/>
                      <w:u w:val="none"/>
                      <w:rFonts w:ascii="Candara" w:hAnsi="Candara" w:cs="Candara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10" w:space="2" w:color="1E4433"/>
                    </w:pBdr>
                  </w:pPr>
                  <w:r>
                    <w:rPr>
                      <w:b w:val="0"/>
                      <w:i/>
                      <w:color w:val="5B6A60"/>
                      <w:sz w:val="18"/>
                      <w:u w:val="none"/>
                      <w:rFonts w:ascii="Candara" w:hAnsi="Candara" w:cs="Candara"/>
                    </w:rPr>
                    <w:t>Signature</w:t>
                  </w:r>
                </w:p>
              </w:tc>
            </w:tr>
          </w:tbl>
          <w:p/>
        </w:tc>
        <w:tc>
          <w:tcPr>
            <w:tcW w:type="dxa" w:w="3834"/>
            <w:tcBorders>
              <w:left w:val="single" w:sz="6" w:space="0" w:color="D4DED7"/>
            </w:tcBorders>
            <w:shd w:val="clear" w:color="auto" w:fill="EDF3EE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shd w:val="clear" w:color="auto" w:fill="1E4433"/>
              <w:pBdr>
                <w:top w:val="single" w:sz="2" w:space="3" w:color="1E4433"/>
                <w:left w:val="single" w:sz="2" w:space="6" w:color="1E4433"/>
                <w:bottom w:val="single" w:sz="2" w:space="3" w:color="1E4433"/>
                <w:right w:val="single" w:sz="2" w:space="6" w:color="1E4433"/>
              </w:pBdr>
            </w:pPr>
            <w:r>
              <w:rPr>
                <w:b/>
                <w:i w:val="0"/>
                <w:color w:val="FFFFFF"/>
                <w:sz w:val="17"/>
                <w:u w:val="none"/>
                <w:rFonts w:ascii="Georgia" w:hAnsi="Georgia" w:cs="Georgia"/>
                <w:spacing w:val="30"/>
              </w:rPr>
              <w:t xml:space="preserve">  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keepNext/>
              <w:spacing w:before="240" w:after="80"/>
              <w:ind w:left="245"/>
              <w:shd w:val="clear" w:color="auto" w:fill="1E4433"/>
              <w:pBdr>
                <w:top w:val="single" w:sz="2" w:space="3" w:color="1E4433"/>
                <w:left w:val="single" w:sz="2" w:space="6" w:color="1E4433"/>
                <w:bottom w:val="single" w:sz="2" w:space="3" w:color="1E4433"/>
                <w:right w:val="single" w:sz="2" w:space="6" w:color="1E4433"/>
              </w:pBdr>
            </w:pPr>
            <w:r>
              <w:rPr>
                <w:b/>
                <w:i w:val="0"/>
                <w:color w:val="FFFFFF"/>
                <w:sz w:val="17"/>
                <w:u w:val="none"/>
                <w:rFonts w:ascii="Georgia" w:hAnsi="Georgia" w:cs="Georgia"/>
                <w:spacing w:val="30"/>
              </w:rPr>
              <w:t xml:space="preserve">  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1E4433"/>
                <w:sz w:val="21"/>
                <w:u w:val="none"/>
                <w:rFonts w:ascii="Candara" w:hAnsi="Candara" w:cs="Candara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5B6A60"/>
                <w:sz w:val="17"/>
                <w:u w:val="none"/>
                <w:rFonts w:ascii="Candara" w:hAnsi="Candara" w:cs="Candara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shd w:val="clear" w:color="auto" w:fill="1E4433"/>
              <w:pBdr>
                <w:top w:val="single" w:sz="2" w:space="3" w:color="1E4433"/>
                <w:left w:val="single" w:sz="2" w:space="6" w:color="1E4433"/>
                <w:bottom w:val="single" w:sz="2" w:space="3" w:color="1E4433"/>
                <w:right w:val="single" w:sz="2" w:space="6" w:color="1E4433"/>
              </w:pBdr>
            </w:pPr>
            <w:r>
              <w:rPr>
                <w:b/>
                <w:i w:val="0"/>
                <w:color w:val="FFFFFF"/>
                <w:sz w:val="17"/>
                <w:u w:val="none"/>
                <w:rFonts w:ascii="Georgia" w:hAnsi="Georgia" w:cs="Georgia"/>
                <w:spacing w:val="30"/>
              </w:rPr>
              <w:t xml:space="preserve">  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keepNext/>
              <w:spacing w:before="280" w:after="100"/>
              <w:ind w:left="245"/>
              <w:shd w:val="clear" w:color="auto" w:fill="1E4433"/>
              <w:pBdr>
                <w:top w:val="single" w:sz="2" w:space="3" w:color="1E4433"/>
                <w:left w:val="single" w:sz="2" w:space="6" w:color="1E4433"/>
                <w:bottom w:val="single" w:sz="2" w:space="3" w:color="1E4433"/>
                <w:right w:val="single" w:sz="2" w:space="6" w:color="1E4433"/>
              </w:pBdr>
            </w:pPr>
            <w:r>
              <w:rPr>
                <w:b/>
                <w:i w:val="0"/>
                <w:color w:val="FFFFFF"/>
                <w:sz w:val="17"/>
                <w:u w:val="none"/>
                <w:rFonts w:ascii="Georgia" w:hAnsi="Georgia" w:cs="Georgia"/>
                <w:spacing w:val="30"/>
              </w:rPr>
              <w:t xml:space="preserve">  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andara" w:hAnsi="Candara" w:cs="Candara"/>
              </w:rPr>
              <w:t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ndara" w:hAnsi="Candara" w:eastAsia="Candar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