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tcBorders>
              <w:left w:val="single" w:sz="30" w:space="0" w:color="B88A2E"/>
            </w:tcBorders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46"/>
                <w:u w:val="none"/>
                <w:rFonts w:ascii="Calibri" w:hAnsi="Calibri" w:cs="Calibri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88A2E"/>
                <w:sz w:val="17"/>
                <w:u w:val="none"/>
                <w:rFonts w:ascii="Calibri" w:hAnsi="Calibri" w:cs="Calibri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A6675"/>
                <w:sz w:val="20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376"/>
            <w:shd w:val="clear" w:color="auto" w:fill="EEF2F8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142B4E"/>
                <w:left w:val="dashed" w:sz="8" w:space="0" w:color="142B4E"/>
                <w:bottom w:val="dashed" w:sz="8" w:space="0" w:color="142B4E"/>
                <w:right w:val="dashed" w:sz="8" w:space="0" w:color="142B4E"/>
                <w:insideH w:val="dashed" w:sz="8" w:space="0" w:color="142B4E"/>
                <w:insideV w:val="dashed" w:sz="8" w:space="0" w:color="142B4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EF2F8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142B4E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743"/>
        <w:gridCol w:w="3711"/>
      </w:tblGrid>
      <w:tr>
        <w:trPr>
          <w:trHeight w:val="7600" w:hRule="atLeast"/>
        </w:trPr>
        <w:tc>
          <w:tcPr>
            <w:tcW w:type="dxa" w:w="674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left w:val="single" w:sz="24" w:space="7" w:color="B88A2E"/>
                <w:bottom w:val="single" w:sz="4" w:space="3" w:color="D2D9E4"/>
              </w:pBdr>
            </w:pPr>
            <w:r>
              <w:rPr>
                <w:b/>
                <w:i w:val="0"/>
                <w:color w:val="142B4E"/>
                <w:sz w:val="21"/>
                <w:u w:val="none"/>
                <w:rFonts w:ascii="Calibri" w:hAnsi="Calibri" w:cs="Calibri"/>
                <w:spacing w:val="30"/>
              </w:rPr>
              <w:t>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F242B"/>
                <w:sz w:val="20"/>
                <w:u w:val="none"/>
                <w:rFonts w:ascii="Cambria" w:hAnsi="Cambria" w:cs="Cambri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left w:val="single" w:sz="24" w:space="7" w:color="B88A2E"/>
                <w:bottom w:val="single" w:sz="4" w:space="3" w:color="D2D9E4"/>
              </w:pBdr>
            </w:pPr>
            <w:r>
              <w:rPr>
                <w:b/>
                <w:i w:val="0"/>
                <w:color w:val="142B4E"/>
                <w:sz w:val="21"/>
                <w:u w:val="none"/>
                <w:rFonts w:ascii="Calibri" w:hAnsi="Calibri" w:cs="Calibri"/>
                <w:spacing w:val="30"/>
              </w:rPr>
              <w:t>WORK EXPERIENCE</w:t>
            </w:r>
          </w:p>
          <w:p>
            <w:pPr>
              <w:spacing w:before="160" w:after="0"/>
              <w:ind w:left="374"/>
            </w:pPr>
            <w:r>
              <w:rPr>
                <w:b/>
                <w:i w:val="0"/>
                <w:color w:val="5A6675"/>
                <w:sz w:val="15"/>
                <w:u w:val="none"/>
                <w:rFonts w:ascii="Calibri" w:hAnsi="Calibri" w:cs="Calibri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74"/>
              <w:pBdr>
                <w:left w:val="single" w:sz="12" w:space="8" w:color="142B4E"/>
                <w:bottom w:val="single" w:sz="4" w:space="5" w:color="D2D9E4"/>
              </w:pBdr>
            </w:pPr>
            <w:r>
              <w:rPr>
                <w:b/>
                <w:i w:val="0"/>
                <w:color w:val="1F242B"/>
                <w:sz w:val="20"/>
                <w:u w:val="none"/>
                <w:rFonts w:ascii="Cambria" w:hAnsi="Cambria" w:cs="Cambria"/>
              </w:rPr>
              <w:t/>
            </w:r>
          </w:p>
          <w:p>
            <w:pPr>
              <w:spacing w:before="160" w:after="0"/>
              <w:ind w:left="374"/>
            </w:pPr>
            <w:r>
              <w:rPr>
                <w:b/>
                <w:i w:val="0"/>
                <w:color w:val="5A6675"/>
                <w:sz w:val="15"/>
                <w:u w:val="none"/>
                <w:rFonts w:ascii="Calibri" w:hAnsi="Calibri" w:cs="Calibri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74"/>
              <w:pBdr>
                <w:left w:val="single" w:sz="12" w:space="8" w:color="142B4E"/>
                <w:bottom w:val="single" w:sz="4" w:space="5" w:color="D2D9E4"/>
              </w:pBdr>
            </w:pPr>
            <w:r>
              <w:rPr>
                <w:b/>
                <w:i w:val="0"/>
                <w:color w:val="1F242B"/>
                <w:sz w:val="20"/>
                <w:u w:val="none"/>
                <w:rFonts w:ascii="Cambria" w:hAnsi="Cambria" w:cs="Cambria"/>
              </w:rPr>
              <w:t/>
            </w:r>
          </w:p>
          <w:p>
            <w:pPr>
              <w:keepNext/>
              <w:spacing w:before="320" w:after="100"/>
              <w:ind w:left="374"/>
              <w:pBdr>
                <w:left w:val="single" w:sz="24" w:space="7" w:color="B88A2E"/>
                <w:bottom w:val="single" w:sz="4" w:space="3" w:color="D2D9E4"/>
              </w:pBdr>
            </w:pPr>
            <w:r>
              <w:rPr>
                <w:b/>
                <w:i w:val="0"/>
                <w:color w:val="142B4E"/>
                <w:sz w:val="21"/>
                <w:u w:val="none"/>
                <w:rFonts w:ascii="Calibri" w:hAnsi="Calibri" w:cs="Calibri"/>
                <w:spacing w:val="30"/>
              </w:rPr>
              <w:t>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F242B"/>
                <w:sz w:val="20"/>
                <w:u w:val="none"/>
                <w:rFonts w:ascii="Cambria" w:hAnsi="Cambria" w:cs="Cambri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44"/>
              <w:gridCol w:w="2994"/>
            </w:tblGrid>
            <w:tr>
              <w:tc>
                <w:tcPr>
                  <w:tcW w:type="dxa" w:w="3244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F242B"/>
                      <w:sz w:val="20"/>
                      <w:u w:val="none"/>
                      <w:rFonts w:ascii="Cambria" w:hAnsi="Cambria" w:cs="Cambria"/>
                    </w:rPr>
                    <w:t>Date: ____________________</w:t>
                  </w:r>
                </w:p>
              </w:tc>
              <w:tc>
                <w:tcPr>
                  <w:tcW w:type="dxa" w:w="2995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142B4E"/>
                      <w:sz w:val="20"/>
                      <w:u w:val="none"/>
                      <w:rFonts w:ascii="Cambria" w:hAnsi="Cambria" w:cs="Cambri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D2D9E4"/>
                    </w:pBdr>
                  </w:pPr>
                  <w:r>
                    <w:rPr>
                      <w:b w:val="0"/>
                      <w:i/>
                      <w:color w:val="5A6675"/>
                      <w:sz w:val="18"/>
                      <w:u w:val="none"/>
                      <w:rFonts w:ascii="Cambria" w:hAnsi="Cambria" w:cs="Cambria"/>
                    </w:rPr>
                    <w:t>Signature</w:t>
                  </w:r>
                </w:p>
              </w:tc>
            </w:tr>
          </w:tbl>
          <w:p/>
        </w:tc>
        <w:tc>
          <w:tcPr>
            <w:tcW w:type="dxa" w:w="3711"/>
            <w:tcBorders>
              <w:left w:val="single" w:sz="6" w:space="0" w:color="D2D9E4"/>
            </w:tcBorders>
            <w:shd w:val="clear" w:color="auto" w:fill="EEF2F8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top w:val="single" w:sz="6" w:space="4" w:color="D2D9E4"/>
                <w:left w:val="single" w:sz="6" w:space="6" w:color="D2D9E4"/>
                <w:bottom w:val="single" w:sz="6" w:space="4" w:color="D2D9E4"/>
                <w:right w:val="single" w:sz="6" w:space="6" w:color="D2D9E4"/>
              </w:pBdr>
            </w:pPr>
            <w:r>
              <w:rPr>
                <w:b/>
                <w:i w:val="0"/>
                <w:color w:val="142B4E"/>
                <w:sz w:val="17"/>
                <w:u w:val="none"/>
                <w:rFonts w:ascii="Calibri" w:hAnsi="Calibri" w:cs="Calibri"/>
                <w:spacing w:val="32"/>
              </w:rPr>
              <w:t xml:space="preserve">  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top w:val="single" w:sz="6" w:space="4" w:color="D2D9E4"/>
                <w:left w:val="single" w:sz="6" w:space="6" w:color="D2D9E4"/>
                <w:bottom w:val="single" w:sz="6" w:space="4" w:color="D2D9E4"/>
                <w:right w:val="single" w:sz="6" w:space="6" w:color="D2D9E4"/>
              </w:pBdr>
            </w:pPr>
            <w:r>
              <w:rPr>
                <w:b/>
                <w:i w:val="0"/>
                <w:color w:val="142B4E"/>
                <w:sz w:val="17"/>
                <w:u w:val="none"/>
                <w:rFonts w:ascii="Calibri" w:hAnsi="Calibri" w:cs="Calibri"/>
                <w:spacing w:val="32"/>
              </w:rPr>
              <w:t xml:space="preserve">  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142B4E"/>
                <w:sz w:val="21"/>
                <w:u w:val="none"/>
                <w:rFonts w:ascii="Cambria" w:hAnsi="Cambria" w:cs="Cambria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5A6675"/>
                <w:sz w:val="17"/>
                <w:u w:val="none"/>
                <w:rFonts w:ascii="Cambria" w:hAnsi="Cambria" w:cs="Cambria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top w:val="single" w:sz="6" w:space="4" w:color="D2D9E4"/>
                <w:left w:val="single" w:sz="6" w:space="6" w:color="D2D9E4"/>
                <w:bottom w:val="single" w:sz="6" w:space="4" w:color="D2D9E4"/>
                <w:right w:val="single" w:sz="6" w:space="6" w:color="D2D9E4"/>
              </w:pBdr>
            </w:pPr>
            <w:r>
              <w:rPr>
                <w:b/>
                <w:i w:val="0"/>
                <w:color w:val="142B4E"/>
                <w:sz w:val="17"/>
                <w:u w:val="none"/>
                <w:rFonts w:ascii="Calibri" w:hAnsi="Calibri" w:cs="Calibri"/>
                <w:spacing w:val="32"/>
              </w:rPr>
              <w:t xml:space="preserve">  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top w:val="single" w:sz="6" w:space="4" w:color="D2D9E4"/>
                <w:left w:val="single" w:sz="6" w:space="6" w:color="D2D9E4"/>
                <w:bottom w:val="single" w:sz="6" w:space="4" w:color="D2D9E4"/>
                <w:right w:val="single" w:sz="6" w:space="6" w:color="D2D9E4"/>
              </w:pBdr>
            </w:pPr>
            <w:r>
              <w:rPr>
                <w:b/>
                <w:i w:val="0"/>
                <w:color w:val="142B4E"/>
                <w:sz w:val="17"/>
                <w:u w:val="none"/>
                <w:rFonts w:ascii="Calibri" w:hAnsi="Calibri" w:cs="Calibri"/>
                <w:spacing w:val="32"/>
              </w:rPr>
              <w:t xml:space="preserve">  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mbria" w:hAnsi="Cambria" w:cs="Cambria"/>
              </w:rPr>
              <w:t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