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0" w:lineRule="exact"/>
        <w:pBdr>
          <w:bottom w:val="single" w:sz="24" w:space="0" w:color="4A3521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193"/>
        <w:gridCol w:w="2376"/>
      </w:tblGrid>
      <w:tr>
        <w:tc>
          <w:tcPr>
            <w:tcW w:type="dxa" w:w="8194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41E17"/>
                <w:sz w:val="48"/>
                <w:u w:val="none"/>
                <w:rFonts w:ascii="Times New Roman" w:hAnsi="Times New Roman" w:cs="Times New Roman"/>
                <w:spacing w:val="34"/>
              </w:rPr>
              <w:t xml:space="preserve">YOUR NAME</w:t>
            </w:r>
          </w:p>
          <w:p>
            <w:pPr>
              <w:spacing w:before="120" w:after="0"/>
            </w:pPr>
            <w:r>
              <w:rPr>
                <w:b/>
                <w:i w:val="0"/>
                <w:color w:val="C08A2E"/>
                <w:sz w:val="17"/>
                <w:u w:val="none"/>
                <w:rFonts w:ascii="Times New Roman" w:hAnsi="Times New Roman" w:cs="Times New Roman"/>
                <w:spacing w:val="46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655C50"/>
                <w:sz w:val="20"/>
                <w:u w:val="none"/>
                <w:rFonts w:ascii="Segoe UI" w:hAnsi="Segoe UI" w:cs="Segoe UI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ashed" w:sz="8" w:space="0" w:color="4A3521"/>
                <w:left w:val="dashed" w:sz="8" w:space="0" w:color="4A3521"/>
                <w:bottom w:val="dashed" w:sz="8" w:space="0" w:color="4A3521"/>
                <w:right w:val="dashed" w:sz="8" w:space="0" w:color="4A3521"/>
                <w:insideH w:val="dashed" w:sz="8" w:space="0" w:color="4A3521"/>
                <w:insideV w:val="dashed" w:sz="8" w:space="0" w:color="4A3521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5F1EA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6" w:space="0" w:color="E0D8CB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817"/>
        <w:gridCol w:w="3752"/>
      </w:tblGrid>
      <w:tr>
        <w:trPr>
          <w:trHeight w:val="7600" w:hRule="atLeast"/>
        </w:trPr>
        <w:tc>
          <w:tcPr>
            <w:tcW w:type="dxa" w:w="6817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80" w:after="100"/>
              <w:ind w:left="374"/>
              <w:pBdr>
                <w:bottom w:val="single" w:sz="6" w:space="3" w:color="C08A2E"/>
              </w:pBdr>
            </w:pPr>
            <w:r>
              <w:rPr>
                <w:b/>
                <w:i w:val="0"/>
                <w:color w:val="241E17"/>
                <w:sz w:val="21"/>
                <w:u w:val="none"/>
                <w:rFonts w:ascii="Times New Roman" w:hAnsi="Times New Roman" w:cs="Times New Roman"/>
                <w:spacing w:val="44"/>
              </w:rPr>
              <w:t>CAREER OBJECTIVE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241E17"/>
                <w:sz w:val="20"/>
                <w:u w:val="none"/>
                <w:rFonts w:ascii="Segoe UI" w:hAnsi="Segoe UI" w:cs="Segoe UI"/>
              </w:rPr>
              <w:t>To obtain a suitable overseas employment opportunity where I can use my skills, dedication, and willingness to learn while contributing positively to the organization.</w:t>
            </w:r>
          </w:p>
          <w:p>
            <w:pPr>
              <w:keepNext/>
              <w:spacing w:before="320" w:after="100"/>
              <w:ind w:left="374"/>
              <w:pBdr>
                <w:bottom w:val="single" w:sz="6" w:space="3" w:color="C08A2E"/>
              </w:pBdr>
            </w:pPr>
            <w:r>
              <w:rPr>
                <w:b/>
                <w:i w:val="0"/>
                <w:color w:val="241E17"/>
                <w:sz w:val="21"/>
                <w:u w:val="none"/>
                <w:rFonts w:ascii="Times New Roman" w:hAnsi="Times New Roman" w:cs="Times New Roman"/>
                <w:spacing w:val="44"/>
              </w:rPr>
              <w:t>WORK EXPERIENCE</w:t>
            </w:r>
          </w:p>
          <w:tbl>
            <w:tblPr>
              <w:tblW w:type="auto" w:w="0"/>
              <w:tblBorders>
                <w:top w:val="single" w:sz="4" w:space="0" w:color="E0D8CB"/>
                <w:left w:val="single" w:sz="4" w:space="0" w:color="E0D8CB"/>
                <w:bottom w:val="single" w:sz="4" w:space="0" w:color="E0D8CB"/>
                <w:right w:val="single" w:sz="4" w:space="0" w:color="E0D8CB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80" w:type="dxa"/>
                <w:left w:w="140" w:type="dxa"/>
                <w:bottom w:w="8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6241"/>
            </w:tblGrid>
            <w:tr>
              <w:tc>
                <w:tcPr>
                  <w:tcW w:type="dxa" w:w="6241"/>
                  <w:shd w:val="clear" w:color="auto" w:fill="F5F1EA"/>
                </w:tcPr>
                <w:p>
                  <w:pPr>
                    <w:spacing w:before="0" w:after="20"/>
                  </w:pPr>
                  <w:r>
                    <w:rPr>
                      <w:b/>
                      <w:i w:val="0"/>
                      <w:color w:val="655C50"/>
                      <w:sz w:val="15"/>
                      <w:u w:val="none"/>
                      <w:rFonts w:ascii="Times New Roman" w:hAnsi="Times New Roman" w:cs="Times New Roman"/>
                      <w:spacing w:val="22"/>
                    </w:rPr>
                    <w:t>Experience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3521"/>
                      <w:sz w:val="20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</w:tbl>
          <w:p/>
          <w:p>
            <w:pPr>
              <w:spacing w:before="0" w:after="0" w:line="80" w:lineRule="exact"/>
            </w:pPr>
          </w:p>
          <w:tbl>
            <w:tblPr>
              <w:tblW w:type="auto" w:w="0"/>
              <w:tblBorders>
                <w:top w:val="single" w:sz="4" w:space="0" w:color="E0D8CB"/>
                <w:left w:val="single" w:sz="4" w:space="0" w:color="E0D8CB"/>
                <w:bottom w:val="single" w:sz="4" w:space="0" w:color="E0D8CB"/>
                <w:right w:val="single" w:sz="4" w:space="0" w:color="E0D8CB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80" w:type="dxa"/>
                <w:left w:w="140" w:type="dxa"/>
                <w:bottom w:w="8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6241"/>
            </w:tblGrid>
            <w:tr>
              <w:tc>
                <w:tcPr>
                  <w:tcW w:type="dxa" w:w="6241"/>
                  <w:shd w:val="clear" w:color="auto" w:fill="F5F1EA"/>
                </w:tcPr>
                <w:p>
                  <w:pPr>
                    <w:spacing w:before="0" w:after="20"/>
                  </w:pPr>
                  <w:r>
                    <w:rPr>
                      <w:b/>
                      <w:i w:val="0"/>
                      <w:color w:val="655C50"/>
                      <w:sz w:val="15"/>
                      <w:u w:val="none"/>
                      <w:rFonts w:ascii="Times New Roman" w:hAnsi="Times New Roman" w:cs="Times New Roman"/>
                      <w:spacing w:val="22"/>
                    </w:rPr>
                    <w:t>Experience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3521"/>
                      <w:sz w:val="20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</w:tbl>
          <w:p/>
          <w:p>
            <w:pPr>
              <w:spacing w:before="0" w:after="0" w:line="80" w:lineRule="exact"/>
            </w:pPr>
          </w:p>
          <w:p>
            <w:pPr>
              <w:keepNext/>
              <w:spacing w:before="320" w:after="100"/>
              <w:ind w:left="374"/>
              <w:pBdr>
                <w:bottom w:val="single" w:sz="6" w:space="3" w:color="C08A2E"/>
              </w:pBdr>
            </w:pPr>
            <w:r>
              <w:rPr>
                <w:b/>
                <w:i w:val="0"/>
                <w:color w:val="241E17"/>
                <w:sz w:val="21"/>
                <w:u w:val="none"/>
                <w:rFonts w:ascii="Times New Roman" w:hAnsi="Times New Roman" w:cs="Times New Roman"/>
                <w:spacing w:val="44"/>
              </w:rPr>
              <w:t>DECLARATION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241E17"/>
                <w:sz w:val="20"/>
                <w:u w:val="none"/>
                <w:rFonts w:ascii="Segoe UI" w:hAnsi="Segoe UI" w:cs="Segoe UI"/>
              </w:rPr>
              <w:t>I hereby declare that the above information is true and correct to the best of my knowledge.</w:t>
            </w:r>
          </w:p>
          <w:p>
            <w:pPr>
              <w:spacing w:before="600" w:after="0" w:line="40" w:lineRule="exact"/>
            </w:pP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282"/>
              <w:gridCol w:w="3030"/>
            </w:tblGrid>
            <w:tr>
              <w:tc>
                <w:tcPr>
                  <w:tcW w:type="dxa" w:w="3283"/>
                </w:tcPr>
                <w:p>
                  <w:pPr>
                    <w:spacing w:before="0" w:after="0"/>
                    <w:ind w:left="374"/>
                  </w:pPr>
                  <w:r>
                    <w:rPr>
                      <w:b w:val="0"/>
                      <w:i w:val="0"/>
                      <w:color w:val="241E17"/>
                      <w:sz w:val="20"/>
                      <w:u w:val="none"/>
                      <w:rFonts w:ascii="Segoe UI" w:hAnsi="Segoe UI" w:cs="Segoe UI"/>
                    </w:rPr>
                    <w:t>Date: ____________________</w:t>
                  </w:r>
                </w:p>
              </w:tc>
              <w:tc>
                <w:tcPr>
                  <w:tcW w:type="dxa" w:w="3030"/>
                </w:tcPr>
                <w:p>
                  <w:pPr>
                    <w:spacing w:before="0" w:after="60"/>
                    <w:jc w:val="right"/>
                  </w:pPr>
                  <w:r>
                    <w:rPr>
                      <w:b/>
                      <w:i w:val="0"/>
                      <w:color w:val="4A3521"/>
                      <w:sz w:val="20"/>
                      <w:u w:val="none"/>
                      <w:rFonts w:ascii="Segoe UI" w:hAnsi="Segoe UI" w:cs="Segoe UI"/>
                      <w:spacing w:val="12"/>
                    </w:rPr>
                    <w:t/>
                  </w:r>
                </w:p>
                <w:p>
                  <w:pPr>
                    <w:spacing w:before="0" w:after="0"/>
                    <w:jc w:val="right"/>
                    <w:pBdr>
                      <w:top w:val="single" w:sz="10" w:space="2" w:color="4A3521"/>
                    </w:pBdr>
                  </w:pPr>
                  <w:r>
                    <w:rPr>
                      <w:b w:val="0"/>
                      <w:i/>
                      <w:color w:val="655C50"/>
                      <w:sz w:val="18"/>
                      <w:u w:val="none"/>
                      <w:rFonts w:ascii="Segoe UI" w:hAnsi="Segoe UI" w:cs="Segoe UI"/>
                    </w:rPr>
                    <w:t>Signature</w:t>
                  </w:r>
                </w:p>
              </w:tc>
            </w:tr>
          </w:tbl>
          <w:p/>
        </w:tc>
        <w:tc>
          <w:tcPr>
            <w:tcW w:type="dxa" w:w="3752"/>
            <w:tcBorders>
              <w:left w:val="single" w:sz="6" w:space="0" w:color="E0D8CB"/>
            </w:tcBorders>
            <w:shd w:val="clear" w:color="auto" w:fill="F5F1EA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20" w:after="80"/>
              <w:ind w:left="245"/>
              <w:pBdr>
                <w:bottom w:val="single" w:sz="10" w:space="3" w:color="4A3521"/>
              </w:pBdr>
            </w:pPr>
            <w:r>
              <w:rPr>
                <w:b/>
                <w:i w:val="0"/>
                <w:color w:val="4A3521"/>
                <w:sz w:val="17"/>
                <w:u w:val="none"/>
                <w:rFonts w:ascii="Times New Roman" w:hAnsi="Times New Roman" w:cs="Times New Roman"/>
                <w:spacing w:val="36"/>
              </w:rPr>
              <w:t>ADDRESS:</w:t>
            </w:r>
          </w:p>
          <w:p>
            <w:pPr>
              <w:spacing w:before="60" w:after="0" w:line="269" w:lineRule="auto"/>
              <w:ind w:left="245"/>
            </w:pPr>
            <w:r>
              <w:rPr>
                <w:b w:val="0"/>
                <w:i w:val="0"/>
                <w:color w:val="241E17"/>
                <w:sz w:val="18"/>
                <w:u w:val="none"/>
                <w:rFonts w:ascii="Segoe UI" w:hAnsi="Segoe UI" w:cs="Segoe UI"/>
              </w:rPr>
              <w:t/>
            </w:r>
          </w:p>
          <w:p>
            <w:pPr>
              <w:keepNext/>
              <w:spacing w:before="240" w:after="80"/>
              <w:ind w:left="245"/>
              <w:pBdr>
                <w:bottom w:val="single" w:sz="10" w:space="3" w:color="4A3521"/>
              </w:pBdr>
            </w:pPr>
            <w:r>
              <w:rPr>
                <w:b/>
                <w:i w:val="0"/>
                <w:color w:val="4A3521"/>
                <w:sz w:val="17"/>
                <w:u w:val="none"/>
                <w:rFonts w:ascii="Times New Roman" w:hAnsi="Times New Roman" w:cs="Times New Roman"/>
                <w:spacing w:val="36"/>
              </w:rPr>
              <w:t>PASSPORT</w:t>
            </w:r>
          </w:p>
          <w:p>
            <w:pPr>
              <w:spacing w:before="60" w:after="0"/>
              <w:ind w:left="245"/>
            </w:pPr>
            <w:r>
              <w:rPr>
                <w:b/>
                <w:i w:val="0"/>
                <w:color w:val="4A3521"/>
                <w:sz w:val="21"/>
                <w:u w:val="none"/>
                <w:rFonts w:ascii="Segoe UI" w:hAnsi="Segoe UI" w:cs="Segoe UI"/>
                <w:spacing w:val="16"/>
              </w:rPr>
              <w:t/>
            </w:r>
          </w:p>
          <w:p>
            <w:pPr>
              <w:spacing w:before="20" w:after="0"/>
              <w:ind w:left="245"/>
            </w:pPr>
            <w:r>
              <w:rPr>
                <w:b w:val="0"/>
                <w:i w:val="0"/>
                <w:color w:val="655C50"/>
                <w:sz w:val="17"/>
                <w:u w:val="none"/>
                <w:rFonts w:ascii="Segoe UI" w:hAnsi="Segoe UI" w:cs="Segoe UI"/>
              </w:rPr>
              <w:t xml:space="preserve">Valid until</w:t>
            </w:r>
          </w:p>
          <w:p>
            <w:pPr>
              <w:keepNext/>
              <w:spacing w:before="280" w:after="100"/>
              <w:ind w:left="245"/>
              <w:pBdr>
                <w:bottom w:val="single" w:sz="10" w:space="3" w:color="4A3521"/>
              </w:pBdr>
            </w:pPr>
            <w:r>
              <w:rPr>
                <w:b/>
                <w:i w:val="0"/>
                <w:color w:val="4A3521"/>
                <w:sz w:val="17"/>
                <w:u w:val="none"/>
                <w:rFonts w:ascii="Times New Roman" w:hAnsi="Times New Roman" w:cs="Times New Roman"/>
                <w:spacing w:val="36"/>
              </w:rPr>
              <w:t>PERSONAL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50"/>
                <w:sz w:val="14"/>
                <w:u w:val="none"/>
                <w:rFonts w:ascii="Times New Roman" w:hAnsi="Times New Roman" w:cs="Times New Roman"/>
                <w:spacing w:val="22"/>
              </w:rPr>
              <w:t>Full Name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E17"/>
                <w:sz w:val="18"/>
                <w:u w:val="none"/>
                <w:rFonts w:ascii="Segoe UI" w:hAnsi="Segoe UI" w:cs="Segoe U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50"/>
                <w:sz w:val="14"/>
                <w:u w:val="none"/>
                <w:rFonts w:ascii="Times New Roman" w:hAnsi="Times New Roman" w:cs="Times New Roman"/>
                <w:spacing w:val="22"/>
              </w:rPr>
              <w:t>Date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E17"/>
                <w:sz w:val="18"/>
                <w:u w:val="none"/>
                <w:rFonts w:ascii="Segoe UI" w:hAnsi="Segoe UI" w:cs="Segoe U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50"/>
                <w:sz w:val="14"/>
                <w:u w:val="none"/>
                <w:rFonts w:ascii="Times New Roman" w:hAnsi="Times New Roman" w:cs="Times New Roman"/>
                <w:spacing w:val="22"/>
              </w:rPr>
              <w:t>Gender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E17"/>
                <w:sz w:val="18"/>
                <w:u w:val="none"/>
                <w:rFonts w:ascii="Segoe UI" w:hAnsi="Segoe UI" w:cs="Segoe U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50"/>
                <w:sz w:val="14"/>
                <w:u w:val="none"/>
                <w:rFonts w:ascii="Times New Roman" w:hAnsi="Times New Roman" w:cs="Times New Roman"/>
                <w:spacing w:val="22"/>
              </w:rPr>
              <w:t>Mobile No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E17"/>
                <w:sz w:val="18"/>
                <w:u w:val="none"/>
                <w:rFonts w:ascii="Segoe UI" w:hAnsi="Segoe UI" w:cs="Segoe U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50"/>
                <w:sz w:val="14"/>
                <w:u w:val="none"/>
                <w:rFonts w:ascii="Times New Roman" w:hAnsi="Times New Roman" w:cs="Times New Roman"/>
                <w:spacing w:val="22"/>
              </w:rPr>
              <w:t>Nationality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E17"/>
                <w:sz w:val="18"/>
                <w:u w:val="none"/>
                <w:rFonts w:ascii="Segoe UI" w:hAnsi="Segoe UI" w:cs="Segoe U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50"/>
                <w:sz w:val="14"/>
                <w:u w:val="none"/>
                <w:rFonts w:ascii="Times New Roman" w:hAnsi="Times New Roman" w:cs="Times New Roman"/>
                <w:spacing w:val="22"/>
              </w:rPr>
              <w:t>Place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E17"/>
                <w:sz w:val="18"/>
                <w:u w:val="none"/>
                <w:rFonts w:ascii="Segoe UI" w:hAnsi="Segoe UI" w:cs="Segoe UI"/>
              </w:rPr>
              <w:t/>
            </w:r>
          </w:p>
          <w:p>
            <w:pPr>
              <w:keepNext/>
              <w:spacing w:before="280" w:after="100"/>
              <w:ind w:left="245"/>
              <w:pBdr>
                <w:bottom w:val="single" w:sz="10" w:space="3" w:color="4A3521"/>
              </w:pBdr>
            </w:pPr>
            <w:r>
              <w:rPr>
                <w:b/>
                <w:i w:val="0"/>
                <w:color w:val="4A3521"/>
                <w:sz w:val="17"/>
                <w:u w:val="none"/>
                <w:rFonts w:ascii="Times New Roman" w:hAnsi="Times New Roman" w:cs="Times New Roman"/>
                <w:spacing w:val="36"/>
              </w:rPr>
              <w:t>PASSPORT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50"/>
                <w:sz w:val="14"/>
                <w:u w:val="none"/>
                <w:rFonts w:ascii="Times New Roman" w:hAnsi="Times New Roman" w:cs="Times New Roman"/>
                <w:spacing w:val="22"/>
              </w:rPr>
              <w:t>Passport Number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E17"/>
                <w:sz w:val="18"/>
                <w:u w:val="none"/>
                <w:rFonts w:ascii="Segoe UI" w:hAnsi="Segoe UI" w:cs="Segoe U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50"/>
                <w:sz w:val="14"/>
                <w:u w:val="none"/>
                <w:rFonts w:ascii="Times New Roman" w:hAnsi="Times New Roman" w:cs="Times New Roman"/>
                <w:spacing w:val="22"/>
              </w:rPr>
              <w:t>Issue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E17"/>
                <w:sz w:val="18"/>
                <w:u w:val="none"/>
                <w:rFonts w:ascii="Segoe UI" w:hAnsi="Segoe UI" w:cs="Segoe U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50"/>
                <w:sz w:val="14"/>
                <w:u w:val="none"/>
                <w:rFonts w:ascii="Times New Roman" w:hAnsi="Times New Roman" w:cs="Times New Roman"/>
                <w:spacing w:val="22"/>
              </w:rPr>
              <w:t>Expiry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E17"/>
                <w:sz w:val="18"/>
                <w:u w:val="none"/>
                <w:rFonts w:ascii="Segoe UI" w:hAnsi="Segoe UI" w:cs="Segoe U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50"/>
                <w:sz w:val="14"/>
                <w:u w:val="none"/>
                <w:rFonts w:ascii="Times New Roman" w:hAnsi="Times New Roman" w:cs="Times New Roman"/>
                <w:spacing w:val="22"/>
              </w:rPr>
              <w:t>Place of Issue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E17"/>
                <w:sz w:val="18"/>
                <w:u w:val="none"/>
                <w:rFonts w:ascii="Segoe UI" w:hAnsi="Segoe UI" w:cs="Segoe UI"/>
              </w:rPr>
              <w:t/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576" w:right="835" w:bottom="547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Segoe UI" w:hAnsi="Segoe UI" w:eastAsia="Segoe U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