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shd w:val="clear" w:color="auto" w:fill="2A2A7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Tahoma" w:hAnsi="Tahoma" w:cs="Tahom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EBEE2"/>
                <w:sz w:val="17"/>
                <w:u w:val="none"/>
                <w:rFonts w:ascii="Tahoma" w:hAnsi="Tahoma" w:cs="Tahoma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EBEE2"/>
                <w:sz w:val="20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00A6A6"/>
                <w:left w:val="single" w:sz="8" w:space="0" w:color="00A6A6"/>
                <w:bottom w:val="single" w:sz="8" w:space="0" w:color="00A6A6"/>
                <w:right w:val="single" w:sz="8" w:space="0" w:color="00A6A6"/>
                <w:insideH w:val="single" w:sz="8" w:space="0" w:color="00A6A6"/>
                <w:insideV w:val="single" w:sz="8" w:space="0" w:color="00A6A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743"/>
        <w:gridCol w:w="3711"/>
      </w:tblGrid>
      <w:tr>
        <w:trPr>
          <w:trHeight w:val="7600" w:hRule="atLeast"/>
        </w:trPr>
        <w:tc>
          <w:tcPr>
            <w:tcW w:type="dxa" w:w="674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shd w:val="clear" w:color="auto" w:fill="EEEEF8"/>
              <w:pBdr>
                <w:top w:val="single" w:sz="2" w:space="3" w:color="EEEEF8"/>
                <w:left w:val="single" w:sz="2" w:space="6" w:color="EEEEF8"/>
                <w:bottom w:val="single" w:sz="2" w:space="3" w:color="EEEEF8"/>
                <w:right w:val="single" w:sz="2" w:space="6" w:color="EEEEF8"/>
              </w:pBdr>
            </w:pPr>
            <w:r>
              <w:rPr>
                <w:b/>
                <w:i w:val="0"/>
                <w:color w:val="2A2A72"/>
                <w:sz w:val="21"/>
                <w:u w:val="none"/>
                <w:rFonts w:ascii="Tahoma" w:hAnsi="Tahoma" w:cs="Tahoma"/>
                <w:spacing w:val="30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alibri" w:hAnsi="Calibri" w:cs="Calibri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shd w:val="clear" w:color="auto" w:fill="EEEEF8"/>
              <w:pBdr>
                <w:top w:val="single" w:sz="2" w:space="3" w:color="EEEEF8"/>
                <w:left w:val="single" w:sz="2" w:space="6" w:color="EEEEF8"/>
                <w:bottom w:val="single" w:sz="2" w:space="3" w:color="EEEEF8"/>
                <w:right w:val="single" w:sz="2" w:space="6" w:color="EEEEF8"/>
              </w:pBdr>
            </w:pPr>
            <w:r>
              <w:rPr>
                <w:b/>
                <w:i w:val="0"/>
                <w:color w:val="2A2A72"/>
                <w:sz w:val="21"/>
                <w:u w:val="none"/>
                <w:rFonts w:ascii="Tahoma" w:hAnsi="Tahoma" w:cs="Tahoma"/>
                <w:spacing w:val="30"/>
              </w:rPr>
              <w:t xml:space="preserve">  WORK EXPERIENCE</w:t>
            </w:r>
          </w:p>
          <w:p>
            <w:pPr>
              <w:spacing w:before="140" w:after="0" w:line="276" w:lineRule="auto"/>
              <w:ind w:left="374"/>
            </w:pPr>
            <w:r>
              <w:rPr>
                <w:b/>
                <w:i w:val="0"/>
                <w:color w:val="00A6A6"/>
                <w:sz w:val="16"/>
                <w:u w:val="none"/>
                <w:rFonts w:ascii="Tahoma" w:hAnsi="Tahoma" w:cs="Tahom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374"/>
              <w:pBdr>
                <w:bottom w:val="single" w:sz="4" w:space="4" w:color="D6D6E6"/>
              </w:pBdr>
            </w:pPr>
            <w:r>
              <w:rPr>
                <w:b w:val="0"/>
                <w:i w:val="0"/>
                <w:color w:val="1D1D2B"/>
                <w:sz w:val="20"/>
                <w:u w:val="none"/>
                <w:rFonts w:ascii="Calibri" w:hAnsi="Calibri" w:cs="Calibri"/>
              </w:rPr>
              <w:t/>
            </w:r>
          </w:p>
          <w:p>
            <w:pPr>
              <w:spacing w:before="140" w:after="0" w:line="276" w:lineRule="auto"/>
              <w:ind w:left="374"/>
            </w:pPr>
            <w:r>
              <w:rPr>
                <w:b/>
                <w:i w:val="0"/>
                <w:color w:val="00A6A6"/>
                <w:sz w:val="16"/>
                <w:u w:val="none"/>
                <w:rFonts w:ascii="Tahoma" w:hAnsi="Tahoma" w:cs="Tahom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374"/>
              <w:pBdr>
                <w:bottom w:val="single" w:sz="4" w:space="4" w:color="D6D6E6"/>
              </w:pBdr>
            </w:pPr>
            <w:r>
              <w:rPr>
                <w:b w:val="0"/>
                <w:i w:val="0"/>
                <w:color w:val="1D1D2B"/>
                <w:sz w:val="20"/>
                <w:u w:val="none"/>
                <w:rFonts w:ascii="Calibri" w:hAnsi="Calibri" w:cs="Calibri"/>
              </w:rPr>
              <w:t/>
            </w:r>
          </w:p>
          <w:p>
            <w:pPr>
              <w:keepNext/>
              <w:spacing w:before="320" w:after="100"/>
              <w:ind w:left="374"/>
              <w:shd w:val="clear" w:color="auto" w:fill="EEEEF8"/>
              <w:pBdr>
                <w:top w:val="single" w:sz="2" w:space="3" w:color="EEEEF8"/>
                <w:left w:val="single" w:sz="2" w:space="6" w:color="EEEEF8"/>
                <w:bottom w:val="single" w:sz="2" w:space="3" w:color="EEEEF8"/>
                <w:right w:val="single" w:sz="2" w:space="6" w:color="EEEEF8"/>
              </w:pBdr>
            </w:pPr>
            <w:r>
              <w:rPr>
                <w:b/>
                <w:i w:val="0"/>
                <w:color w:val="2A2A72"/>
                <w:sz w:val="21"/>
                <w:u w:val="none"/>
                <w:rFonts w:ascii="Tahoma" w:hAnsi="Tahoma" w:cs="Tahoma"/>
                <w:spacing w:val="30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alibri" w:hAnsi="Calibri" w:cs="Calibri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44"/>
              <w:gridCol w:w="2994"/>
            </w:tblGrid>
            <w:tr>
              <w:tc>
                <w:tcPr>
                  <w:tcW w:type="dxa" w:w="3244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D1D2B"/>
                      <w:sz w:val="20"/>
                      <w:u w:val="none"/>
                      <w:rFonts w:ascii="Calibri" w:hAnsi="Calibri" w:cs="Calibri"/>
                    </w:rPr>
                    <w:t>Date: ____________________</w:t>
                  </w:r>
                </w:p>
              </w:tc>
              <w:tc>
                <w:tcPr>
                  <w:tcW w:type="dxa" w:w="2995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2A2A72"/>
                      <w:sz w:val="20"/>
                      <w:u w:val="none"/>
                      <w:rFonts w:ascii="Calibri" w:hAnsi="Calibri" w:cs="Calibri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6D6E6"/>
                    </w:pBdr>
                  </w:pPr>
                  <w:r>
                    <w:rPr>
                      <w:b w:val="0"/>
                      <w:i/>
                      <w:color w:val="5B5B75"/>
                      <w:sz w:val="18"/>
                      <w:u w:val="none"/>
                      <w:rFonts w:ascii="Calibri" w:hAnsi="Calibri" w:cs="Calibri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711"/>
            <w:tcBorders>
              <w:left w:val="single" w:sz="6" w:space="0" w:color="D6D6E6"/>
            </w:tcBorders>
            <w:shd w:val="clear" w:color="auto" w:fill="EEEEF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top w:val="single" w:sz="12" w:space="4" w:color="00A6A6"/>
              </w:pBdr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38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top w:val="single" w:sz="12" w:space="4" w:color="00A6A6"/>
              </w:pBdr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38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2A2A72"/>
                <w:sz w:val="21"/>
                <w:u w:val="none"/>
                <w:rFonts w:ascii="Calibri" w:hAnsi="Calibri" w:cs="Calibri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5B5B75"/>
                <w:sz w:val="17"/>
                <w:u w:val="none"/>
                <w:rFonts w:ascii="Calibri" w:hAnsi="Calibri" w:cs="Calibri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top w:val="single" w:sz="12" w:space="4" w:color="00A6A6"/>
              </w:pBdr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38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top w:val="single" w:sz="12" w:space="4" w:color="00A6A6"/>
              </w:pBdr>
            </w:pPr>
            <w:r>
              <w:rPr>
                <w:b/>
                <w:i w:val="0"/>
                <w:color w:val="2A2A72"/>
                <w:sz w:val="17"/>
                <w:u w:val="none"/>
                <w:rFonts w:ascii="Tahoma" w:hAnsi="Tahoma" w:cs="Tahoma"/>
                <w:spacing w:val="38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5B5B75"/>
                <w:sz w:val="14"/>
                <w:u w:val="none"/>
                <w:rFonts w:ascii="Tahoma" w:hAnsi="Tahoma" w:cs="Tahom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alibri" w:hAnsi="Calibri" w:cs="Calibri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