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50"/>
                <w:u w:val="none"/>
                <w:rFonts w:ascii="Verdana" w:hAnsi="Verdana" w:cs="Verdana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D2691E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5F6B77"/>
                <w:sz w:val="18"/>
                <w:u w:val="none"/>
                <w:rFonts w:ascii="Verdana" w:hAnsi="Verdana" w:cs="Verdana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1F252B"/>
                <w:sz w:val="20"/>
                <w:u w:val="none"/>
                <w:rFonts w:ascii="Century Gothic" w:hAnsi="Century Gothic" w:cs="Century Gothic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6" w:space="0" w:color="9AA3AE"/>
                <w:left w:val="single" w:sz="6" w:space="0" w:color="9AA3AE"/>
                <w:bottom w:val="single" w:sz="6" w:space="0" w:color="9AA3AE"/>
                <w:right w:val="single" w:sz="6" w:space="0" w:color="9AA3AE"/>
                <w:insideH w:val="single" w:sz="6" w:space="0" w:color="9AA3AE"/>
                <w:insideV w:val="single" w:sz="6" w:space="0" w:color="9AA3A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33414F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966"/>
        <w:gridCol w:w="3833"/>
      </w:tblGrid>
      <w:tr>
        <w:trPr>
          <w:trHeight w:val="7600" w:hRule="atLeast"/>
        </w:trPr>
        <w:tc>
          <w:tcPr>
            <w:tcW w:type="dxa" w:w="696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80" w:after="100"/>
              <w:ind w:left="374"/>
              <w:pBdr>
                <w:left w:val="single" w:sz="24" w:space="7" w:color="D2691E"/>
                <w:bottom w:val="single" w:sz="4" w:space="3" w:color="D8DEE4"/>
              </w:pBdr>
            </w:pPr>
            <w:r>
              <w:rPr>
                <w:b/>
                <w:i w:val="0"/>
                <w:color w:val="33414F"/>
                <w:sz w:val="21"/>
                <w:u w:val="none"/>
                <w:rFonts w:ascii="Verdana" w:hAnsi="Verdana" w:cs="Verdana"/>
                <w:spacing w:val="30"/>
              </w:rPr>
              <w:t>CAREER OBJECTIVE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F252B"/>
                <w:sz w:val="20"/>
                <w:u w:val="none"/>
                <w:rFonts w:ascii="Century Gothic" w:hAnsi="Century Gothic" w:cs="Century Gothic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320" w:after="100"/>
              <w:ind w:left="374"/>
              <w:pBdr>
                <w:left w:val="single" w:sz="24" w:space="7" w:color="D2691E"/>
                <w:bottom w:val="single" w:sz="4" w:space="3" w:color="D8DEE4"/>
              </w:pBdr>
            </w:pPr>
            <w:r>
              <w:rPr>
                <w:b/>
                <w:i w:val="0"/>
                <w:color w:val="33414F"/>
                <w:sz w:val="21"/>
                <w:u w:val="none"/>
                <w:rFonts w:ascii="Verdana" w:hAnsi="Verdana" w:cs="Verdana"/>
                <w:spacing w:val="30"/>
              </w:rPr>
              <w:t>WORK EXPERIENCE</w:t>
            </w:r>
          </w:p>
          <w:tbl>
            <w:tblPr>
              <w:tblW w:type="auto" w:w="0"/>
              <w:tblBorders>
                <w:top w:val="single" w:sz="4" w:space="0" w:color="D8DEE4"/>
                <w:left w:val="single" w:sz="4" w:space="0" w:color="D8DEE4"/>
                <w:bottom w:val="single" w:sz="4" w:space="0" w:color="D8DEE4"/>
                <w:right w:val="single" w:sz="4" w:space="0" w:color="D8DEE4"/>
                <w:insideH w:val="single" w:sz="4" w:space="0" w:color="D8DEE4"/>
                <w:insideV w:val="single" w:sz="4" w:space="0" w:color="D8DEE4"/>
              </w:tblBorders>
              <w:tblLayout w:type="fixed"/>
              <w:tblCellMar>
                <w:top w:w="60" w:type="dxa"/>
                <w:left w:w="120" w:type="dxa"/>
                <w:bottom w:w="60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015"/>
              <w:gridCol w:w="4374"/>
            </w:tblGrid>
            <w:tr>
              <w:trPr>
                <w:trHeight w:val="340" w:hRule="atLeast"/>
              </w:trPr>
              <w:tc>
                <w:tcPr>
                  <w:tcW w:type="dxa" w:w="2016"/>
                  <w:shd w:val="clear" w:color="auto" w:fill="EFF2F5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8"/>
                      <w:u w:val="none"/>
                      <w:rFonts w:ascii="Verdana" w:hAnsi="Verdana" w:cs="Verdana"/>
                    </w:rPr>
                    <w:t>Experience</w:t>
                  </w:r>
                </w:p>
              </w:tc>
              <w:tc>
                <w:tcPr>
                  <w:tcW w:type="dxa" w:w="437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9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016"/>
                  <w:shd w:val="clear" w:color="auto" w:fill="EFF2F5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8"/>
                      <w:u w:val="none"/>
                      <w:rFonts w:ascii="Verdana" w:hAnsi="Verdana" w:cs="Verdana"/>
                    </w:rPr>
                    <w:t>Experience</w:t>
                  </w:r>
                </w:p>
              </w:tc>
              <w:tc>
                <w:tcPr>
                  <w:tcW w:type="dxa" w:w="437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9"/>
                      <w:u w:val="none"/>
                      <w:rFonts w:ascii="Century Gothic" w:hAnsi="Century Gothic" w:cs="Century Gothic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320" w:after="100"/>
              <w:ind w:left="374"/>
              <w:pBdr>
                <w:left w:val="single" w:sz="24" w:space="7" w:color="D2691E"/>
                <w:bottom w:val="single" w:sz="4" w:space="3" w:color="D8DEE4"/>
              </w:pBdr>
            </w:pPr>
            <w:r>
              <w:rPr>
                <w:b/>
                <w:i w:val="0"/>
                <w:color w:val="33414F"/>
                <w:sz w:val="21"/>
                <w:u w:val="none"/>
                <w:rFonts w:ascii="Verdana" w:hAnsi="Verdana" w:cs="Verdana"/>
                <w:spacing w:val="30"/>
              </w:rPr>
              <w:t>DECLARATION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F252B"/>
                <w:sz w:val="20"/>
                <w:u w:val="none"/>
                <w:rFonts w:ascii="Century Gothic" w:hAnsi="Century Gothic" w:cs="Century Gothic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360"/>
              <w:gridCol w:w="3101"/>
            </w:tblGrid>
            <w:tr>
              <w:tc>
                <w:tcPr>
                  <w:tcW w:type="dxa" w:w="3360"/>
                </w:tcPr>
                <w:p>
                  <w:pPr>
                    <w:spacing w:before="0" w:after="0"/>
                    <w:ind w:left="374"/>
                  </w:pPr>
                  <w:r>
                    <w:rPr>
                      <w:b w:val="0"/>
                      <w:i w:val="0"/>
                      <w:color w:val="1F252B"/>
                      <w:sz w:val="20"/>
                      <w:u w:val="none"/>
                      <w:rFonts w:ascii="Century Gothic" w:hAnsi="Century Gothic" w:cs="Century Gothic"/>
                    </w:rPr>
                    <w:t>Date: ____________________</w:t>
                  </w:r>
                </w:p>
              </w:tc>
              <w:tc>
                <w:tcPr>
                  <w:tcW w:type="dxa" w:w="3102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33414F"/>
                      <w:sz w:val="20"/>
                      <w:u w:val="none"/>
                      <w:rFonts w:ascii="Century Gothic" w:hAnsi="Century Gothic" w:cs="Century Gothic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10" w:space="2" w:color="33414F"/>
                    </w:pBdr>
                  </w:pPr>
                  <w:r>
                    <w:rPr>
                      <w:b w:val="0"/>
                      <w:i/>
                      <w:color w:val="5F6B77"/>
                      <w:sz w:val="18"/>
                      <w:u w:val="none"/>
                      <w:rFonts w:ascii="Century Gothic" w:hAnsi="Century Gothic" w:cs="Century Gothic"/>
                    </w:rPr>
                    <w:t>Signature</w:t>
                  </w:r>
                </w:p>
              </w:tc>
            </w:tr>
          </w:tbl>
          <w:p/>
        </w:tc>
        <w:tc>
          <w:tcPr>
            <w:tcW w:type="dxa" w:w="3834"/>
            <w:tcBorders>
              <w:left w:val="single" w:sz="6" w:space="0" w:color="D8DEE4"/>
            </w:tcBorders>
            <w:shd w:val="clear" w:color="auto" w:fill="EFF2F5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20" w:after="80"/>
              <w:ind w:left="245"/>
              <w:pBdr>
                <w:top w:val="single" w:sz="6" w:space="4" w:color="D8DEE4"/>
                <w:left w:val="single" w:sz="6" w:space="6" w:color="D8DEE4"/>
                <w:bottom w:val="single" w:sz="6" w:space="4" w:color="D8DEE4"/>
                <w:right w:val="single" w:sz="6" w:space="6" w:color="D8DEE4"/>
              </w:pBdr>
            </w:pPr>
            <w:r>
              <w:rPr>
                <w:b/>
                <w:i w:val="0"/>
                <w:color w:val="33414F"/>
                <w:sz w:val="17"/>
                <w:u w:val="none"/>
                <w:rFonts w:ascii="Verdana" w:hAnsi="Verdana" w:cs="Verdana"/>
                <w:spacing w:val="32"/>
              </w:rPr>
              <w:t xml:space="preserve">  ADDRESS:</w:t>
            </w:r>
          </w:p>
          <w:p>
            <w:pPr>
              <w:spacing w:before="60" w:after="0" w:line="269" w:lineRule="auto"/>
              <w:ind w:left="245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keepNext/>
              <w:spacing w:before="240" w:after="80"/>
              <w:ind w:left="245"/>
              <w:pBdr>
                <w:top w:val="single" w:sz="6" w:space="4" w:color="D8DEE4"/>
                <w:left w:val="single" w:sz="6" w:space="6" w:color="D8DEE4"/>
                <w:bottom w:val="single" w:sz="6" w:space="4" w:color="D8DEE4"/>
                <w:right w:val="single" w:sz="6" w:space="6" w:color="D8DEE4"/>
              </w:pBdr>
            </w:pPr>
            <w:r>
              <w:rPr>
                <w:b/>
                <w:i w:val="0"/>
                <w:color w:val="33414F"/>
                <w:sz w:val="17"/>
                <w:u w:val="none"/>
                <w:rFonts w:ascii="Verdana" w:hAnsi="Verdana" w:cs="Verdana"/>
                <w:spacing w:val="32"/>
              </w:rPr>
              <w:t xml:space="preserve">  PASSPORT</w:t>
            </w:r>
          </w:p>
          <w:p>
            <w:pPr>
              <w:spacing w:before="60" w:after="0"/>
              <w:ind w:left="245"/>
            </w:pPr>
            <w:r>
              <w:rPr>
                <w:b/>
                <w:i w:val="0"/>
                <w:color w:val="33414F"/>
                <w:sz w:val="21"/>
                <w:u w:val="none"/>
                <w:rFonts w:ascii="Century Gothic" w:hAnsi="Century Gothic" w:cs="Century Gothic"/>
                <w:spacing w:val="16"/>
              </w:rPr>
              <w:t/>
            </w:r>
          </w:p>
          <w:p>
            <w:pPr>
              <w:spacing w:before="20" w:after="0"/>
              <w:ind w:left="245"/>
            </w:pPr>
            <w:r>
              <w:rPr>
                <w:b w:val="0"/>
                <w:i w:val="0"/>
                <w:color w:val="5F6B77"/>
                <w:sz w:val="17"/>
                <w:u w:val="none"/>
                <w:rFonts w:ascii="Century Gothic" w:hAnsi="Century Gothic" w:cs="Century Gothic"/>
              </w:rPr>
              <w:t xml:space="preserve">Valid until</w:t>
            </w:r>
          </w:p>
          <w:p>
            <w:pPr>
              <w:keepNext/>
              <w:spacing w:before="280" w:after="100"/>
              <w:ind w:left="245"/>
              <w:pBdr>
                <w:top w:val="single" w:sz="6" w:space="4" w:color="D8DEE4"/>
                <w:left w:val="single" w:sz="6" w:space="6" w:color="D8DEE4"/>
                <w:bottom w:val="single" w:sz="6" w:space="4" w:color="D8DEE4"/>
                <w:right w:val="single" w:sz="6" w:space="6" w:color="D8DEE4"/>
              </w:pBdr>
            </w:pPr>
            <w:r>
              <w:rPr>
                <w:b/>
                <w:i w:val="0"/>
                <w:color w:val="33414F"/>
                <w:sz w:val="17"/>
                <w:u w:val="none"/>
                <w:rFonts w:ascii="Verdana" w:hAnsi="Verdana" w:cs="Verdana"/>
                <w:spacing w:val="32"/>
              </w:rPr>
              <w:t xml:space="preserve">  PERSONAL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Full Name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Date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Gender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Mobile No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Nationality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Place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keepNext/>
              <w:spacing w:before="280" w:after="100"/>
              <w:ind w:left="245"/>
              <w:pBdr>
                <w:top w:val="single" w:sz="6" w:space="4" w:color="D8DEE4"/>
                <w:left w:val="single" w:sz="6" w:space="6" w:color="D8DEE4"/>
                <w:bottom w:val="single" w:sz="6" w:space="4" w:color="D8DEE4"/>
                <w:right w:val="single" w:sz="6" w:space="6" w:color="D8DEE4"/>
              </w:pBdr>
            </w:pPr>
            <w:r>
              <w:rPr>
                <w:b/>
                <w:i w:val="0"/>
                <w:color w:val="33414F"/>
                <w:sz w:val="17"/>
                <w:u w:val="none"/>
                <w:rFonts w:ascii="Verdana" w:hAnsi="Verdana" w:cs="Verdana"/>
                <w:spacing w:val="32"/>
              </w:rPr>
              <w:t xml:space="preserve">  PASSPORT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entury Gothic" w:hAnsi="Century Gothic" w:cs="Century Gothic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entury Gothic" w:hAnsi="Century Gothic" w:cs="Century Gothic"/>
              </w:rPr>
              <w:t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entury Gothic" w:hAnsi="Century Gothic" w:eastAsia="Century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